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80560" w14:textId="77777777" w:rsidR="001D65CC" w:rsidRPr="00BD77DB" w:rsidRDefault="003722FC">
      <w:pPr>
        <w:spacing w:before="500"/>
        <w:jc w:val="center"/>
      </w:pPr>
      <w:r w:rsidRPr="00BD77DB">
        <w:rPr>
          <w:b/>
          <w:color w:val="1F4E79"/>
          <w:sz w:val="28"/>
        </w:rPr>
        <w:t>CALL FOR EXPRESSIONS OF INTEREST</w:t>
      </w:r>
    </w:p>
    <w:p w14:paraId="05D2EE9F" w14:textId="77777777" w:rsidR="001D65CC" w:rsidRPr="00BD77DB" w:rsidRDefault="003722FC">
      <w:pPr>
        <w:jc w:val="center"/>
      </w:pPr>
      <w:r w:rsidRPr="00BD77DB">
        <w:rPr>
          <w:b/>
          <w:color w:val="17365D"/>
          <w:sz w:val="44"/>
        </w:rPr>
        <w:t>PRODUCT DESIGN AND DEVELOPMENT OF CASTINGS</w:t>
      </w:r>
    </w:p>
    <w:p w14:paraId="08190CD4" w14:textId="77777777" w:rsidR="001D65CC" w:rsidRPr="00BD77DB" w:rsidRDefault="003722FC">
      <w:pPr>
        <w:spacing w:before="200"/>
        <w:jc w:val="center"/>
      </w:pPr>
      <w:r w:rsidRPr="00BD77DB">
        <w:rPr>
          <w:b/>
          <w:color w:val="5B9BD5"/>
          <w:sz w:val="30"/>
        </w:rPr>
        <w:t>RESPONDENT APPLICATION AND EVALUATION TEMPLATE</w:t>
      </w:r>
    </w:p>
    <w:p w14:paraId="440DDAED" w14:textId="77777777" w:rsidR="001D65CC" w:rsidRPr="00BD77DB" w:rsidRDefault="001D65CC"/>
    <w:tbl>
      <w:tblPr>
        <w:tblStyle w:val="TableGrid"/>
        <w:tblW w:w="5000" w:type="pct"/>
        <w:jc w:val="center"/>
        <w:tblLook w:val="04A0" w:firstRow="1" w:lastRow="0" w:firstColumn="1" w:lastColumn="0" w:noHBand="0" w:noVBand="1"/>
      </w:tblPr>
      <w:tblGrid>
        <w:gridCol w:w="3702"/>
        <w:gridCol w:w="7564"/>
      </w:tblGrid>
      <w:tr w:rsidR="001D65CC" w:rsidRPr="00BD77DB" w14:paraId="4F889575" w14:textId="77777777" w:rsidTr="5D2AFA2B">
        <w:trPr>
          <w:cantSplit/>
          <w:jc w:val="center"/>
        </w:trPr>
        <w:tc>
          <w:tcPr>
            <w:tcW w:w="1643" w:type="pct"/>
            <w:shd w:val="clear" w:color="auto" w:fill="D9EAF7"/>
            <w:tcMar>
              <w:top w:w="70" w:type="dxa"/>
              <w:left w:w="80" w:type="dxa"/>
              <w:bottom w:w="70" w:type="dxa"/>
              <w:right w:w="80" w:type="dxa"/>
            </w:tcMar>
            <w:vAlign w:val="center"/>
          </w:tcPr>
          <w:p w14:paraId="62949056" w14:textId="77777777" w:rsidR="001D65CC" w:rsidRPr="00BD77DB" w:rsidRDefault="003722FC">
            <w:r w:rsidRPr="00BD77DB">
              <w:rPr>
                <w:b/>
                <w:color w:val="1F1F1F"/>
                <w:sz w:val="17"/>
              </w:rPr>
              <w:t>EoI document number</w:t>
            </w:r>
          </w:p>
        </w:tc>
        <w:tc>
          <w:tcPr>
            <w:tcW w:w="3357" w:type="pct"/>
            <w:shd w:val="clear" w:color="auto" w:fill="F4F8FB"/>
            <w:tcMar>
              <w:top w:w="70" w:type="dxa"/>
              <w:left w:w="80" w:type="dxa"/>
              <w:bottom w:w="70" w:type="dxa"/>
              <w:right w:w="80" w:type="dxa"/>
            </w:tcMar>
            <w:vAlign w:val="center"/>
          </w:tcPr>
          <w:p w14:paraId="78722F2C" w14:textId="77777777" w:rsidR="001D65CC" w:rsidRPr="00BD77DB" w:rsidRDefault="003722FC">
            <w:r w:rsidRPr="00BD77DB">
              <w:rPr>
                <w:color w:val="1F1F1F"/>
                <w:sz w:val="18"/>
              </w:rPr>
              <w:t>CSIR/MFG/AMM/ADVT/2026/0001/A</w:t>
            </w:r>
          </w:p>
        </w:tc>
      </w:tr>
      <w:tr w:rsidR="001D65CC" w:rsidRPr="00BD77DB" w14:paraId="33F9A2A1" w14:textId="77777777" w:rsidTr="5D2AFA2B">
        <w:trPr>
          <w:cantSplit/>
          <w:trHeight w:val="345"/>
          <w:jc w:val="center"/>
        </w:trPr>
        <w:tc>
          <w:tcPr>
            <w:tcW w:w="1643" w:type="pct"/>
            <w:shd w:val="clear" w:color="auto" w:fill="D9EAF7"/>
            <w:tcMar>
              <w:top w:w="70" w:type="dxa"/>
              <w:left w:w="80" w:type="dxa"/>
              <w:bottom w:w="70" w:type="dxa"/>
              <w:right w:w="80" w:type="dxa"/>
            </w:tcMar>
            <w:vAlign w:val="center"/>
          </w:tcPr>
          <w:p w14:paraId="45DA87B0" w14:textId="77777777" w:rsidR="001D65CC" w:rsidRPr="00BD77DB" w:rsidRDefault="003722FC">
            <w:r w:rsidRPr="00BD77DB">
              <w:rPr>
                <w:b/>
                <w:color w:val="1F1F1F"/>
                <w:sz w:val="17"/>
              </w:rPr>
              <w:t>Applicant legal name</w:t>
            </w:r>
          </w:p>
        </w:tc>
        <w:tc>
          <w:tcPr>
            <w:tcW w:w="3357" w:type="pct"/>
            <w:shd w:val="clear" w:color="auto" w:fill="F4F8FB"/>
            <w:tcMar>
              <w:top w:w="70" w:type="dxa"/>
              <w:left w:w="80" w:type="dxa"/>
              <w:bottom w:w="70" w:type="dxa"/>
              <w:right w:w="80" w:type="dxa"/>
            </w:tcMar>
            <w:vAlign w:val="center"/>
          </w:tcPr>
          <w:p w14:paraId="6B945123" w14:textId="6BA7A5F3" w:rsidR="001D65CC" w:rsidRPr="00BD77DB" w:rsidRDefault="001D65CC"/>
        </w:tc>
      </w:tr>
      <w:tr w:rsidR="001D65CC" w:rsidRPr="00BD77DB" w14:paraId="745DBFEF" w14:textId="77777777" w:rsidTr="5D2AFA2B">
        <w:trPr>
          <w:cantSplit/>
          <w:jc w:val="center"/>
        </w:trPr>
        <w:tc>
          <w:tcPr>
            <w:tcW w:w="1643" w:type="pct"/>
            <w:shd w:val="clear" w:color="auto" w:fill="D9EAF7"/>
            <w:tcMar>
              <w:top w:w="70" w:type="dxa"/>
              <w:left w:w="80" w:type="dxa"/>
              <w:bottom w:w="70" w:type="dxa"/>
              <w:right w:w="80" w:type="dxa"/>
            </w:tcMar>
            <w:vAlign w:val="center"/>
          </w:tcPr>
          <w:p w14:paraId="0AE0B828" w14:textId="77777777" w:rsidR="001D65CC" w:rsidRPr="00BD77DB" w:rsidRDefault="003722FC">
            <w:r w:rsidRPr="00BD77DB">
              <w:rPr>
                <w:b/>
                <w:color w:val="1F1F1F"/>
                <w:sz w:val="17"/>
              </w:rPr>
              <w:t>Trading name</w:t>
            </w:r>
          </w:p>
        </w:tc>
        <w:tc>
          <w:tcPr>
            <w:tcW w:w="3357" w:type="pct"/>
            <w:shd w:val="clear" w:color="auto" w:fill="F4F8FB"/>
            <w:tcMar>
              <w:top w:w="70" w:type="dxa"/>
              <w:left w:w="80" w:type="dxa"/>
              <w:bottom w:w="70" w:type="dxa"/>
              <w:right w:w="80" w:type="dxa"/>
            </w:tcMar>
            <w:vAlign w:val="center"/>
          </w:tcPr>
          <w:p w14:paraId="6A059CD0" w14:textId="199643E1" w:rsidR="001D65CC" w:rsidRPr="00BD77DB" w:rsidRDefault="001D65CC"/>
        </w:tc>
      </w:tr>
      <w:tr w:rsidR="001D65CC" w:rsidRPr="00BD77DB" w14:paraId="5A53F1F2" w14:textId="77777777" w:rsidTr="5D2AFA2B">
        <w:trPr>
          <w:cantSplit/>
          <w:jc w:val="center"/>
        </w:trPr>
        <w:tc>
          <w:tcPr>
            <w:tcW w:w="1643" w:type="pct"/>
            <w:shd w:val="clear" w:color="auto" w:fill="D9EAF7"/>
            <w:tcMar>
              <w:top w:w="70" w:type="dxa"/>
              <w:left w:w="80" w:type="dxa"/>
              <w:bottom w:w="70" w:type="dxa"/>
              <w:right w:w="80" w:type="dxa"/>
            </w:tcMar>
            <w:vAlign w:val="center"/>
          </w:tcPr>
          <w:p w14:paraId="4B993500" w14:textId="77777777" w:rsidR="001D65CC" w:rsidRPr="00BD77DB" w:rsidRDefault="003722FC">
            <w:r w:rsidRPr="00BD77DB">
              <w:rPr>
                <w:b/>
                <w:color w:val="1F1F1F"/>
                <w:sz w:val="17"/>
              </w:rPr>
              <w:t>Applicant classification</w:t>
            </w:r>
          </w:p>
        </w:tc>
        <w:tc>
          <w:tcPr>
            <w:tcW w:w="3357" w:type="pct"/>
            <w:shd w:val="clear" w:color="auto" w:fill="F4F8FB"/>
            <w:tcMar>
              <w:top w:w="70" w:type="dxa"/>
              <w:left w:w="80" w:type="dxa"/>
              <w:bottom w:w="70" w:type="dxa"/>
              <w:right w:w="80" w:type="dxa"/>
            </w:tcMar>
            <w:vAlign w:val="center"/>
          </w:tcPr>
          <w:p w14:paraId="4F932088" w14:textId="34B6D818" w:rsidR="001D65CC" w:rsidRPr="00BD77DB" w:rsidRDefault="001D65CC"/>
        </w:tc>
      </w:tr>
      <w:tr w:rsidR="001D65CC" w:rsidRPr="00BD77DB" w14:paraId="2D59A945" w14:textId="77777777" w:rsidTr="5D2AFA2B">
        <w:trPr>
          <w:cantSplit/>
          <w:jc w:val="center"/>
        </w:trPr>
        <w:tc>
          <w:tcPr>
            <w:tcW w:w="1643" w:type="pct"/>
            <w:shd w:val="clear" w:color="auto" w:fill="D9EAF7"/>
            <w:tcMar>
              <w:top w:w="70" w:type="dxa"/>
              <w:left w:w="80" w:type="dxa"/>
              <w:bottom w:w="70" w:type="dxa"/>
              <w:right w:w="80" w:type="dxa"/>
            </w:tcMar>
            <w:vAlign w:val="center"/>
          </w:tcPr>
          <w:p w14:paraId="6175CA5F" w14:textId="77777777" w:rsidR="001D65CC" w:rsidRPr="00BD77DB" w:rsidRDefault="003722FC">
            <w:r w:rsidRPr="00BD77DB">
              <w:rPr>
                <w:b/>
                <w:color w:val="1F1F1F"/>
                <w:sz w:val="17"/>
              </w:rPr>
              <w:t>Primary contact person</w:t>
            </w:r>
          </w:p>
        </w:tc>
        <w:tc>
          <w:tcPr>
            <w:tcW w:w="3357" w:type="pct"/>
            <w:shd w:val="clear" w:color="auto" w:fill="F4F8FB"/>
            <w:tcMar>
              <w:top w:w="70" w:type="dxa"/>
              <w:left w:w="80" w:type="dxa"/>
              <w:bottom w:w="70" w:type="dxa"/>
              <w:right w:w="80" w:type="dxa"/>
            </w:tcMar>
            <w:vAlign w:val="center"/>
          </w:tcPr>
          <w:p w14:paraId="7EE18935" w14:textId="658CE3E3" w:rsidR="001D65CC" w:rsidRPr="00BD77DB" w:rsidRDefault="001D65CC"/>
        </w:tc>
      </w:tr>
      <w:tr w:rsidR="001D65CC" w:rsidRPr="00BD77DB" w14:paraId="57B77A17" w14:textId="77777777" w:rsidTr="5D2AFA2B">
        <w:trPr>
          <w:cantSplit/>
          <w:jc w:val="center"/>
        </w:trPr>
        <w:tc>
          <w:tcPr>
            <w:tcW w:w="1643" w:type="pct"/>
            <w:shd w:val="clear" w:color="auto" w:fill="D9EAF7"/>
            <w:tcMar>
              <w:top w:w="70" w:type="dxa"/>
              <w:left w:w="80" w:type="dxa"/>
              <w:bottom w:w="70" w:type="dxa"/>
              <w:right w:w="80" w:type="dxa"/>
            </w:tcMar>
            <w:vAlign w:val="center"/>
          </w:tcPr>
          <w:p w14:paraId="63BF8F03" w14:textId="77777777" w:rsidR="001D65CC" w:rsidRPr="00BD77DB" w:rsidRDefault="003722FC">
            <w:r w:rsidRPr="00BD77DB">
              <w:rPr>
                <w:b/>
                <w:color w:val="1F1F1F"/>
                <w:sz w:val="17"/>
              </w:rPr>
              <w:t>Email and telephone</w:t>
            </w:r>
          </w:p>
        </w:tc>
        <w:tc>
          <w:tcPr>
            <w:tcW w:w="3357" w:type="pct"/>
            <w:shd w:val="clear" w:color="auto" w:fill="F4F8FB"/>
            <w:tcMar>
              <w:top w:w="70" w:type="dxa"/>
              <w:left w:w="80" w:type="dxa"/>
              <w:bottom w:w="70" w:type="dxa"/>
              <w:right w:w="80" w:type="dxa"/>
            </w:tcMar>
            <w:vAlign w:val="center"/>
          </w:tcPr>
          <w:p w14:paraId="46DE42DA" w14:textId="690F6D21" w:rsidR="001D65CC" w:rsidRPr="00BD77DB" w:rsidRDefault="001D65CC"/>
        </w:tc>
      </w:tr>
      <w:tr w:rsidR="001D65CC" w:rsidRPr="00BD77DB" w14:paraId="2EC01165" w14:textId="77777777" w:rsidTr="5D2AFA2B">
        <w:trPr>
          <w:cantSplit/>
          <w:jc w:val="center"/>
        </w:trPr>
        <w:tc>
          <w:tcPr>
            <w:tcW w:w="1643" w:type="pct"/>
            <w:shd w:val="clear" w:color="auto" w:fill="D9EAF7"/>
            <w:tcMar>
              <w:top w:w="70" w:type="dxa"/>
              <w:left w:w="80" w:type="dxa"/>
              <w:bottom w:w="70" w:type="dxa"/>
              <w:right w:w="80" w:type="dxa"/>
            </w:tcMar>
            <w:vAlign w:val="center"/>
          </w:tcPr>
          <w:p w14:paraId="34D3967A" w14:textId="77777777" w:rsidR="001D65CC" w:rsidRPr="00BD77DB" w:rsidRDefault="003722FC">
            <w:r w:rsidRPr="00BD77DB">
              <w:rPr>
                <w:b/>
                <w:color w:val="1F1F1F"/>
                <w:sz w:val="17"/>
              </w:rPr>
              <w:t>Submission date</w:t>
            </w:r>
          </w:p>
        </w:tc>
        <w:tc>
          <w:tcPr>
            <w:tcW w:w="3357" w:type="pct"/>
            <w:shd w:val="clear" w:color="auto" w:fill="F4F8FB"/>
            <w:tcMar>
              <w:top w:w="70" w:type="dxa"/>
              <w:left w:w="80" w:type="dxa"/>
              <w:bottom w:w="70" w:type="dxa"/>
              <w:right w:w="80" w:type="dxa"/>
            </w:tcMar>
            <w:vAlign w:val="center"/>
          </w:tcPr>
          <w:p w14:paraId="3440A328" w14:textId="0FDA79E3" w:rsidR="001D65CC" w:rsidRPr="00BD77DB" w:rsidRDefault="001D65CC"/>
        </w:tc>
      </w:tr>
      <w:tr w:rsidR="001D65CC" w:rsidRPr="00BD77DB" w14:paraId="444935EE" w14:textId="77777777" w:rsidTr="5D2AFA2B">
        <w:trPr>
          <w:cantSplit/>
          <w:jc w:val="center"/>
        </w:trPr>
        <w:tc>
          <w:tcPr>
            <w:tcW w:w="1643" w:type="pct"/>
            <w:shd w:val="clear" w:color="auto" w:fill="D9EAF7"/>
            <w:tcMar>
              <w:top w:w="70" w:type="dxa"/>
              <w:left w:w="80" w:type="dxa"/>
              <w:bottom w:w="70" w:type="dxa"/>
              <w:right w:w="80" w:type="dxa"/>
            </w:tcMar>
            <w:vAlign w:val="center"/>
          </w:tcPr>
          <w:p w14:paraId="19681DB2" w14:textId="77777777" w:rsidR="001D65CC" w:rsidRPr="00BD77DB" w:rsidRDefault="003722FC">
            <w:r w:rsidRPr="00BD77DB">
              <w:rPr>
                <w:b/>
                <w:color w:val="1F1F1F"/>
                <w:sz w:val="17"/>
              </w:rPr>
              <w:t>Applicant reference</w:t>
            </w:r>
          </w:p>
        </w:tc>
        <w:tc>
          <w:tcPr>
            <w:tcW w:w="3357" w:type="pct"/>
            <w:shd w:val="clear" w:color="auto" w:fill="F4F8FB"/>
            <w:tcMar>
              <w:top w:w="70" w:type="dxa"/>
              <w:left w:w="80" w:type="dxa"/>
              <w:bottom w:w="70" w:type="dxa"/>
              <w:right w:w="80" w:type="dxa"/>
            </w:tcMar>
            <w:vAlign w:val="center"/>
          </w:tcPr>
          <w:p w14:paraId="4A47EC83" w14:textId="4B82A659" w:rsidR="001D65CC" w:rsidRPr="00BD77DB" w:rsidRDefault="001D65CC"/>
        </w:tc>
      </w:tr>
    </w:tbl>
    <w:p w14:paraId="47A6CB38" w14:textId="77777777" w:rsidR="001D65CC" w:rsidRPr="00BD77DB" w:rsidRDefault="001D65CC"/>
    <w:tbl>
      <w:tblPr>
        <w:tblStyle w:val="TableGrid"/>
        <w:tblW w:w="5000" w:type="pct"/>
        <w:jc w:val="center"/>
        <w:tblLook w:val="04A0" w:firstRow="1" w:lastRow="0" w:firstColumn="1" w:lastColumn="0" w:noHBand="0" w:noVBand="1"/>
      </w:tblPr>
      <w:tblGrid>
        <w:gridCol w:w="11266"/>
      </w:tblGrid>
      <w:tr w:rsidR="001D65CC" w:rsidRPr="00BD77DB" w14:paraId="749CFCB1" w14:textId="77777777" w:rsidTr="00EF73BA">
        <w:trPr>
          <w:jc w:val="center"/>
        </w:trPr>
        <w:tc>
          <w:tcPr>
            <w:tcW w:w="5000" w:type="pct"/>
            <w:shd w:val="clear" w:color="auto" w:fill="D9EAF7"/>
            <w:tcMar>
              <w:top w:w="70" w:type="dxa"/>
              <w:left w:w="80" w:type="dxa"/>
              <w:bottom w:w="70" w:type="dxa"/>
              <w:right w:w="80" w:type="dxa"/>
            </w:tcMar>
            <w:vAlign w:val="center"/>
          </w:tcPr>
          <w:p w14:paraId="64CF026D" w14:textId="77777777" w:rsidR="001D65CC" w:rsidRPr="00BD77DB" w:rsidRDefault="003722FC">
            <w:r w:rsidRPr="00BD77DB">
              <w:rPr>
                <w:color w:val="1F1F1F"/>
                <w:sz w:val="17"/>
              </w:rPr>
              <w:t>IMPORTANT: Respondents should use this template and retain the section numbering. Provide concise responses supported by evidence. Cross-reference every claim to an attachment, project reference, certificate, facility record, or other supporting document where applicable. The CSIR may verify submitted information and may request clarification, presentations, demonstrations, interviews, or site visits.</w:t>
            </w:r>
          </w:p>
        </w:tc>
      </w:tr>
    </w:tbl>
    <w:p w14:paraId="4596FE1F" w14:textId="77777777" w:rsidR="001D65CC" w:rsidRPr="00BD77DB" w:rsidRDefault="003722FC">
      <w:r w:rsidRPr="00BD77DB">
        <w:br w:type="page"/>
      </w:r>
    </w:p>
    <w:p w14:paraId="4C9FD3C9" w14:textId="7921A57E" w:rsidR="001D65CC" w:rsidRPr="00BD77DB" w:rsidRDefault="003722FC" w:rsidP="000F030F">
      <w:pPr>
        <w:pStyle w:val="Heading1"/>
      </w:pPr>
      <w:r w:rsidRPr="00BD77DB">
        <w:lastRenderedPageBreak/>
        <w:t>Completion Instructions</w:t>
      </w:r>
    </w:p>
    <w:p w14:paraId="2A8CAEC5" w14:textId="77777777" w:rsidR="001D65CC" w:rsidRPr="00BD77DB" w:rsidRDefault="003722FC">
      <w:pPr>
        <w:spacing w:after="60" w:line="252" w:lineRule="auto"/>
      </w:pPr>
      <w:r w:rsidRPr="00BD77DB">
        <w:t>This template standardises applicant responses so that submissions can be assessed consistently against the qualification, critical and differentiation criteria in the EoI. Complete all applicable fields. Do not delete criteria or scoring guidance.</w:t>
      </w:r>
    </w:p>
    <w:p w14:paraId="721992DB" w14:textId="77777777" w:rsidR="001D65CC" w:rsidRPr="00BD77DB" w:rsidRDefault="003722FC">
      <w:pPr>
        <w:pStyle w:val="ListBullet"/>
        <w:spacing w:after="20"/>
      </w:pPr>
      <w:r w:rsidRPr="00BD77DB">
        <w:t>Use “N/A” only where a criterion genuinely does not apply. Provide a brief reason for every N/A response.</w:t>
      </w:r>
    </w:p>
    <w:p w14:paraId="5A23CCD9" w14:textId="77777777" w:rsidR="001D65CC" w:rsidRPr="00BD77DB" w:rsidRDefault="003722FC">
      <w:pPr>
        <w:pStyle w:val="ListBullet"/>
        <w:spacing w:after="20"/>
      </w:pPr>
      <w:r w:rsidRPr="00BD77DB">
        <w:t>Where evidence is requested, identify the exact attachment number, page, project reference, certificate, purchase order, client reference, facility record, or other evidence.</w:t>
      </w:r>
    </w:p>
    <w:p w14:paraId="2A769340" w14:textId="77777777" w:rsidR="001D65CC" w:rsidRPr="00BD77DB" w:rsidRDefault="003722FC">
      <w:pPr>
        <w:pStyle w:val="ListBullet"/>
        <w:spacing w:after="20"/>
      </w:pPr>
      <w:r w:rsidRPr="00BD77DB">
        <w:t>For project examples, use completed or active work that best demonstrates the claimed capability.</w:t>
      </w:r>
    </w:p>
    <w:p w14:paraId="21FBBFBD" w14:textId="77777777" w:rsidR="001D65CC" w:rsidRPr="00BD77DB" w:rsidRDefault="003722FC">
      <w:pPr>
        <w:pStyle w:val="ListBullet"/>
        <w:spacing w:after="20"/>
      </w:pPr>
      <w:r w:rsidRPr="00BD77DB">
        <w:t>Respondents may add rows to project, client, facility and evidence tables where necessary, but should not change the evaluation criteria.</w:t>
      </w:r>
    </w:p>
    <w:p w14:paraId="51F7860F" w14:textId="77777777" w:rsidR="001D65CC" w:rsidRPr="00BD77DB" w:rsidRDefault="003722FC">
      <w:pPr>
        <w:pStyle w:val="ListBullet"/>
        <w:spacing w:after="20"/>
      </w:pPr>
      <w:r w:rsidRPr="00BD77DB">
        <w:t>Any false, misleading or unsupported information may affect evaluation and may result in disqualification.</w:t>
      </w:r>
    </w:p>
    <w:p w14:paraId="1FDEC378" w14:textId="77777777" w:rsidR="001D65CC" w:rsidRPr="00BD77DB" w:rsidRDefault="003722FC">
      <w:pPr>
        <w:pStyle w:val="ListBullet"/>
        <w:spacing w:after="20"/>
      </w:pPr>
      <w:r w:rsidRPr="00BD77DB">
        <w:t>The section marked “CSIR EVALUATOR USE ONLY” must not be completed by the respondent.</w:t>
      </w:r>
    </w:p>
    <w:p w14:paraId="3FFD9A27" w14:textId="6B4A585A" w:rsidR="001D65CC" w:rsidRPr="00BD77DB" w:rsidRDefault="003722FC" w:rsidP="000F030F">
      <w:pPr>
        <w:pStyle w:val="Heading2"/>
      </w:pPr>
      <w:r w:rsidRPr="00BD77DB">
        <w:t>Evaluation logic reflected in this template</w:t>
      </w:r>
    </w:p>
    <w:p w14:paraId="7F0F8F8C" w14:textId="77777777" w:rsidR="001D65CC" w:rsidRPr="00BD77DB" w:rsidRDefault="003722FC">
      <w:pPr>
        <w:spacing w:after="60" w:line="252" w:lineRule="auto"/>
      </w:pPr>
      <w:r w:rsidRPr="00BD77DB">
        <w:t>Qualification factors establish legal and compliance status. Critical factors assess minimum technical and operational suitability. Differentiation factors are scored out of 10 and weighted to rank qualifying applications.</w:t>
      </w:r>
    </w:p>
    <w:tbl>
      <w:tblPr>
        <w:tblStyle w:val="TableGrid"/>
        <w:tblW w:w="5000" w:type="pct"/>
        <w:jc w:val="center"/>
        <w:tblLook w:val="04A0" w:firstRow="1" w:lastRow="0" w:firstColumn="1" w:lastColumn="0" w:noHBand="0" w:noVBand="1"/>
      </w:tblPr>
      <w:tblGrid>
        <w:gridCol w:w="1970"/>
        <w:gridCol w:w="3152"/>
        <w:gridCol w:w="4175"/>
        <w:gridCol w:w="1969"/>
      </w:tblGrid>
      <w:tr w:rsidR="001D65CC" w:rsidRPr="00BD77DB" w14:paraId="44E3399A" w14:textId="77777777" w:rsidTr="00EF73BA">
        <w:trPr>
          <w:jc w:val="center"/>
        </w:trPr>
        <w:tc>
          <w:tcPr>
            <w:tcW w:w="874" w:type="pct"/>
            <w:shd w:val="clear" w:color="auto" w:fill="17365D"/>
            <w:tcMar>
              <w:top w:w="70" w:type="dxa"/>
              <w:left w:w="80" w:type="dxa"/>
              <w:bottom w:w="70" w:type="dxa"/>
              <w:right w:w="80" w:type="dxa"/>
            </w:tcMar>
            <w:vAlign w:val="center"/>
          </w:tcPr>
          <w:p w14:paraId="1302F5B5" w14:textId="77777777" w:rsidR="001D65CC" w:rsidRPr="00BD77DB" w:rsidRDefault="003722FC">
            <w:pPr>
              <w:jc w:val="center"/>
            </w:pPr>
            <w:r w:rsidRPr="00BD77DB">
              <w:rPr>
                <w:b/>
                <w:color w:val="FFFFFF"/>
                <w:sz w:val="17"/>
              </w:rPr>
              <w:t>Stage</w:t>
            </w:r>
          </w:p>
        </w:tc>
        <w:tc>
          <w:tcPr>
            <w:tcW w:w="1399" w:type="pct"/>
            <w:shd w:val="clear" w:color="auto" w:fill="17365D"/>
            <w:tcMar>
              <w:top w:w="70" w:type="dxa"/>
              <w:left w:w="80" w:type="dxa"/>
              <w:bottom w:w="70" w:type="dxa"/>
              <w:right w:w="80" w:type="dxa"/>
            </w:tcMar>
            <w:vAlign w:val="center"/>
          </w:tcPr>
          <w:p w14:paraId="7398E05D" w14:textId="77777777" w:rsidR="001D65CC" w:rsidRPr="00BD77DB" w:rsidRDefault="003722FC">
            <w:pPr>
              <w:jc w:val="center"/>
            </w:pPr>
            <w:r w:rsidRPr="00BD77DB">
              <w:rPr>
                <w:b/>
                <w:color w:val="FFFFFF"/>
                <w:sz w:val="17"/>
              </w:rPr>
              <w:t>Purpose</w:t>
            </w:r>
          </w:p>
        </w:tc>
        <w:tc>
          <w:tcPr>
            <w:tcW w:w="1853" w:type="pct"/>
            <w:shd w:val="clear" w:color="auto" w:fill="17365D"/>
            <w:tcMar>
              <w:top w:w="70" w:type="dxa"/>
              <w:left w:w="80" w:type="dxa"/>
              <w:bottom w:w="70" w:type="dxa"/>
              <w:right w:w="80" w:type="dxa"/>
            </w:tcMar>
            <w:vAlign w:val="center"/>
          </w:tcPr>
          <w:p w14:paraId="4AE45828" w14:textId="77777777" w:rsidR="001D65CC" w:rsidRPr="00BD77DB" w:rsidRDefault="003722FC">
            <w:pPr>
              <w:jc w:val="center"/>
            </w:pPr>
            <w:r w:rsidRPr="00BD77DB">
              <w:rPr>
                <w:b/>
                <w:color w:val="FFFFFF"/>
                <w:sz w:val="17"/>
              </w:rPr>
              <w:t>Decision rule</w:t>
            </w:r>
          </w:p>
        </w:tc>
        <w:tc>
          <w:tcPr>
            <w:tcW w:w="874" w:type="pct"/>
            <w:shd w:val="clear" w:color="auto" w:fill="17365D"/>
            <w:tcMar>
              <w:top w:w="70" w:type="dxa"/>
              <w:left w:w="80" w:type="dxa"/>
              <w:bottom w:w="70" w:type="dxa"/>
              <w:right w:w="80" w:type="dxa"/>
            </w:tcMar>
            <w:vAlign w:val="center"/>
          </w:tcPr>
          <w:p w14:paraId="3516C07D" w14:textId="77777777" w:rsidR="001D65CC" w:rsidRPr="00BD77DB" w:rsidRDefault="003722FC">
            <w:pPr>
              <w:jc w:val="center"/>
            </w:pPr>
            <w:r w:rsidRPr="00BD77DB">
              <w:rPr>
                <w:b/>
                <w:color w:val="FFFFFF"/>
                <w:sz w:val="17"/>
              </w:rPr>
              <w:t>Output</w:t>
            </w:r>
          </w:p>
        </w:tc>
      </w:tr>
      <w:tr w:rsidR="001D65CC" w:rsidRPr="00BD77DB" w14:paraId="6C8670C7" w14:textId="77777777" w:rsidTr="00EF73BA">
        <w:trPr>
          <w:cantSplit/>
          <w:jc w:val="center"/>
        </w:trPr>
        <w:tc>
          <w:tcPr>
            <w:tcW w:w="874" w:type="pct"/>
            <w:shd w:val="clear" w:color="auto" w:fill="D9EAF7"/>
            <w:tcMar>
              <w:top w:w="70" w:type="dxa"/>
              <w:left w:w="80" w:type="dxa"/>
              <w:bottom w:w="70" w:type="dxa"/>
              <w:right w:w="80" w:type="dxa"/>
            </w:tcMar>
            <w:vAlign w:val="center"/>
          </w:tcPr>
          <w:p w14:paraId="5C2599A4" w14:textId="77777777" w:rsidR="001D65CC" w:rsidRPr="00BD77DB" w:rsidRDefault="003722FC">
            <w:r w:rsidRPr="00BD77DB">
              <w:rPr>
                <w:color w:val="1F1F1F"/>
                <w:sz w:val="16"/>
              </w:rPr>
              <w:t>1. Qualification</w:t>
            </w:r>
          </w:p>
        </w:tc>
        <w:tc>
          <w:tcPr>
            <w:tcW w:w="1399" w:type="pct"/>
            <w:shd w:val="clear" w:color="auto" w:fill="F4F8FB"/>
            <w:tcMar>
              <w:top w:w="70" w:type="dxa"/>
              <w:left w:w="80" w:type="dxa"/>
              <w:bottom w:w="70" w:type="dxa"/>
              <w:right w:w="80" w:type="dxa"/>
            </w:tcMar>
            <w:vAlign w:val="center"/>
          </w:tcPr>
          <w:p w14:paraId="29841A79" w14:textId="77777777" w:rsidR="001D65CC" w:rsidRPr="00BD77DB" w:rsidRDefault="003722FC">
            <w:r w:rsidRPr="00BD77DB">
              <w:rPr>
                <w:color w:val="1F1F1F"/>
                <w:sz w:val="16"/>
              </w:rPr>
              <w:t>Legal and compliance screening</w:t>
            </w:r>
          </w:p>
        </w:tc>
        <w:tc>
          <w:tcPr>
            <w:tcW w:w="1853" w:type="pct"/>
            <w:shd w:val="clear" w:color="auto" w:fill="F4F8FB"/>
            <w:tcMar>
              <w:top w:w="70" w:type="dxa"/>
              <w:left w:w="80" w:type="dxa"/>
              <w:bottom w:w="70" w:type="dxa"/>
              <w:right w:w="80" w:type="dxa"/>
            </w:tcMar>
            <w:vAlign w:val="center"/>
          </w:tcPr>
          <w:p w14:paraId="4BF84B07" w14:textId="77777777" w:rsidR="001D65CC" w:rsidRPr="00BD77DB" w:rsidRDefault="003722FC">
            <w:r w:rsidRPr="00BD77DB">
              <w:rPr>
                <w:color w:val="1F1F1F"/>
                <w:sz w:val="16"/>
              </w:rPr>
              <w:t>Failure to satisfy required statutory / qualification requirements may disqualify the application.</w:t>
            </w:r>
          </w:p>
        </w:tc>
        <w:tc>
          <w:tcPr>
            <w:tcW w:w="874" w:type="pct"/>
            <w:shd w:val="clear" w:color="auto" w:fill="F4F8FB"/>
            <w:tcMar>
              <w:top w:w="70" w:type="dxa"/>
              <w:left w:w="80" w:type="dxa"/>
              <w:bottom w:w="70" w:type="dxa"/>
              <w:right w:w="80" w:type="dxa"/>
            </w:tcMar>
            <w:vAlign w:val="center"/>
          </w:tcPr>
          <w:p w14:paraId="0F6338CB" w14:textId="77777777" w:rsidR="001D65CC" w:rsidRPr="00BD77DB" w:rsidRDefault="003722FC">
            <w:r w:rsidRPr="00BD77DB">
              <w:rPr>
                <w:color w:val="1F1F1F"/>
                <w:sz w:val="16"/>
              </w:rPr>
              <w:t>Pass / Fail / Clarify</w:t>
            </w:r>
          </w:p>
        </w:tc>
      </w:tr>
      <w:tr w:rsidR="001D65CC" w:rsidRPr="00BD77DB" w14:paraId="331020B6" w14:textId="77777777" w:rsidTr="00EF73BA">
        <w:trPr>
          <w:cantSplit/>
          <w:jc w:val="center"/>
        </w:trPr>
        <w:tc>
          <w:tcPr>
            <w:tcW w:w="874" w:type="pct"/>
            <w:shd w:val="clear" w:color="auto" w:fill="D9EAF7"/>
            <w:tcMar>
              <w:top w:w="70" w:type="dxa"/>
              <w:left w:w="80" w:type="dxa"/>
              <w:bottom w:w="70" w:type="dxa"/>
              <w:right w:w="80" w:type="dxa"/>
            </w:tcMar>
            <w:vAlign w:val="center"/>
          </w:tcPr>
          <w:p w14:paraId="7CA1627F" w14:textId="77777777" w:rsidR="001D65CC" w:rsidRPr="00BD77DB" w:rsidRDefault="003722FC">
            <w:r w:rsidRPr="00BD77DB">
              <w:rPr>
                <w:color w:val="1F1F1F"/>
                <w:sz w:val="16"/>
              </w:rPr>
              <w:t>2. Critical</w:t>
            </w:r>
          </w:p>
        </w:tc>
        <w:tc>
          <w:tcPr>
            <w:tcW w:w="1399" w:type="pct"/>
            <w:shd w:val="clear" w:color="auto" w:fill="F4F8FB"/>
            <w:tcMar>
              <w:top w:w="70" w:type="dxa"/>
              <w:left w:w="80" w:type="dxa"/>
              <w:bottom w:w="70" w:type="dxa"/>
              <w:right w:w="80" w:type="dxa"/>
            </w:tcMar>
            <w:vAlign w:val="center"/>
          </w:tcPr>
          <w:p w14:paraId="564CAB08" w14:textId="77777777" w:rsidR="001D65CC" w:rsidRPr="00BD77DB" w:rsidRDefault="003722FC">
            <w:r w:rsidRPr="00BD77DB">
              <w:rPr>
                <w:color w:val="1F1F1F"/>
                <w:sz w:val="16"/>
              </w:rPr>
              <w:t>Minimum technical and operational requirements</w:t>
            </w:r>
          </w:p>
        </w:tc>
        <w:tc>
          <w:tcPr>
            <w:tcW w:w="1853" w:type="pct"/>
            <w:shd w:val="clear" w:color="auto" w:fill="F4F8FB"/>
            <w:tcMar>
              <w:top w:w="70" w:type="dxa"/>
              <w:left w:w="80" w:type="dxa"/>
              <w:bottom w:w="70" w:type="dxa"/>
              <w:right w:w="80" w:type="dxa"/>
            </w:tcMar>
            <w:vAlign w:val="center"/>
          </w:tcPr>
          <w:p w14:paraId="564A2659" w14:textId="77777777" w:rsidR="001D65CC" w:rsidRPr="00BD77DB" w:rsidRDefault="003722FC">
            <w:r w:rsidRPr="00BD77DB">
              <w:rPr>
                <w:color w:val="1F1F1F"/>
                <w:sz w:val="16"/>
              </w:rPr>
              <w:t>A “No” to a mandatory critical factor may result in immediate disqualification.</w:t>
            </w:r>
          </w:p>
        </w:tc>
        <w:tc>
          <w:tcPr>
            <w:tcW w:w="874" w:type="pct"/>
            <w:shd w:val="clear" w:color="auto" w:fill="F4F8FB"/>
            <w:tcMar>
              <w:top w:w="70" w:type="dxa"/>
              <w:left w:w="80" w:type="dxa"/>
              <w:bottom w:w="70" w:type="dxa"/>
              <w:right w:w="80" w:type="dxa"/>
            </w:tcMar>
            <w:vAlign w:val="center"/>
          </w:tcPr>
          <w:p w14:paraId="75AE195E" w14:textId="77777777" w:rsidR="001D65CC" w:rsidRPr="00BD77DB" w:rsidRDefault="003722FC">
            <w:r w:rsidRPr="00BD77DB">
              <w:rPr>
                <w:color w:val="1F1F1F"/>
                <w:sz w:val="16"/>
              </w:rPr>
              <w:t>Pass / Fail / Clarify</w:t>
            </w:r>
          </w:p>
        </w:tc>
      </w:tr>
      <w:tr w:rsidR="001D65CC" w:rsidRPr="00BD77DB" w14:paraId="323DE9FB" w14:textId="77777777" w:rsidTr="00EF73BA">
        <w:trPr>
          <w:cantSplit/>
          <w:jc w:val="center"/>
        </w:trPr>
        <w:tc>
          <w:tcPr>
            <w:tcW w:w="874" w:type="pct"/>
            <w:shd w:val="clear" w:color="auto" w:fill="D9EAF7"/>
            <w:tcMar>
              <w:top w:w="70" w:type="dxa"/>
              <w:left w:w="80" w:type="dxa"/>
              <w:bottom w:w="70" w:type="dxa"/>
              <w:right w:w="80" w:type="dxa"/>
            </w:tcMar>
            <w:vAlign w:val="center"/>
          </w:tcPr>
          <w:p w14:paraId="0CC3BFCF" w14:textId="77777777" w:rsidR="001D65CC" w:rsidRPr="00BD77DB" w:rsidRDefault="003722FC">
            <w:r w:rsidRPr="00BD77DB">
              <w:rPr>
                <w:color w:val="1F1F1F"/>
                <w:sz w:val="16"/>
              </w:rPr>
              <w:t>3. Differentiation</w:t>
            </w:r>
          </w:p>
        </w:tc>
        <w:tc>
          <w:tcPr>
            <w:tcW w:w="1399" w:type="pct"/>
            <w:shd w:val="clear" w:color="auto" w:fill="F4F8FB"/>
            <w:tcMar>
              <w:top w:w="70" w:type="dxa"/>
              <w:left w:w="80" w:type="dxa"/>
              <w:bottom w:w="70" w:type="dxa"/>
              <w:right w:w="80" w:type="dxa"/>
            </w:tcMar>
            <w:vAlign w:val="center"/>
          </w:tcPr>
          <w:p w14:paraId="4CA22BEF" w14:textId="77777777" w:rsidR="001D65CC" w:rsidRPr="00BD77DB" w:rsidRDefault="003722FC">
            <w:r w:rsidRPr="00BD77DB">
              <w:rPr>
                <w:color w:val="1F1F1F"/>
                <w:sz w:val="16"/>
              </w:rPr>
              <w:t>Rank technical capability, readiness, innovation, localisation and supplier development</w:t>
            </w:r>
          </w:p>
        </w:tc>
        <w:tc>
          <w:tcPr>
            <w:tcW w:w="1853" w:type="pct"/>
            <w:shd w:val="clear" w:color="auto" w:fill="F4F8FB"/>
            <w:tcMar>
              <w:top w:w="70" w:type="dxa"/>
              <w:left w:w="80" w:type="dxa"/>
              <w:bottom w:w="70" w:type="dxa"/>
              <w:right w:w="80" w:type="dxa"/>
            </w:tcMar>
            <w:vAlign w:val="center"/>
          </w:tcPr>
          <w:p w14:paraId="047C5176" w14:textId="77777777" w:rsidR="001D65CC" w:rsidRPr="00BD77DB" w:rsidRDefault="003722FC">
            <w:r w:rsidRPr="00BD77DB">
              <w:rPr>
                <w:color w:val="1F1F1F"/>
                <w:sz w:val="16"/>
              </w:rPr>
              <w:t>Score each factor out of 10, apply the relevant SMME or non-SMME weighting. Minimum total weighted score: 65/100.</w:t>
            </w:r>
          </w:p>
        </w:tc>
        <w:tc>
          <w:tcPr>
            <w:tcW w:w="874" w:type="pct"/>
            <w:shd w:val="clear" w:color="auto" w:fill="F4F8FB"/>
            <w:tcMar>
              <w:top w:w="70" w:type="dxa"/>
              <w:left w:w="80" w:type="dxa"/>
              <w:bottom w:w="70" w:type="dxa"/>
              <w:right w:w="80" w:type="dxa"/>
            </w:tcMar>
            <w:vAlign w:val="center"/>
          </w:tcPr>
          <w:p w14:paraId="304DC2FB" w14:textId="77777777" w:rsidR="001D65CC" w:rsidRPr="00BD77DB" w:rsidRDefault="003722FC">
            <w:r w:rsidRPr="00BD77DB">
              <w:rPr>
                <w:color w:val="1F1F1F"/>
                <w:sz w:val="16"/>
              </w:rPr>
              <w:t>Weighted score /100</w:t>
            </w:r>
          </w:p>
        </w:tc>
      </w:tr>
    </w:tbl>
    <w:p w14:paraId="0C461103" w14:textId="109F70D5" w:rsidR="001D65CC" w:rsidRPr="00BD77DB" w:rsidRDefault="003722FC" w:rsidP="000F030F">
      <w:pPr>
        <w:pStyle w:val="Heading2"/>
      </w:pPr>
      <w:r w:rsidRPr="00BD77DB">
        <w:t>Evidence numbering convention</w:t>
      </w:r>
    </w:p>
    <w:p w14:paraId="770756DC" w14:textId="77777777" w:rsidR="001D65CC" w:rsidRPr="00BD77DB" w:rsidRDefault="003722FC">
      <w:pPr>
        <w:spacing w:after="60" w:line="252" w:lineRule="auto"/>
      </w:pPr>
      <w:r w:rsidRPr="00BD77DB">
        <w:t>Use a simple attachment numbering system so evaluators can locate evidence quickly. Example: A1 CIPC / CSD; A2 Tax status; A3 B-BBEE; A4 Company profile; A5 Project references; A6 Facility list; A7 Innovation evidence; A8 SMME support evidence.</w:t>
      </w:r>
    </w:p>
    <w:p w14:paraId="6F9C2DA8" w14:textId="77777777" w:rsidR="001D65CC" w:rsidRPr="00BD77DB" w:rsidRDefault="003722FC">
      <w:r w:rsidRPr="00BD77DB">
        <w:br w:type="page"/>
      </w:r>
    </w:p>
    <w:p w14:paraId="55906A0F" w14:textId="13F00409" w:rsidR="001D65CC" w:rsidRPr="00BD77DB" w:rsidRDefault="003722FC" w:rsidP="000F030F">
      <w:pPr>
        <w:pStyle w:val="Heading1"/>
      </w:pPr>
      <w:r w:rsidRPr="00BD77DB">
        <w:lastRenderedPageBreak/>
        <w:t>Applicant Information</w:t>
      </w:r>
    </w:p>
    <w:tbl>
      <w:tblPr>
        <w:tblStyle w:val="TableGrid"/>
        <w:tblW w:w="5000" w:type="pct"/>
        <w:jc w:val="center"/>
        <w:tblLook w:val="04A0" w:firstRow="1" w:lastRow="0" w:firstColumn="1" w:lastColumn="0" w:noHBand="0" w:noVBand="1"/>
      </w:tblPr>
      <w:tblGrid>
        <w:gridCol w:w="4412"/>
        <w:gridCol w:w="6854"/>
      </w:tblGrid>
      <w:tr w:rsidR="001D65CC" w:rsidRPr="00BD77DB" w14:paraId="7483586B" w14:textId="77777777" w:rsidTr="00EF73BA">
        <w:trPr>
          <w:cantSplit/>
          <w:jc w:val="center"/>
        </w:trPr>
        <w:tc>
          <w:tcPr>
            <w:tcW w:w="1958" w:type="pct"/>
            <w:shd w:val="clear" w:color="auto" w:fill="D9EAF7"/>
            <w:tcMar>
              <w:top w:w="70" w:type="dxa"/>
              <w:left w:w="80" w:type="dxa"/>
              <w:bottom w:w="70" w:type="dxa"/>
              <w:right w:w="80" w:type="dxa"/>
            </w:tcMar>
            <w:vAlign w:val="center"/>
          </w:tcPr>
          <w:p w14:paraId="2041AE2C" w14:textId="77777777" w:rsidR="001D65CC" w:rsidRPr="00BD77DB" w:rsidRDefault="003722FC">
            <w:r w:rsidRPr="00BD77DB">
              <w:rPr>
                <w:b/>
                <w:color w:val="1F1F1F"/>
                <w:sz w:val="17"/>
              </w:rPr>
              <w:t>Registered legal name</w:t>
            </w:r>
          </w:p>
        </w:tc>
        <w:tc>
          <w:tcPr>
            <w:tcW w:w="3042" w:type="pct"/>
            <w:shd w:val="clear" w:color="auto" w:fill="F4F8FB"/>
            <w:tcMar>
              <w:top w:w="70" w:type="dxa"/>
              <w:left w:w="80" w:type="dxa"/>
              <w:bottom w:w="70" w:type="dxa"/>
              <w:right w:w="80" w:type="dxa"/>
            </w:tcMar>
            <w:vAlign w:val="center"/>
          </w:tcPr>
          <w:p w14:paraId="12C396F8" w14:textId="5CD33C42" w:rsidR="001D65CC" w:rsidRPr="00BD77DB" w:rsidRDefault="001D65CC"/>
        </w:tc>
      </w:tr>
      <w:tr w:rsidR="001D65CC" w:rsidRPr="00BD77DB" w14:paraId="0318ED04" w14:textId="77777777" w:rsidTr="00EF73BA">
        <w:trPr>
          <w:cantSplit/>
          <w:jc w:val="center"/>
        </w:trPr>
        <w:tc>
          <w:tcPr>
            <w:tcW w:w="1958" w:type="pct"/>
            <w:shd w:val="clear" w:color="auto" w:fill="D9EAF7"/>
            <w:tcMar>
              <w:top w:w="70" w:type="dxa"/>
              <w:left w:w="80" w:type="dxa"/>
              <w:bottom w:w="70" w:type="dxa"/>
              <w:right w:w="80" w:type="dxa"/>
            </w:tcMar>
            <w:vAlign w:val="center"/>
          </w:tcPr>
          <w:p w14:paraId="6DE40724" w14:textId="77777777" w:rsidR="001D65CC" w:rsidRPr="00BD77DB" w:rsidRDefault="003722FC">
            <w:r w:rsidRPr="00BD77DB">
              <w:rPr>
                <w:b/>
                <w:color w:val="1F1F1F"/>
                <w:sz w:val="17"/>
              </w:rPr>
              <w:t>Trading name</w:t>
            </w:r>
          </w:p>
        </w:tc>
        <w:tc>
          <w:tcPr>
            <w:tcW w:w="3042" w:type="pct"/>
            <w:shd w:val="clear" w:color="auto" w:fill="F4F8FB"/>
            <w:tcMar>
              <w:top w:w="70" w:type="dxa"/>
              <w:left w:w="80" w:type="dxa"/>
              <w:bottom w:w="70" w:type="dxa"/>
              <w:right w:w="80" w:type="dxa"/>
            </w:tcMar>
            <w:vAlign w:val="center"/>
          </w:tcPr>
          <w:p w14:paraId="5FF2DD19" w14:textId="2EBB93DB" w:rsidR="001D65CC" w:rsidRPr="00BD77DB" w:rsidRDefault="001D65CC"/>
        </w:tc>
      </w:tr>
      <w:tr w:rsidR="001D65CC" w:rsidRPr="00BD77DB" w14:paraId="03CC7A3A" w14:textId="77777777" w:rsidTr="00EF73BA">
        <w:trPr>
          <w:cantSplit/>
          <w:jc w:val="center"/>
        </w:trPr>
        <w:tc>
          <w:tcPr>
            <w:tcW w:w="1958" w:type="pct"/>
            <w:shd w:val="clear" w:color="auto" w:fill="D9EAF7"/>
            <w:tcMar>
              <w:top w:w="70" w:type="dxa"/>
              <w:left w:w="80" w:type="dxa"/>
              <w:bottom w:w="70" w:type="dxa"/>
              <w:right w:w="80" w:type="dxa"/>
            </w:tcMar>
            <w:vAlign w:val="center"/>
          </w:tcPr>
          <w:p w14:paraId="6E495943" w14:textId="77777777" w:rsidR="001D65CC" w:rsidRPr="00BD77DB" w:rsidRDefault="003722FC">
            <w:r w:rsidRPr="00BD77DB">
              <w:rPr>
                <w:b/>
                <w:color w:val="1F1F1F"/>
                <w:sz w:val="17"/>
              </w:rPr>
              <w:t>Company / organisation registration number</w:t>
            </w:r>
          </w:p>
        </w:tc>
        <w:tc>
          <w:tcPr>
            <w:tcW w:w="3042" w:type="pct"/>
            <w:shd w:val="clear" w:color="auto" w:fill="F4F8FB"/>
            <w:tcMar>
              <w:top w:w="70" w:type="dxa"/>
              <w:left w:w="80" w:type="dxa"/>
              <w:bottom w:w="70" w:type="dxa"/>
              <w:right w:w="80" w:type="dxa"/>
            </w:tcMar>
            <w:vAlign w:val="center"/>
          </w:tcPr>
          <w:p w14:paraId="0EF262FF" w14:textId="6D241744" w:rsidR="001D65CC" w:rsidRPr="00BD77DB" w:rsidRDefault="001D65CC"/>
        </w:tc>
      </w:tr>
      <w:tr w:rsidR="001D65CC" w:rsidRPr="00BD77DB" w14:paraId="3CF01D67" w14:textId="77777777" w:rsidTr="00EF73BA">
        <w:trPr>
          <w:cantSplit/>
          <w:jc w:val="center"/>
        </w:trPr>
        <w:tc>
          <w:tcPr>
            <w:tcW w:w="1958" w:type="pct"/>
            <w:shd w:val="clear" w:color="auto" w:fill="D9EAF7"/>
            <w:tcMar>
              <w:top w:w="70" w:type="dxa"/>
              <w:left w:w="80" w:type="dxa"/>
              <w:bottom w:w="70" w:type="dxa"/>
              <w:right w:w="80" w:type="dxa"/>
            </w:tcMar>
            <w:vAlign w:val="center"/>
          </w:tcPr>
          <w:p w14:paraId="5679AF47" w14:textId="77777777" w:rsidR="001D65CC" w:rsidRPr="00BD77DB" w:rsidRDefault="003722FC">
            <w:r w:rsidRPr="00BD77DB">
              <w:rPr>
                <w:b/>
                <w:color w:val="1F1F1F"/>
                <w:sz w:val="17"/>
              </w:rPr>
              <w:t>CSD supplier number</w:t>
            </w:r>
          </w:p>
        </w:tc>
        <w:tc>
          <w:tcPr>
            <w:tcW w:w="3042" w:type="pct"/>
            <w:shd w:val="clear" w:color="auto" w:fill="F4F8FB"/>
            <w:tcMar>
              <w:top w:w="70" w:type="dxa"/>
              <w:left w:w="80" w:type="dxa"/>
              <w:bottom w:w="70" w:type="dxa"/>
              <w:right w:w="80" w:type="dxa"/>
            </w:tcMar>
            <w:vAlign w:val="center"/>
          </w:tcPr>
          <w:p w14:paraId="15461714" w14:textId="1C9D7C53" w:rsidR="001D65CC" w:rsidRPr="00BD77DB" w:rsidRDefault="001D65CC"/>
        </w:tc>
      </w:tr>
      <w:tr w:rsidR="001D65CC" w:rsidRPr="00BD77DB" w14:paraId="7E816AB0" w14:textId="77777777" w:rsidTr="00EF73BA">
        <w:trPr>
          <w:cantSplit/>
          <w:jc w:val="center"/>
        </w:trPr>
        <w:tc>
          <w:tcPr>
            <w:tcW w:w="1958" w:type="pct"/>
            <w:shd w:val="clear" w:color="auto" w:fill="D9EAF7"/>
            <w:tcMar>
              <w:top w:w="70" w:type="dxa"/>
              <w:left w:w="80" w:type="dxa"/>
              <w:bottom w:w="70" w:type="dxa"/>
              <w:right w:w="80" w:type="dxa"/>
            </w:tcMar>
            <w:vAlign w:val="center"/>
          </w:tcPr>
          <w:p w14:paraId="62A4C8AA" w14:textId="77777777" w:rsidR="001D65CC" w:rsidRPr="00BD77DB" w:rsidRDefault="003722FC">
            <w:r w:rsidRPr="00BD77DB">
              <w:rPr>
                <w:b/>
                <w:color w:val="1F1F1F"/>
                <w:sz w:val="17"/>
              </w:rPr>
              <w:t>Year established</w:t>
            </w:r>
          </w:p>
        </w:tc>
        <w:tc>
          <w:tcPr>
            <w:tcW w:w="3042" w:type="pct"/>
            <w:shd w:val="clear" w:color="auto" w:fill="F4F8FB"/>
            <w:tcMar>
              <w:top w:w="70" w:type="dxa"/>
              <w:left w:w="80" w:type="dxa"/>
              <w:bottom w:w="70" w:type="dxa"/>
              <w:right w:w="80" w:type="dxa"/>
            </w:tcMar>
            <w:vAlign w:val="center"/>
          </w:tcPr>
          <w:p w14:paraId="66B31033" w14:textId="60B72FED" w:rsidR="001D65CC" w:rsidRPr="00BD77DB" w:rsidRDefault="001D65CC"/>
        </w:tc>
      </w:tr>
      <w:tr w:rsidR="001D65CC" w:rsidRPr="00BD77DB" w14:paraId="3215A015" w14:textId="77777777" w:rsidTr="00EF73BA">
        <w:trPr>
          <w:cantSplit/>
          <w:jc w:val="center"/>
        </w:trPr>
        <w:tc>
          <w:tcPr>
            <w:tcW w:w="1958" w:type="pct"/>
            <w:shd w:val="clear" w:color="auto" w:fill="D9EAF7"/>
            <w:tcMar>
              <w:top w:w="70" w:type="dxa"/>
              <w:left w:w="80" w:type="dxa"/>
              <w:bottom w:w="70" w:type="dxa"/>
              <w:right w:w="80" w:type="dxa"/>
            </w:tcMar>
            <w:vAlign w:val="center"/>
          </w:tcPr>
          <w:p w14:paraId="45E6CCEF" w14:textId="77777777" w:rsidR="001D65CC" w:rsidRPr="00BD77DB" w:rsidRDefault="003722FC">
            <w:r w:rsidRPr="00BD77DB">
              <w:rPr>
                <w:b/>
                <w:color w:val="1F1F1F"/>
                <w:sz w:val="17"/>
              </w:rPr>
              <w:t>Physical address</w:t>
            </w:r>
          </w:p>
        </w:tc>
        <w:tc>
          <w:tcPr>
            <w:tcW w:w="3042" w:type="pct"/>
            <w:shd w:val="clear" w:color="auto" w:fill="F4F8FB"/>
            <w:tcMar>
              <w:top w:w="70" w:type="dxa"/>
              <w:left w:w="80" w:type="dxa"/>
              <w:bottom w:w="70" w:type="dxa"/>
              <w:right w:w="80" w:type="dxa"/>
            </w:tcMar>
            <w:vAlign w:val="center"/>
          </w:tcPr>
          <w:p w14:paraId="4250D559" w14:textId="6EB684A4" w:rsidR="001D65CC" w:rsidRPr="00BD77DB" w:rsidRDefault="001D65CC"/>
        </w:tc>
      </w:tr>
      <w:tr w:rsidR="001D65CC" w:rsidRPr="00BD77DB" w14:paraId="7199C9CF" w14:textId="77777777" w:rsidTr="00EF73BA">
        <w:trPr>
          <w:cantSplit/>
          <w:jc w:val="center"/>
        </w:trPr>
        <w:tc>
          <w:tcPr>
            <w:tcW w:w="1958" w:type="pct"/>
            <w:shd w:val="clear" w:color="auto" w:fill="D9EAF7"/>
            <w:tcMar>
              <w:top w:w="70" w:type="dxa"/>
              <w:left w:w="80" w:type="dxa"/>
              <w:bottom w:w="70" w:type="dxa"/>
              <w:right w:w="80" w:type="dxa"/>
            </w:tcMar>
            <w:vAlign w:val="center"/>
          </w:tcPr>
          <w:p w14:paraId="02AB1CED" w14:textId="77777777" w:rsidR="001D65CC" w:rsidRPr="00BD77DB" w:rsidRDefault="003722FC">
            <w:r w:rsidRPr="00BD77DB">
              <w:rPr>
                <w:b/>
                <w:color w:val="1F1F1F"/>
                <w:sz w:val="17"/>
              </w:rPr>
              <w:t>Province</w:t>
            </w:r>
          </w:p>
        </w:tc>
        <w:tc>
          <w:tcPr>
            <w:tcW w:w="3042" w:type="pct"/>
            <w:shd w:val="clear" w:color="auto" w:fill="F4F8FB"/>
            <w:tcMar>
              <w:top w:w="70" w:type="dxa"/>
              <w:left w:w="80" w:type="dxa"/>
              <w:bottom w:w="70" w:type="dxa"/>
              <w:right w:w="80" w:type="dxa"/>
            </w:tcMar>
            <w:vAlign w:val="center"/>
          </w:tcPr>
          <w:p w14:paraId="798154A9" w14:textId="6B0B76D8" w:rsidR="001D65CC" w:rsidRPr="00BD77DB" w:rsidRDefault="001D65CC"/>
        </w:tc>
      </w:tr>
      <w:tr w:rsidR="001D65CC" w:rsidRPr="00BD77DB" w14:paraId="7D533095" w14:textId="77777777" w:rsidTr="00EF73BA">
        <w:trPr>
          <w:cantSplit/>
          <w:jc w:val="center"/>
        </w:trPr>
        <w:tc>
          <w:tcPr>
            <w:tcW w:w="1958" w:type="pct"/>
            <w:shd w:val="clear" w:color="auto" w:fill="D9EAF7"/>
            <w:tcMar>
              <w:top w:w="70" w:type="dxa"/>
              <w:left w:w="80" w:type="dxa"/>
              <w:bottom w:w="70" w:type="dxa"/>
              <w:right w:w="80" w:type="dxa"/>
            </w:tcMar>
            <w:vAlign w:val="center"/>
          </w:tcPr>
          <w:p w14:paraId="33E0090E" w14:textId="77777777" w:rsidR="001D65CC" w:rsidRPr="00BD77DB" w:rsidRDefault="003722FC">
            <w:r w:rsidRPr="00BD77DB">
              <w:rPr>
                <w:b/>
                <w:color w:val="1F1F1F"/>
                <w:sz w:val="17"/>
              </w:rPr>
              <w:t>Website</w:t>
            </w:r>
          </w:p>
        </w:tc>
        <w:tc>
          <w:tcPr>
            <w:tcW w:w="3042" w:type="pct"/>
            <w:shd w:val="clear" w:color="auto" w:fill="F4F8FB"/>
            <w:tcMar>
              <w:top w:w="70" w:type="dxa"/>
              <w:left w:w="80" w:type="dxa"/>
              <w:bottom w:w="70" w:type="dxa"/>
              <w:right w:w="80" w:type="dxa"/>
            </w:tcMar>
            <w:vAlign w:val="center"/>
          </w:tcPr>
          <w:p w14:paraId="34C8257E" w14:textId="31DB32A2" w:rsidR="001D65CC" w:rsidRPr="00BD77DB" w:rsidRDefault="001D65CC"/>
        </w:tc>
      </w:tr>
      <w:tr w:rsidR="001D65CC" w:rsidRPr="00BD77DB" w14:paraId="13DE3D5D" w14:textId="77777777" w:rsidTr="00EF73BA">
        <w:trPr>
          <w:cantSplit/>
          <w:jc w:val="center"/>
        </w:trPr>
        <w:tc>
          <w:tcPr>
            <w:tcW w:w="1958" w:type="pct"/>
            <w:shd w:val="clear" w:color="auto" w:fill="D9EAF7"/>
            <w:tcMar>
              <w:top w:w="70" w:type="dxa"/>
              <w:left w:w="80" w:type="dxa"/>
              <w:bottom w:w="70" w:type="dxa"/>
              <w:right w:w="80" w:type="dxa"/>
            </w:tcMar>
            <w:vAlign w:val="center"/>
          </w:tcPr>
          <w:p w14:paraId="7B7BADD9" w14:textId="77777777" w:rsidR="001D65CC" w:rsidRPr="00BD77DB" w:rsidRDefault="003722FC">
            <w:r w:rsidRPr="00BD77DB">
              <w:rPr>
                <w:b/>
                <w:color w:val="1F1F1F"/>
                <w:sz w:val="17"/>
              </w:rPr>
              <w:t>Primary contact person and role</w:t>
            </w:r>
          </w:p>
        </w:tc>
        <w:tc>
          <w:tcPr>
            <w:tcW w:w="3042" w:type="pct"/>
            <w:shd w:val="clear" w:color="auto" w:fill="F4F8FB"/>
            <w:tcMar>
              <w:top w:w="70" w:type="dxa"/>
              <w:left w:w="80" w:type="dxa"/>
              <w:bottom w:w="70" w:type="dxa"/>
              <w:right w:w="80" w:type="dxa"/>
            </w:tcMar>
            <w:vAlign w:val="center"/>
          </w:tcPr>
          <w:p w14:paraId="52C9696C" w14:textId="41323590" w:rsidR="001D65CC" w:rsidRPr="00BD77DB" w:rsidRDefault="001D65CC"/>
        </w:tc>
      </w:tr>
      <w:tr w:rsidR="001D65CC" w:rsidRPr="00BD77DB" w14:paraId="4BFBE356" w14:textId="77777777" w:rsidTr="00EF73BA">
        <w:trPr>
          <w:cantSplit/>
          <w:jc w:val="center"/>
        </w:trPr>
        <w:tc>
          <w:tcPr>
            <w:tcW w:w="1958" w:type="pct"/>
            <w:shd w:val="clear" w:color="auto" w:fill="D9EAF7"/>
            <w:tcMar>
              <w:top w:w="70" w:type="dxa"/>
              <w:left w:w="80" w:type="dxa"/>
              <w:bottom w:w="70" w:type="dxa"/>
              <w:right w:w="80" w:type="dxa"/>
            </w:tcMar>
            <w:vAlign w:val="center"/>
          </w:tcPr>
          <w:p w14:paraId="4FE4C631" w14:textId="77777777" w:rsidR="001D65CC" w:rsidRPr="00BD77DB" w:rsidRDefault="003722FC">
            <w:r w:rsidRPr="00BD77DB">
              <w:rPr>
                <w:b/>
                <w:color w:val="1F1F1F"/>
                <w:sz w:val="17"/>
              </w:rPr>
              <w:t>Email</w:t>
            </w:r>
          </w:p>
        </w:tc>
        <w:tc>
          <w:tcPr>
            <w:tcW w:w="3042" w:type="pct"/>
            <w:shd w:val="clear" w:color="auto" w:fill="F4F8FB"/>
            <w:tcMar>
              <w:top w:w="70" w:type="dxa"/>
              <w:left w:w="80" w:type="dxa"/>
              <w:bottom w:w="70" w:type="dxa"/>
              <w:right w:w="80" w:type="dxa"/>
            </w:tcMar>
            <w:vAlign w:val="center"/>
          </w:tcPr>
          <w:p w14:paraId="1694227D" w14:textId="3E3D9E71" w:rsidR="001D65CC" w:rsidRPr="00BD77DB" w:rsidRDefault="001D65CC"/>
        </w:tc>
      </w:tr>
      <w:tr w:rsidR="001D65CC" w:rsidRPr="00BD77DB" w14:paraId="4A5D179C" w14:textId="77777777" w:rsidTr="00EF73BA">
        <w:trPr>
          <w:cantSplit/>
          <w:jc w:val="center"/>
        </w:trPr>
        <w:tc>
          <w:tcPr>
            <w:tcW w:w="1958" w:type="pct"/>
            <w:shd w:val="clear" w:color="auto" w:fill="D9EAF7"/>
            <w:tcMar>
              <w:top w:w="70" w:type="dxa"/>
              <w:left w:w="80" w:type="dxa"/>
              <w:bottom w:w="70" w:type="dxa"/>
              <w:right w:w="80" w:type="dxa"/>
            </w:tcMar>
            <w:vAlign w:val="center"/>
          </w:tcPr>
          <w:p w14:paraId="194D307D" w14:textId="77777777" w:rsidR="001D65CC" w:rsidRPr="00BD77DB" w:rsidRDefault="003722FC">
            <w:r w:rsidRPr="00BD77DB">
              <w:rPr>
                <w:b/>
                <w:color w:val="1F1F1F"/>
                <w:sz w:val="17"/>
              </w:rPr>
              <w:t>Telephone</w:t>
            </w:r>
          </w:p>
        </w:tc>
        <w:tc>
          <w:tcPr>
            <w:tcW w:w="3042" w:type="pct"/>
            <w:shd w:val="clear" w:color="auto" w:fill="F4F8FB"/>
            <w:tcMar>
              <w:top w:w="70" w:type="dxa"/>
              <w:left w:w="80" w:type="dxa"/>
              <w:bottom w:w="70" w:type="dxa"/>
              <w:right w:w="80" w:type="dxa"/>
            </w:tcMar>
            <w:vAlign w:val="center"/>
          </w:tcPr>
          <w:p w14:paraId="4149E182" w14:textId="5CF439AE" w:rsidR="001D65CC" w:rsidRPr="00BD77DB" w:rsidRDefault="001D65CC"/>
        </w:tc>
      </w:tr>
      <w:tr w:rsidR="001D65CC" w:rsidRPr="00BD77DB" w14:paraId="242E0D04" w14:textId="77777777" w:rsidTr="00EF73BA">
        <w:trPr>
          <w:cantSplit/>
          <w:jc w:val="center"/>
        </w:trPr>
        <w:tc>
          <w:tcPr>
            <w:tcW w:w="1958" w:type="pct"/>
            <w:shd w:val="clear" w:color="auto" w:fill="D9EAF7"/>
            <w:tcMar>
              <w:top w:w="70" w:type="dxa"/>
              <w:left w:w="80" w:type="dxa"/>
              <w:bottom w:w="70" w:type="dxa"/>
              <w:right w:w="80" w:type="dxa"/>
            </w:tcMar>
            <w:vAlign w:val="center"/>
          </w:tcPr>
          <w:p w14:paraId="705F9E46" w14:textId="77777777" w:rsidR="001D65CC" w:rsidRPr="00BD77DB" w:rsidRDefault="003722FC">
            <w:r w:rsidRPr="00BD77DB">
              <w:rPr>
                <w:b/>
                <w:color w:val="1F1F1F"/>
                <w:sz w:val="17"/>
              </w:rPr>
              <w:t>Number of full-time employees</w:t>
            </w:r>
          </w:p>
        </w:tc>
        <w:tc>
          <w:tcPr>
            <w:tcW w:w="3042" w:type="pct"/>
            <w:shd w:val="clear" w:color="auto" w:fill="F4F8FB"/>
            <w:tcMar>
              <w:top w:w="70" w:type="dxa"/>
              <w:left w:w="80" w:type="dxa"/>
              <w:bottom w:w="70" w:type="dxa"/>
              <w:right w:w="80" w:type="dxa"/>
            </w:tcMar>
            <w:vAlign w:val="center"/>
          </w:tcPr>
          <w:p w14:paraId="1F47E522" w14:textId="20559FE1" w:rsidR="001D65CC" w:rsidRPr="00BD77DB" w:rsidRDefault="001D65CC"/>
        </w:tc>
      </w:tr>
      <w:tr w:rsidR="001D65CC" w:rsidRPr="00BD77DB" w14:paraId="13B8778B" w14:textId="77777777" w:rsidTr="00EF73BA">
        <w:trPr>
          <w:cantSplit/>
          <w:jc w:val="center"/>
        </w:trPr>
        <w:tc>
          <w:tcPr>
            <w:tcW w:w="1958" w:type="pct"/>
            <w:shd w:val="clear" w:color="auto" w:fill="D9EAF7"/>
            <w:tcMar>
              <w:top w:w="70" w:type="dxa"/>
              <w:left w:w="80" w:type="dxa"/>
              <w:bottom w:w="70" w:type="dxa"/>
              <w:right w:w="80" w:type="dxa"/>
            </w:tcMar>
            <w:vAlign w:val="center"/>
          </w:tcPr>
          <w:p w14:paraId="15B606C2" w14:textId="77777777" w:rsidR="001D65CC" w:rsidRPr="00BD77DB" w:rsidRDefault="003722FC">
            <w:r w:rsidRPr="00BD77DB">
              <w:rPr>
                <w:b/>
                <w:color w:val="1F1F1F"/>
                <w:sz w:val="17"/>
              </w:rPr>
              <w:t>SMME classification</w:t>
            </w:r>
          </w:p>
        </w:tc>
        <w:tc>
          <w:tcPr>
            <w:tcW w:w="3042" w:type="pct"/>
            <w:shd w:val="clear" w:color="auto" w:fill="F4F8FB"/>
            <w:tcMar>
              <w:top w:w="70" w:type="dxa"/>
              <w:left w:w="80" w:type="dxa"/>
              <w:bottom w:w="70" w:type="dxa"/>
              <w:right w:w="80" w:type="dxa"/>
            </w:tcMar>
            <w:vAlign w:val="center"/>
          </w:tcPr>
          <w:p w14:paraId="032DEBB7" w14:textId="0FE34226" w:rsidR="001D65CC" w:rsidRPr="00BD77DB" w:rsidRDefault="001D65CC"/>
        </w:tc>
      </w:tr>
      <w:tr w:rsidR="001D65CC" w:rsidRPr="00BD77DB" w14:paraId="38D5929C" w14:textId="77777777" w:rsidTr="00EF73BA">
        <w:trPr>
          <w:cantSplit/>
          <w:jc w:val="center"/>
        </w:trPr>
        <w:tc>
          <w:tcPr>
            <w:tcW w:w="1958" w:type="pct"/>
            <w:shd w:val="clear" w:color="auto" w:fill="D9EAF7"/>
            <w:tcMar>
              <w:top w:w="70" w:type="dxa"/>
              <w:left w:w="80" w:type="dxa"/>
              <w:bottom w:w="70" w:type="dxa"/>
              <w:right w:w="80" w:type="dxa"/>
            </w:tcMar>
            <w:vAlign w:val="center"/>
          </w:tcPr>
          <w:p w14:paraId="26CEBB7C" w14:textId="77777777" w:rsidR="001D65CC" w:rsidRPr="00BD77DB" w:rsidRDefault="003722FC">
            <w:r w:rsidRPr="00BD77DB">
              <w:rPr>
                <w:b/>
                <w:color w:val="1F1F1F"/>
                <w:sz w:val="17"/>
              </w:rPr>
              <w:t>If SMME, basis for classification</w:t>
            </w:r>
          </w:p>
        </w:tc>
        <w:tc>
          <w:tcPr>
            <w:tcW w:w="3042" w:type="pct"/>
            <w:shd w:val="clear" w:color="auto" w:fill="F4F8FB"/>
            <w:tcMar>
              <w:top w:w="70" w:type="dxa"/>
              <w:left w:w="80" w:type="dxa"/>
              <w:bottom w:w="70" w:type="dxa"/>
              <w:right w:w="80" w:type="dxa"/>
            </w:tcMar>
            <w:vAlign w:val="center"/>
          </w:tcPr>
          <w:p w14:paraId="63FB4010" w14:textId="1C6D6341" w:rsidR="001D65CC" w:rsidRPr="00BD77DB" w:rsidRDefault="001D65CC"/>
        </w:tc>
      </w:tr>
      <w:tr w:rsidR="001D65CC" w:rsidRPr="00BD77DB" w14:paraId="0B237551" w14:textId="77777777" w:rsidTr="00EF73BA">
        <w:trPr>
          <w:cantSplit/>
          <w:jc w:val="center"/>
        </w:trPr>
        <w:tc>
          <w:tcPr>
            <w:tcW w:w="1958" w:type="pct"/>
            <w:shd w:val="clear" w:color="auto" w:fill="D9EAF7"/>
            <w:tcMar>
              <w:top w:w="70" w:type="dxa"/>
              <w:left w:w="80" w:type="dxa"/>
              <w:bottom w:w="70" w:type="dxa"/>
              <w:right w:w="80" w:type="dxa"/>
            </w:tcMar>
            <w:vAlign w:val="center"/>
          </w:tcPr>
          <w:p w14:paraId="74663A9E" w14:textId="77777777" w:rsidR="001D65CC" w:rsidRPr="00BD77DB" w:rsidRDefault="003722FC">
            <w:r w:rsidRPr="00BD77DB">
              <w:rPr>
                <w:b/>
                <w:color w:val="1F1F1F"/>
                <w:sz w:val="17"/>
              </w:rPr>
              <w:t>B-BBEE level</w:t>
            </w:r>
          </w:p>
        </w:tc>
        <w:tc>
          <w:tcPr>
            <w:tcW w:w="3042" w:type="pct"/>
            <w:shd w:val="clear" w:color="auto" w:fill="F4F8FB"/>
            <w:tcMar>
              <w:top w:w="70" w:type="dxa"/>
              <w:left w:w="80" w:type="dxa"/>
              <w:bottom w:w="70" w:type="dxa"/>
              <w:right w:w="80" w:type="dxa"/>
            </w:tcMar>
            <w:vAlign w:val="center"/>
          </w:tcPr>
          <w:p w14:paraId="10E3B856" w14:textId="2B8577FA" w:rsidR="001D65CC" w:rsidRPr="00BD77DB" w:rsidRDefault="001D65CC"/>
        </w:tc>
      </w:tr>
      <w:tr w:rsidR="001D65CC" w:rsidRPr="00BD77DB" w14:paraId="4041B70A" w14:textId="77777777" w:rsidTr="00EF73BA">
        <w:trPr>
          <w:cantSplit/>
          <w:jc w:val="center"/>
        </w:trPr>
        <w:tc>
          <w:tcPr>
            <w:tcW w:w="1958" w:type="pct"/>
            <w:shd w:val="clear" w:color="auto" w:fill="D9EAF7"/>
            <w:tcMar>
              <w:top w:w="70" w:type="dxa"/>
              <w:left w:w="80" w:type="dxa"/>
              <w:bottom w:w="70" w:type="dxa"/>
              <w:right w:w="80" w:type="dxa"/>
            </w:tcMar>
            <w:vAlign w:val="center"/>
          </w:tcPr>
          <w:p w14:paraId="6A584F22" w14:textId="77777777" w:rsidR="001D65CC" w:rsidRPr="00BD77DB" w:rsidRDefault="003722FC">
            <w:r w:rsidRPr="00BD77DB">
              <w:rPr>
                <w:b/>
                <w:color w:val="1F1F1F"/>
                <w:sz w:val="17"/>
              </w:rPr>
              <w:t>Black ownership (%)</w:t>
            </w:r>
          </w:p>
        </w:tc>
        <w:tc>
          <w:tcPr>
            <w:tcW w:w="3042" w:type="pct"/>
            <w:shd w:val="clear" w:color="auto" w:fill="F4F8FB"/>
            <w:tcMar>
              <w:top w:w="70" w:type="dxa"/>
              <w:left w:w="80" w:type="dxa"/>
              <w:bottom w:w="70" w:type="dxa"/>
              <w:right w:w="80" w:type="dxa"/>
            </w:tcMar>
            <w:vAlign w:val="center"/>
          </w:tcPr>
          <w:p w14:paraId="58E0B9B8" w14:textId="3A58709C" w:rsidR="001D65CC" w:rsidRPr="00BD77DB" w:rsidRDefault="001D65CC"/>
        </w:tc>
      </w:tr>
      <w:tr w:rsidR="001D65CC" w:rsidRPr="00BD77DB" w14:paraId="00F865D0" w14:textId="77777777" w:rsidTr="00EF73BA">
        <w:trPr>
          <w:cantSplit/>
          <w:jc w:val="center"/>
        </w:trPr>
        <w:tc>
          <w:tcPr>
            <w:tcW w:w="1958" w:type="pct"/>
            <w:shd w:val="clear" w:color="auto" w:fill="D9EAF7"/>
            <w:tcMar>
              <w:top w:w="70" w:type="dxa"/>
              <w:left w:w="80" w:type="dxa"/>
              <w:bottom w:w="70" w:type="dxa"/>
              <w:right w:w="80" w:type="dxa"/>
            </w:tcMar>
            <w:vAlign w:val="center"/>
          </w:tcPr>
          <w:p w14:paraId="3417C364" w14:textId="77777777" w:rsidR="001D65CC" w:rsidRPr="00BD77DB" w:rsidRDefault="003722FC">
            <w:r w:rsidRPr="00BD77DB">
              <w:rPr>
                <w:b/>
                <w:color w:val="1F1F1F"/>
                <w:sz w:val="17"/>
              </w:rPr>
              <w:t>Tax compliance status</w:t>
            </w:r>
          </w:p>
        </w:tc>
        <w:tc>
          <w:tcPr>
            <w:tcW w:w="3042" w:type="pct"/>
            <w:shd w:val="clear" w:color="auto" w:fill="F4F8FB"/>
            <w:tcMar>
              <w:top w:w="70" w:type="dxa"/>
              <w:left w:w="80" w:type="dxa"/>
              <w:bottom w:w="70" w:type="dxa"/>
              <w:right w:w="80" w:type="dxa"/>
            </w:tcMar>
            <w:vAlign w:val="center"/>
          </w:tcPr>
          <w:p w14:paraId="0EAF951E" w14:textId="77777777" w:rsidR="001D65CC" w:rsidRPr="00BD77DB" w:rsidRDefault="003722FC">
            <w:r w:rsidRPr="00BD77DB">
              <w:rPr>
                <w:color w:val="1F1F1F"/>
                <w:sz w:val="18"/>
              </w:rPr>
              <w:t>Compliant / Non-compliant / Pending</w:t>
            </w:r>
          </w:p>
        </w:tc>
      </w:tr>
    </w:tbl>
    <w:p w14:paraId="54667BBB" w14:textId="3CF5E7BD" w:rsidR="001D65CC" w:rsidRPr="00BD77DB" w:rsidRDefault="003722FC" w:rsidP="000F030F">
      <w:pPr>
        <w:pStyle w:val="Heading2"/>
      </w:pPr>
      <w:r w:rsidRPr="00BD77DB">
        <w:t>Applicant type and value-chain role</w:t>
      </w:r>
    </w:p>
    <w:p w14:paraId="7AA5A45A" w14:textId="77777777" w:rsidR="001D65CC" w:rsidRPr="00BD77DB" w:rsidRDefault="003722FC">
      <w:pPr>
        <w:spacing w:after="60" w:line="252" w:lineRule="auto"/>
      </w:pPr>
      <w:r w:rsidRPr="00BD77DB">
        <w:t>Mark all that apply and briefly describe the role that best represents the organisation.</w:t>
      </w:r>
    </w:p>
    <w:tbl>
      <w:tblPr>
        <w:tblStyle w:val="TableGrid"/>
        <w:tblW w:w="5000" w:type="pct"/>
        <w:jc w:val="center"/>
        <w:tblLook w:val="04A0" w:firstRow="1" w:lastRow="0" w:firstColumn="1" w:lastColumn="0" w:noHBand="0" w:noVBand="1"/>
      </w:tblPr>
      <w:tblGrid>
        <w:gridCol w:w="4175"/>
        <w:gridCol w:w="1733"/>
        <w:gridCol w:w="5358"/>
      </w:tblGrid>
      <w:tr w:rsidR="001D65CC" w:rsidRPr="00BD77DB" w14:paraId="05842B89" w14:textId="77777777" w:rsidTr="00EF73BA">
        <w:trPr>
          <w:tblHeader/>
          <w:jc w:val="center"/>
        </w:trPr>
        <w:tc>
          <w:tcPr>
            <w:tcW w:w="1853" w:type="pct"/>
            <w:shd w:val="clear" w:color="auto" w:fill="1F4E79"/>
            <w:tcMar>
              <w:top w:w="70" w:type="dxa"/>
              <w:left w:w="80" w:type="dxa"/>
              <w:bottom w:w="70" w:type="dxa"/>
              <w:right w:w="80" w:type="dxa"/>
            </w:tcMar>
            <w:vAlign w:val="center"/>
          </w:tcPr>
          <w:p w14:paraId="3F9EF9D2" w14:textId="77777777" w:rsidR="001D65CC" w:rsidRPr="00BD77DB" w:rsidRDefault="003722FC">
            <w:pPr>
              <w:jc w:val="center"/>
            </w:pPr>
            <w:r w:rsidRPr="00BD77DB">
              <w:rPr>
                <w:b/>
                <w:color w:val="FFFFFF"/>
                <w:sz w:val="16"/>
              </w:rPr>
              <w:t>Value-chain role</w:t>
            </w:r>
          </w:p>
        </w:tc>
        <w:tc>
          <w:tcPr>
            <w:tcW w:w="769" w:type="pct"/>
            <w:shd w:val="clear" w:color="auto" w:fill="1F4E79"/>
            <w:tcMar>
              <w:top w:w="70" w:type="dxa"/>
              <w:left w:w="80" w:type="dxa"/>
              <w:bottom w:w="70" w:type="dxa"/>
              <w:right w:w="80" w:type="dxa"/>
            </w:tcMar>
            <w:vAlign w:val="center"/>
          </w:tcPr>
          <w:p w14:paraId="50E2C122" w14:textId="77777777" w:rsidR="001D65CC" w:rsidRPr="00BD77DB" w:rsidRDefault="003722FC">
            <w:pPr>
              <w:jc w:val="center"/>
            </w:pPr>
            <w:r w:rsidRPr="00BD77DB">
              <w:rPr>
                <w:b/>
                <w:color w:val="FFFFFF"/>
                <w:sz w:val="16"/>
              </w:rPr>
              <w:t>Applies? (Yes/No)</w:t>
            </w:r>
          </w:p>
        </w:tc>
        <w:tc>
          <w:tcPr>
            <w:tcW w:w="2378" w:type="pct"/>
            <w:shd w:val="clear" w:color="auto" w:fill="1F4E79"/>
            <w:tcMar>
              <w:top w:w="70" w:type="dxa"/>
              <w:left w:w="80" w:type="dxa"/>
              <w:bottom w:w="70" w:type="dxa"/>
              <w:right w:w="80" w:type="dxa"/>
            </w:tcMar>
            <w:vAlign w:val="center"/>
          </w:tcPr>
          <w:p w14:paraId="26181902" w14:textId="77777777" w:rsidR="001D65CC" w:rsidRPr="00BD77DB" w:rsidRDefault="003722FC">
            <w:pPr>
              <w:jc w:val="center"/>
            </w:pPr>
            <w:r w:rsidRPr="00BD77DB">
              <w:rPr>
                <w:b/>
                <w:color w:val="FFFFFF"/>
                <w:sz w:val="16"/>
              </w:rPr>
              <w:t>Short description of capability / role</w:t>
            </w:r>
          </w:p>
        </w:tc>
      </w:tr>
      <w:tr w:rsidR="001D65CC" w:rsidRPr="00BD77DB" w14:paraId="1D6C3E1D" w14:textId="77777777" w:rsidTr="00EF73BA">
        <w:trPr>
          <w:jc w:val="center"/>
        </w:trPr>
        <w:tc>
          <w:tcPr>
            <w:tcW w:w="1853" w:type="pct"/>
            <w:shd w:val="clear" w:color="auto" w:fill="D9EAF7"/>
            <w:tcMar>
              <w:top w:w="70" w:type="dxa"/>
              <w:left w:w="80" w:type="dxa"/>
              <w:bottom w:w="70" w:type="dxa"/>
              <w:right w:w="80" w:type="dxa"/>
            </w:tcMar>
            <w:vAlign w:val="center"/>
          </w:tcPr>
          <w:p w14:paraId="3A86D706" w14:textId="77777777" w:rsidR="001D65CC" w:rsidRPr="00BD77DB" w:rsidRDefault="003722FC">
            <w:r w:rsidRPr="00BD77DB">
              <w:rPr>
                <w:color w:val="1F1F1F"/>
                <w:sz w:val="16"/>
              </w:rPr>
              <w:t>Ferrous foundry</w:t>
            </w:r>
          </w:p>
        </w:tc>
        <w:tc>
          <w:tcPr>
            <w:tcW w:w="769" w:type="pct"/>
            <w:shd w:val="clear" w:color="auto" w:fill="F4F8FB"/>
            <w:tcMar>
              <w:top w:w="70" w:type="dxa"/>
              <w:left w:w="80" w:type="dxa"/>
              <w:bottom w:w="70" w:type="dxa"/>
              <w:right w:w="80" w:type="dxa"/>
            </w:tcMar>
            <w:vAlign w:val="center"/>
          </w:tcPr>
          <w:p w14:paraId="61F3DA1E"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6303A20A" w14:textId="77777777" w:rsidR="001D65CC" w:rsidRPr="00BD77DB" w:rsidRDefault="001D65CC"/>
        </w:tc>
      </w:tr>
      <w:tr w:rsidR="001D65CC" w:rsidRPr="00BD77DB" w14:paraId="5F3779E1" w14:textId="77777777" w:rsidTr="00EF73BA">
        <w:trPr>
          <w:jc w:val="center"/>
        </w:trPr>
        <w:tc>
          <w:tcPr>
            <w:tcW w:w="1853" w:type="pct"/>
            <w:shd w:val="clear" w:color="auto" w:fill="D9EAF7"/>
            <w:tcMar>
              <w:top w:w="70" w:type="dxa"/>
              <w:left w:w="80" w:type="dxa"/>
              <w:bottom w:w="70" w:type="dxa"/>
              <w:right w:w="80" w:type="dxa"/>
            </w:tcMar>
            <w:vAlign w:val="center"/>
          </w:tcPr>
          <w:p w14:paraId="5C97A843" w14:textId="77777777" w:rsidR="001D65CC" w:rsidRPr="00BD77DB" w:rsidRDefault="003722FC">
            <w:r w:rsidRPr="00BD77DB">
              <w:rPr>
                <w:color w:val="1F1F1F"/>
                <w:sz w:val="16"/>
              </w:rPr>
              <w:t>Non-ferrous foundry</w:t>
            </w:r>
          </w:p>
        </w:tc>
        <w:tc>
          <w:tcPr>
            <w:tcW w:w="769" w:type="pct"/>
            <w:shd w:val="clear" w:color="auto" w:fill="F4F8FB"/>
            <w:tcMar>
              <w:top w:w="70" w:type="dxa"/>
              <w:left w:w="80" w:type="dxa"/>
              <w:bottom w:w="70" w:type="dxa"/>
              <w:right w:w="80" w:type="dxa"/>
            </w:tcMar>
            <w:vAlign w:val="center"/>
          </w:tcPr>
          <w:p w14:paraId="411F085A"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5E9041C1" w14:textId="77777777" w:rsidR="001D65CC" w:rsidRPr="00BD77DB" w:rsidRDefault="001D65CC"/>
        </w:tc>
      </w:tr>
      <w:tr w:rsidR="001D65CC" w:rsidRPr="00BD77DB" w14:paraId="4A2092AF" w14:textId="77777777" w:rsidTr="00EF73BA">
        <w:trPr>
          <w:jc w:val="center"/>
        </w:trPr>
        <w:tc>
          <w:tcPr>
            <w:tcW w:w="1853" w:type="pct"/>
            <w:shd w:val="clear" w:color="auto" w:fill="D9EAF7"/>
            <w:tcMar>
              <w:top w:w="70" w:type="dxa"/>
              <w:left w:w="80" w:type="dxa"/>
              <w:bottom w:w="70" w:type="dxa"/>
              <w:right w:w="80" w:type="dxa"/>
            </w:tcMar>
            <w:vAlign w:val="center"/>
          </w:tcPr>
          <w:p w14:paraId="6E4B94BC" w14:textId="77777777" w:rsidR="001D65CC" w:rsidRPr="00BD77DB" w:rsidRDefault="003722FC">
            <w:r w:rsidRPr="00BD77DB">
              <w:rPr>
                <w:color w:val="1F1F1F"/>
                <w:sz w:val="16"/>
              </w:rPr>
              <w:t>Product design / engineering company</w:t>
            </w:r>
          </w:p>
        </w:tc>
        <w:tc>
          <w:tcPr>
            <w:tcW w:w="769" w:type="pct"/>
            <w:shd w:val="clear" w:color="auto" w:fill="F4F8FB"/>
            <w:tcMar>
              <w:top w:w="70" w:type="dxa"/>
              <w:left w:w="80" w:type="dxa"/>
              <w:bottom w:w="70" w:type="dxa"/>
              <w:right w:w="80" w:type="dxa"/>
            </w:tcMar>
            <w:vAlign w:val="center"/>
          </w:tcPr>
          <w:p w14:paraId="6495F4FE"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67E4A87C" w14:textId="77777777" w:rsidR="001D65CC" w:rsidRPr="00BD77DB" w:rsidRDefault="001D65CC"/>
        </w:tc>
      </w:tr>
      <w:tr w:rsidR="001D65CC" w:rsidRPr="00BD77DB" w14:paraId="65A2D0FE" w14:textId="77777777" w:rsidTr="00EF73BA">
        <w:trPr>
          <w:jc w:val="center"/>
        </w:trPr>
        <w:tc>
          <w:tcPr>
            <w:tcW w:w="1853" w:type="pct"/>
            <w:shd w:val="clear" w:color="auto" w:fill="D9EAF7"/>
            <w:tcMar>
              <w:top w:w="70" w:type="dxa"/>
              <w:left w:w="80" w:type="dxa"/>
              <w:bottom w:w="70" w:type="dxa"/>
              <w:right w:w="80" w:type="dxa"/>
            </w:tcMar>
            <w:vAlign w:val="center"/>
          </w:tcPr>
          <w:p w14:paraId="5EA82428" w14:textId="77777777" w:rsidR="001D65CC" w:rsidRPr="00BD77DB" w:rsidRDefault="003722FC">
            <w:r w:rsidRPr="00BD77DB">
              <w:rPr>
                <w:color w:val="1F1F1F"/>
                <w:sz w:val="16"/>
              </w:rPr>
              <w:t>OEM / system integrator</w:t>
            </w:r>
          </w:p>
        </w:tc>
        <w:tc>
          <w:tcPr>
            <w:tcW w:w="769" w:type="pct"/>
            <w:shd w:val="clear" w:color="auto" w:fill="F4F8FB"/>
            <w:tcMar>
              <w:top w:w="70" w:type="dxa"/>
              <w:left w:w="80" w:type="dxa"/>
              <w:bottom w:w="70" w:type="dxa"/>
              <w:right w:w="80" w:type="dxa"/>
            </w:tcMar>
            <w:vAlign w:val="center"/>
          </w:tcPr>
          <w:p w14:paraId="737FF18A"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0E622143" w14:textId="77777777" w:rsidR="001D65CC" w:rsidRPr="00BD77DB" w:rsidRDefault="001D65CC"/>
        </w:tc>
      </w:tr>
      <w:tr w:rsidR="001D65CC" w:rsidRPr="00BD77DB" w14:paraId="17F1EF8D" w14:textId="77777777" w:rsidTr="00EF73BA">
        <w:trPr>
          <w:jc w:val="center"/>
        </w:trPr>
        <w:tc>
          <w:tcPr>
            <w:tcW w:w="1853" w:type="pct"/>
            <w:shd w:val="clear" w:color="auto" w:fill="D9EAF7"/>
            <w:tcMar>
              <w:top w:w="70" w:type="dxa"/>
              <w:left w:w="80" w:type="dxa"/>
              <w:bottom w:w="70" w:type="dxa"/>
              <w:right w:w="80" w:type="dxa"/>
            </w:tcMar>
            <w:vAlign w:val="center"/>
          </w:tcPr>
          <w:p w14:paraId="32388F51" w14:textId="77777777" w:rsidR="001D65CC" w:rsidRPr="00BD77DB" w:rsidRDefault="003722FC">
            <w:r w:rsidRPr="00BD77DB">
              <w:rPr>
                <w:color w:val="1F1F1F"/>
                <w:sz w:val="16"/>
              </w:rPr>
              <w:t>Pattern / tooling manufacturer</w:t>
            </w:r>
          </w:p>
        </w:tc>
        <w:tc>
          <w:tcPr>
            <w:tcW w:w="769" w:type="pct"/>
            <w:shd w:val="clear" w:color="auto" w:fill="F4F8FB"/>
            <w:tcMar>
              <w:top w:w="70" w:type="dxa"/>
              <w:left w:w="80" w:type="dxa"/>
              <w:bottom w:w="70" w:type="dxa"/>
              <w:right w:w="80" w:type="dxa"/>
            </w:tcMar>
            <w:vAlign w:val="center"/>
          </w:tcPr>
          <w:p w14:paraId="3EDEF79C"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0ACDE5B4" w14:textId="77777777" w:rsidR="001D65CC" w:rsidRPr="00BD77DB" w:rsidRDefault="001D65CC"/>
        </w:tc>
      </w:tr>
      <w:tr w:rsidR="001D65CC" w:rsidRPr="00BD77DB" w14:paraId="14154E07" w14:textId="77777777" w:rsidTr="00EF73BA">
        <w:trPr>
          <w:jc w:val="center"/>
        </w:trPr>
        <w:tc>
          <w:tcPr>
            <w:tcW w:w="1853" w:type="pct"/>
            <w:shd w:val="clear" w:color="auto" w:fill="D9EAF7"/>
            <w:tcMar>
              <w:top w:w="70" w:type="dxa"/>
              <w:left w:w="80" w:type="dxa"/>
              <w:bottom w:w="70" w:type="dxa"/>
              <w:right w:w="80" w:type="dxa"/>
            </w:tcMar>
            <w:vAlign w:val="center"/>
          </w:tcPr>
          <w:p w14:paraId="377FC0CD" w14:textId="77777777" w:rsidR="001D65CC" w:rsidRPr="00BD77DB" w:rsidRDefault="003722FC">
            <w:r w:rsidRPr="00BD77DB">
              <w:rPr>
                <w:color w:val="1F1F1F"/>
                <w:sz w:val="16"/>
              </w:rPr>
              <w:t>Machining / finishing company</w:t>
            </w:r>
          </w:p>
        </w:tc>
        <w:tc>
          <w:tcPr>
            <w:tcW w:w="769" w:type="pct"/>
            <w:shd w:val="clear" w:color="auto" w:fill="F4F8FB"/>
            <w:tcMar>
              <w:top w:w="70" w:type="dxa"/>
              <w:left w:w="80" w:type="dxa"/>
              <w:bottom w:w="70" w:type="dxa"/>
              <w:right w:w="80" w:type="dxa"/>
            </w:tcMar>
            <w:vAlign w:val="center"/>
          </w:tcPr>
          <w:p w14:paraId="3B144460"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138FF0CB" w14:textId="77777777" w:rsidR="001D65CC" w:rsidRPr="00BD77DB" w:rsidRDefault="001D65CC"/>
        </w:tc>
      </w:tr>
      <w:tr w:rsidR="001D65CC" w:rsidRPr="00BD77DB" w14:paraId="0A2C7555" w14:textId="77777777" w:rsidTr="00EF73BA">
        <w:trPr>
          <w:jc w:val="center"/>
        </w:trPr>
        <w:tc>
          <w:tcPr>
            <w:tcW w:w="1853" w:type="pct"/>
            <w:shd w:val="clear" w:color="auto" w:fill="D9EAF7"/>
            <w:tcMar>
              <w:top w:w="70" w:type="dxa"/>
              <w:left w:w="80" w:type="dxa"/>
              <w:bottom w:w="70" w:type="dxa"/>
              <w:right w:w="80" w:type="dxa"/>
            </w:tcMar>
            <w:vAlign w:val="center"/>
          </w:tcPr>
          <w:p w14:paraId="105F1174" w14:textId="77777777" w:rsidR="001D65CC" w:rsidRPr="00BD77DB" w:rsidRDefault="003722FC">
            <w:r w:rsidRPr="00BD77DB">
              <w:rPr>
                <w:color w:val="1F1F1F"/>
                <w:sz w:val="16"/>
              </w:rPr>
              <w:t>Materials / metallurgical specialist</w:t>
            </w:r>
          </w:p>
        </w:tc>
        <w:tc>
          <w:tcPr>
            <w:tcW w:w="769" w:type="pct"/>
            <w:shd w:val="clear" w:color="auto" w:fill="F4F8FB"/>
            <w:tcMar>
              <w:top w:w="70" w:type="dxa"/>
              <w:left w:w="80" w:type="dxa"/>
              <w:bottom w:w="70" w:type="dxa"/>
              <w:right w:w="80" w:type="dxa"/>
            </w:tcMar>
            <w:vAlign w:val="center"/>
          </w:tcPr>
          <w:p w14:paraId="2A2D3761"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23B24C79" w14:textId="77777777" w:rsidR="001D65CC" w:rsidRPr="00BD77DB" w:rsidRDefault="001D65CC"/>
        </w:tc>
      </w:tr>
      <w:tr w:rsidR="001D65CC" w:rsidRPr="00BD77DB" w14:paraId="764C5281" w14:textId="77777777" w:rsidTr="00EF73BA">
        <w:trPr>
          <w:jc w:val="center"/>
        </w:trPr>
        <w:tc>
          <w:tcPr>
            <w:tcW w:w="1853" w:type="pct"/>
            <w:shd w:val="clear" w:color="auto" w:fill="D9EAF7"/>
            <w:tcMar>
              <w:top w:w="70" w:type="dxa"/>
              <w:left w:w="80" w:type="dxa"/>
              <w:bottom w:w="70" w:type="dxa"/>
              <w:right w:w="80" w:type="dxa"/>
            </w:tcMar>
            <w:vAlign w:val="center"/>
          </w:tcPr>
          <w:p w14:paraId="669DFA45" w14:textId="77777777" w:rsidR="001D65CC" w:rsidRPr="00BD77DB" w:rsidRDefault="003722FC">
            <w:r w:rsidRPr="00BD77DB">
              <w:rPr>
                <w:color w:val="1F1F1F"/>
                <w:sz w:val="16"/>
              </w:rPr>
              <w:t>Manufacturing technology provider</w:t>
            </w:r>
          </w:p>
        </w:tc>
        <w:tc>
          <w:tcPr>
            <w:tcW w:w="769" w:type="pct"/>
            <w:shd w:val="clear" w:color="auto" w:fill="F4F8FB"/>
            <w:tcMar>
              <w:top w:w="70" w:type="dxa"/>
              <w:left w:w="80" w:type="dxa"/>
              <w:bottom w:w="70" w:type="dxa"/>
              <w:right w:w="80" w:type="dxa"/>
            </w:tcMar>
            <w:vAlign w:val="center"/>
          </w:tcPr>
          <w:p w14:paraId="55971257"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1FA77550" w14:textId="77777777" w:rsidR="001D65CC" w:rsidRPr="00BD77DB" w:rsidRDefault="001D65CC"/>
        </w:tc>
      </w:tr>
      <w:tr w:rsidR="001D65CC" w:rsidRPr="00BD77DB" w14:paraId="03B64481" w14:textId="77777777" w:rsidTr="00EF73BA">
        <w:trPr>
          <w:jc w:val="center"/>
        </w:trPr>
        <w:tc>
          <w:tcPr>
            <w:tcW w:w="1853" w:type="pct"/>
            <w:shd w:val="clear" w:color="auto" w:fill="D9EAF7"/>
            <w:tcMar>
              <w:top w:w="70" w:type="dxa"/>
              <w:left w:w="80" w:type="dxa"/>
              <w:bottom w:w="70" w:type="dxa"/>
              <w:right w:w="80" w:type="dxa"/>
            </w:tcMar>
            <w:vAlign w:val="center"/>
          </w:tcPr>
          <w:p w14:paraId="690613E6" w14:textId="77777777" w:rsidR="001D65CC" w:rsidRPr="00BD77DB" w:rsidRDefault="003722FC">
            <w:r w:rsidRPr="00BD77DB">
              <w:rPr>
                <w:color w:val="1F1F1F"/>
                <w:sz w:val="16"/>
              </w:rPr>
              <w:t>Research and development organisation</w:t>
            </w:r>
          </w:p>
        </w:tc>
        <w:tc>
          <w:tcPr>
            <w:tcW w:w="769" w:type="pct"/>
            <w:shd w:val="clear" w:color="auto" w:fill="F4F8FB"/>
            <w:tcMar>
              <w:top w:w="70" w:type="dxa"/>
              <w:left w:w="80" w:type="dxa"/>
              <w:bottom w:w="70" w:type="dxa"/>
              <w:right w:w="80" w:type="dxa"/>
            </w:tcMar>
            <w:vAlign w:val="center"/>
          </w:tcPr>
          <w:p w14:paraId="29365445"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244B9C42" w14:textId="77777777" w:rsidR="001D65CC" w:rsidRPr="00BD77DB" w:rsidRDefault="001D65CC"/>
        </w:tc>
      </w:tr>
      <w:tr w:rsidR="001D65CC" w:rsidRPr="00BD77DB" w14:paraId="6290EAA5" w14:textId="77777777" w:rsidTr="00EF73BA">
        <w:trPr>
          <w:jc w:val="center"/>
        </w:trPr>
        <w:tc>
          <w:tcPr>
            <w:tcW w:w="1853" w:type="pct"/>
            <w:shd w:val="clear" w:color="auto" w:fill="D9EAF7"/>
            <w:tcMar>
              <w:top w:w="70" w:type="dxa"/>
              <w:left w:w="80" w:type="dxa"/>
              <w:bottom w:w="70" w:type="dxa"/>
              <w:right w:w="80" w:type="dxa"/>
            </w:tcMar>
            <w:vAlign w:val="center"/>
          </w:tcPr>
          <w:p w14:paraId="026EC902" w14:textId="77777777" w:rsidR="001D65CC" w:rsidRPr="00BD77DB" w:rsidRDefault="003722FC">
            <w:r w:rsidRPr="00BD77DB">
              <w:rPr>
                <w:color w:val="1F1F1F"/>
                <w:sz w:val="16"/>
              </w:rPr>
              <w:t>University / innovation centre</w:t>
            </w:r>
          </w:p>
        </w:tc>
        <w:tc>
          <w:tcPr>
            <w:tcW w:w="769" w:type="pct"/>
            <w:shd w:val="clear" w:color="auto" w:fill="F4F8FB"/>
            <w:tcMar>
              <w:top w:w="70" w:type="dxa"/>
              <w:left w:w="80" w:type="dxa"/>
              <w:bottom w:w="70" w:type="dxa"/>
              <w:right w:w="80" w:type="dxa"/>
            </w:tcMar>
            <w:vAlign w:val="center"/>
          </w:tcPr>
          <w:p w14:paraId="6F21F16B"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04378FB6" w14:textId="77777777" w:rsidR="001D65CC" w:rsidRPr="00BD77DB" w:rsidRDefault="001D65CC"/>
        </w:tc>
      </w:tr>
      <w:tr w:rsidR="001D65CC" w:rsidRPr="00BD77DB" w14:paraId="5A839F12" w14:textId="77777777" w:rsidTr="00EF73BA">
        <w:trPr>
          <w:jc w:val="center"/>
        </w:trPr>
        <w:tc>
          <w:tcPr>
            <w:tcW w:w="1853" w:type="pct"/>
            <w:shd w:val="clear" w:color="auto" w:fill="D9EAF7"/>
            <w:tcMar>
              <w:top w:w="70" w:type="dxa"/>
              <w:left w:w="80" w:type="dxa"/>
              <w:bottom w:w="70" w:type="dxa"/>
              <w:right w:w="80" w:type="dxa"/>
            </w:tcMar>
            <w:vAlign w:val="center"/>
          </w:tcPr>
          <w:p w14:paraId="6C869840" w14:textId="77777777" w:rsidR="001D65CC" w:rsidRPr="00BD77DB" w:rsidRDefault="003722FC">
            <w:r w:rsidRPr="00BD77DB">
              <w:rPr>
                <w:color w:val="1F1F1F"/>
                <w:sz w:val="16"/>
              </w:rPr>
              <w:t>SMME manufacturing enterprise</w:t>
            </w:r>
          </w:p>
        </w:tc>
        <w:tc>
          <w:tcPr>
            <w:tcW w:w="769" w:type="pct"/>
            <w:shd w:val="clear" w:color="auto" w:fill="F4F8FB"/>
            <w:tcMar>
              <w:top w:w="70" w:type="dxa"/>
              <w:left w:w="80" w:type="dxa"/>
              <w:bottom w:w="70" w:type="dxa"/>
              <w:right w:w="80" w:type="dxa"/>
            </w:tcMar>
            <w:vAlign w:val="center"/>
          </w:tcPr>
          <w:p w14:paraId="028BC710"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4760755F" w14:textId="77777777" w:rsidR="001D65CC" w:rsidRPr="00BD77DB" w:rsidRDefault="001D65CC"/>
        </w:tc>
      </w:tr>
      <w:tr w:rsidR="001D65CC" w:rsidRPr="00BD77DB" w14:paraId="1F22EA6F" w14:textId="77777777" w:rsidTr="00EF73BA">
        <w:trPr>
          <w:jc w:val="center"/>
        </w:trPr>
        <w:tc>
          <w:tcPr>
            <w:tcW w:w="1853" w:type="pct"/>
            <w:shd w:val="clear" w:color="auto" w:fill="D9EAF7"/>
            <w:tcMar>
              <w:top w:w="70" w:type="dxa"/>
              <w:left w:w="80" w:type="dxa"/>
              <w:bottom w:w="70" w:type="dxa"/>
              <w:right w:w="80" w:type="dxa"/>
            </w:tcMar>
            <w:vAlign w:val="center"/>
          </w:tcPr>
          <w:p w14:paraId="067A530E" w14:textId="77777777" w:rsidR="001D65CC" w:rsidRPr="00BD77DB" w:rsidRDefault="003722FC">
            <w:r w:rsidRPr="00BD77DB">
              <w:rPr>
                <w:color w:val="1F1F1F"/>
                <w:sz w:val="16"/>
              </w:rPr>
              <w:t>Other</w:t>
            </w:r>
          </w:p>
        </w:tc>
        <w:tc>
          <w:tcPr>
            <w:tcW w:w="769" w:type="pct"/>
            <w:shd w:val="clear" w:color="auto" w:fill="F4F8FB"/>
            <w:tcMar>
              <w:top w:w="70" w:type="dxa"/>
              <w:left w:w="80" w:type="dxa"/>
              <w:bottom w:w="70" w:type="dxa"/>
              <w:right w:w="80" w:type="dxa"/>
            </w:tcMar>
            <w:vAlign w:val="center"/>
          </w:tcPr>
          <w:p w14:paraId="1DD0E793" w14:textId="77777777" w:rsidR="001D65CC" w:rsidRPr="00BD77DB" w:rsidRDefault="001D65CC">
            <w:pPr>
              <w:jc w:val="center"/>
            </w:pPr>
          </w:p>
        </w:tc>
        <w:tc>
          <w:tcPr>
            <w:tcW w:w="2378" w:type="pct"/>
            <w:shd w:val="clear" w:color="auto" w:fill="F4F8FB"/>
            <w:tcMar>
              <w:top w:w="70" w:type="dxa"/>
              <w:left w:w="80" w:type="dxa"/>
              <w:bottom w:w="70" w:type="dxa"/>
              <w:right w:w="80" w:type="dxa"/>
            </w:tcMar>
            <w:vAlign w:val="center"/>
          </w:tcPr>
          <w:p w14:paraId="7250C1AC" w14:textId="77777777" w:rsidR="001D65CC" w:rsidRPr="00BD77DB" w:rsidRDefault="001D65CC"/>
        </w:tc>
      </w:tr>
    </w:tbl>
    <w:p w14:paraId="19885D0C" w14:textId="3F57516F" w:rsidR="001D65CC" w:rsidRPr="00BD77DB" w:rsidRDefault="003722FC" w:rsidP="000F030F">
      <w:pPr>
        <w:pStyle w:val="Heading2"/>
      </w:pPr>
      <w:r w:rsidRPr="00BD77DB">
        <w:t>Scope of participation</w:t>
      </w:r>
    </w:p>
    <w:p w14:paraId="1F665C18" w14:textId="77777777" w:rsidR="001D65CC" w:rsidRPr="00BD77DB" w:rsidRDefault="003722FC">
      <w:pPr>
        <w:spacing w:after="60" w:line="252" w:lineRule="auto"/>
      </w:pPr>
      <w:r w:rsidRPr="00BD77DB">
        <w:t>Identify the areas in which the organisation wishes to participate. Select all applicable areas.</w:t>
      </w:r>
    </w:p>
    <w:tbl>
      <w:tblPr>
        <w:tblStyle w:val="TableGrid"/>
        <w:tblW w:w="5000" w:type="pct"/>
        <w:jc w:val="center"/>
        <w:tblLook w:val="04A0" w:firstRow="1" w:lastRow="0" w:firstColumn="1" w:lastColumn="0" w:noHBand="0" w:noVBand="1"/>
      </w:tblPr>
      <w:tblGrid>
        <w:gridCol w:w="4570"/>
        <w:gridCol w:w="1338"/>
        <w:gridCol w:w="5358"/>
      </w:tblGrid>
      <w:tr w:rsidR="001D65CC" w:rsidRPr="00BD77DB" w14:paraId="275C153E" w14:textId="77777777" w:rsidTr="00EF73BA">
        <w:trPr>
          <w:tblHeader/>
          <w:jc w:val="center"/>
        </w:trPr>
        <w:tc>
          <w:tcPr>
            <w:tcW w:w="2028" w:type="pct"/>
            <w:shd w:val="clear" w:color="auto" w:fill="1F4E79"/>
            <w:tcMar>
              <w:top w:w="70" w:type="dxa"/>
              <w:left w:w="80" w:type="dxa"/>
              <w:bottom w:w="70" w:type="dxa"/>
              <w:right w:w="80" w:type="dxa"/>
            </w:tcMar>
            <w:vAlign w:val="center"/>
          </w:tcPr>
          <w:p w14:paraId="34E7CA2E" w14:textId="77777777" w:rsidR="001D65CC" w:rsidRPr="00BD77DB" w:rsidRDefault="003722FC">
            <w:pPr>
              <w:jc w:val="center"/>
              <w:rPr>
                <w:bCs/>
              </w:rPr>
            </w:pPr>
            <w:r w:rsidRPr="00BD77DB">
              <w:rPr>
                <w:bCs/>
                <w:color w:val="FFFFFF"/>
                <w:sz w:val="16"/>
              </w:rPr>
              <w:t>Participation area</w:t>
            </w:r>
          </w:p>
        </w:tc>
        <w:tc>
          <w:tcPr>
            <w:tcW w:w="594" w:type="pct"/>
            <w:shd w:val="clear" w:color="auto" w:fill="1F4E79"/>
            <w:tcMar>
              <w:top w:w="70" w:type="dxa"/>
              <w:left w:w="80" w:type="dxa"/>
              <w:bottom w:w="70" w:type="dxa"/>
              <w:right w:w="80" w:type="dxa"/>
            </w:tcMar>
            <w:vAlign w:val="center"/>
          </w:tcPr>
          <w:p w14:paraId="3B4408CC" w14:textId="77777777" w:rsidR="001D65CC" w:rsidRPr="00BD77DB" w:rsidRDefault="003722FC">
            <w:pPr>
              <w:jc w:val="center"/>
              <w:rPr>
                <w:bCs/>
              </w:rPr>
            </w:pPr>
            <w:r w:rsidRPr="00BD77DB">
              <w:rPr>
                <w:bCs/>
                <w:color w:val="FFFFFF"/>
                <w:sz w:val="16"/>
              </w:rPr>
              <w:t>Yes/No</w:t>
            </w:r>
          </w:p>
        </w:tc>
        <w:tc>
          <w:tcPr>
            <w:tcW w:w="2378" w:type="pct"/>
            <w:shd w:val="clear" w:color="auto" w:fill="1F4E79"/>
            <w:tcMar>
              <w:top w:w="70" w:type="dxa"/>
              <w:left w:w="80" w:type="dxa"/>
              <w:bottom w:w="70" w:type="dxa"/>
              <w:right w:w="80" w:type="dxa"/>
            </w:tcMar>
            <w:vAlign w:val="center"/>
          </w:tcPr>
          <w:p w14:paraId="3C125BE4" w14:textId="77777777" w:rsidR="001D65CC" w:rsidRPr="00BD77DB" w:rsidRDefault="003722FC">
            <w:pPr>
              <w:jc w:val="center"/>
              <w:rPr>
                <w:bCs/>
              </w:rPr>
            </w:pPr>
            <w:r w:rsidRPr="00BD77DB">
              <w:rPr>
                <w:bCs/>
                <w:color w:val="FFFFFF"/>
                <w:sz w:val="16"/>
              </w:rPr>
              <w:t>Specific capability / proposed contribution</w:t>
            </w:r>
          </w:p>
        </w:tc>
      </w:tr>
      <w:tr w:rsidR="001D65CC" w:rsidRPr="00BD77DB" w14:paraId="2C7BD50E" w14:textId="77777777" w:rsidTr="00EF73BA">
        <w:trPr>
          <w:jc w:val="center"/>
        </w:trPr>
        <w:tc>
          <w:tcPr>
            <w:tcW w:w="2028" w:type="pct"/>
            <w:shd w:val="clear" w:color="auto" w:fill="D9EAF7"/>
            <w:tcMar>
              <w:top w:w="70" w:type="dxa"/>
              <w:left w:w="80" w:type="dxa"/>
              <w:bottom w:w="70" w:type="dxa"/>
              <w:right w:w="80" w:type="dxa"/>
            </w:tcMar>
            <w:vAlign w:val="center"/>
          </w:tcPr>
          <w:p w14:paraId="12A7B615" w14:textId="77777777" w:rsidR="001D65CC" w:rsidRPr="00BD77DB" w:rsidRDefault="003722FC">
            <w:pPr>
              <w:rPr>
                <w:bCs/>
              </w:rPr>
            </w:pPr>
            <w:r w:rsidRPr="00BD77DB">
              <w:rPr>
                <w:bCs/>
                <w:color w:val="1F1F1F"/>
                <w:sz w:val="16"/>
              </w:rPr>
              <w:t>Product and component design</w:t>
            </w:r>
          </w:p>
        </w:tc>
        <w:tc>
          <w:tcPr>
            <w:tcW w:w="594" w:type="pct"/>
            <w:shd w:val="clear" w:color="auto" w:fill="F4F8FB"/>
            <w:tcMar>
              <w:top w:w="70" w:type="dxa"/>
              <w:left w:w="80" w:type="dxa"/>
              <w:bottom w:w="70" w:type="dxa"/>
              <w:right w:w="80" w:type="dxa"/>
            </w:tcMar>
            <w:vAlign w:val="center"/>
          </w:tcPr>
          <w:p w14:paraId="4700ECD7"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098ACA34" w14:textId="77777777" w:rsidR="001D65CC" w:rsidRPr="00BD77DB" w:rsidRDefault="001D65CC">
            <w:pPr>
              <w:rPr>
                <w:bCs/>
              </w:rPr>
            </w:pPr>
          </w:p>
        </w:tc>
      </w:tr>
      <w:tr w:rsidR="001D65CC" w:rsidRPr="00BD77DB" w14:paraId="6A9D44B8" w14:textId="77777777" w:rsidTr="00EF73BA">
        <w:trPr>
          <w:jc w:val="center"/>
        </w:trPr>
        <w:tc>
          <w:tcPr>
            <w:tcW w:w="2028" w:type="pct"/>
            <w:shd w:val="clear" w:color="auto" w:fill="D9EAF7"/>
            <w:tcMar>
              <w:top w:w="70" w:type="dxa"/>
              <w:left w:w="80" w:type="dxa"/>
              <w:bottom w:w="70" w:type="dxa"/>
              <w:right w:w="80" w:type="dxa"/>
            </w:tcMar>
            <w:vAlign w:val="center"/>
          </w:tcPr>
          <w:p w14:paraId="25A93B5A" w14:textId="77777777" w:rsidR="001D65CC" w:rsidRPr="00BD77DB" w:rsidRDefault="003722FC">
            <w:pPr>
              <w:rPr>
                <w:bCs/>
              </w:rPr>
            </w:pPr>
            <w:r w:rsidRPr="00BD77DB">
              <w:rPr>
                <w:bCs/>
                <w:color w:val="1F1F1F"/>
                <w:sz w:val="16"/>
              </w:rPr>
              <w:t>CAD modelling and engineering analysis</w:t>
            </w:r>
          </w:p>
        </w:tc>
        <w:tc>
          <w:tcPr>
            <w:tcW w:w="594" w:type="pct"/>
            <w:shd w:val="clear" w:color="auto" w:fill="F4F8FB"/>
            <w:tcMar>
              <w:top w:w="70" w:type="dxa"/>
              <w:left w:w="80" w:type="dxa"/>
              <w:bottom w:w="70" w:type="dxa"/>
              <w:right w:w="80" w:type="dxa"/>
            </w:tcMar>
            <w:vAlign w:val="center"/>
          </w:tcPr>
          <w:p w14:paraId="6856A730"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5F58BED1" w14:textId="77777777" w:rsidR="001D65CC" w:rsidRPr="00BD77DB" w:rsidRDefault="001D65CC">
            <w:pPr>
              <w:rPr>
                <w:bCs/>
              </w:rPr>
            </w:pPr>
          </w:p>
        </w:tc>
      </w:tr>
      <w:tr w:rsidR="001D65CC" w:rsidRPr="00BD77DB" w14:paraId="7124A411" w14:textId="77777777" w:rsidTr="00EF73BA">
        <w:trPr>
          <w:jc w:val="center"/>
        </w:trPr>
        <w:tc>
          <w:tcPr>
            <w:tcW w:w="2028" w:type="pct"/>
            <w:shd w:val="clear" w:color="auto" w:fill="D9EAF7"/>
            <w:tcMar>
              <w:top w:w="70" w:type="dxa"/>
              <w:left w:w="80" w:type="dxa"/>
              <w:bottom w:w="70" w:type="dxa"/>
              <w:right w:w="80" w:type="dxa"/>
            </w:tcMar>
            <w:vAlign w:val="center"/>
          </w:tcPr>
          <w:p w14:paraId="2E623D28" w14:textId="77777777" w:rsidR="001D65CC" w:rsidRPr="00BD77DB" w:rsidRDefault="003722FC">
            <w:pPr>
              <w:rPr>
                <w:bCs/>
              </w:rPr>
            </w:pPr>
            <w:r w:rsidRPr="00BD77DB">
              <w:rPr>
                <w:bCs/>
                <w:color w:val="1F1F1F"/>
                <w:sz w:val="16"/>
              </w:rPr>
              <w:t>Casting simulation and optimisation</w:t>
            </w:r>
          </w:p>
        </w:tc>
        <w:tc>
          <w:tcPr>
            <w:tcW w:w="594" w:type="pct"/>
            <w:shd w:val="clear" w:color="auto" w:fill="F4F8FB"/>
            <w:tcMar>
              <w:top w:w="70" w:type="dxa"/>
              <w:left w:w="80" w:type="dxa"/>
              <w:bottom w:w="70" w:type="dxa"/>
              <w:right w:w="80" w:type="dxa"/>
            </w:tcMar>
            <w:vAlign w:val="center"/>
          </w:tcPr>
          <w:p w14:paraId="09D0FA1B"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311797BB" w14:textId="77777777" w:rsidR="001D65CC" w:rsidRPr="00BD77DB" w:rsidRDefault="001D65CC">
            <w:pPr>
              <w:rPr>
                <w:bCs/>
              </w:rPr>
            </w:pPr>
          </w:p>
        </w:tc>
      </w:tr>
      <w:tr w:rsidR="001D65CC" w:rsidRPr="00BD77DB" w14:paraId="281DF595" w14:textId="77777777" w:rsidTr="00EF73BA">
        <w:trPr>
          <w:jc w:val="center"/>
        </w:trPr>
        <w:tc>
          <w:tcPr>
            <w:tcW w:w="2028" w:type="pct"/>
            <w:shd w:val="clear" w:color="auto" w:fill="D9EAF7"/>
            <w:tcMar>
              <w:top w:w="70" w:type="dxa"/>
              <w:left w:w="80" w:type="dxa"/>
              <w:bottom w:w="70" w:type="dxa"/>
              <w:right w:w="80" w:type="dxa"/>
            </w:tcMar>
            <w:vAlign w:val="center"/>
          </w:tcPr>
          <w:p w14:paraId="25B716CA" w14:textId="77777777" w:rsidR="001D65CC" w:rsidRPr="00BD77DB" w:rsidRDefault="003722FC">
            <w:pPr>
              <w:rPr>
                <w:bCs/>
              </w:rPr>
            </w:pPr>
            <w:r w:rsidRPr="00BD77DB">
              <w:rPr>
                <w:bCs/>
                <w:color w:val="1F1F1F"/>
                <w:sz w:val="16"/>
              </w:rPr>
              <w:lastRenderedPageBreak/>
              <w:t>Pattern and tooling manufacture</w:t>
            </w:r>
          </w:p>
        </w:tc>
        <w:tc>
          <w:tcPr>
            <w:tcW w:w="594" w:type="pct"/>
            <w:shd w:val="clear" w:color="auto" w:fill="F4F8FB"/>
            <w:tcMar>
              <w:top w:w="70" w:type="dxa"/>
              <w:left w:w="80" w:type="dxa"/>
              <w:bottom w:w="70" w:type="dxa"/>
              <w:right w:w="80" w:type="dxa"/>
            </w:tcMar>
            <w:vAlign w:val="center"/>
          </w:tcPr>
          <w:p w14:paraId="7BF20B89"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0FB183E7" w14:textId="77777777" w:rsidR="001D65CC" w:rsidRPr="00BD77DB" w:rsidRDefault="001D65CC">
            <w:pPr>
              <w:rPr>
                <w:bCs/>
              </w:rPr>
            </w:pPr>
          </w:p>
        </w:tc>
      </w:tr>
      <w:tr w:rsidR="001D65CC" w:rsidRPr="00BD77DB" w14:paraId="2EF3BD19" w14:textId="77777777" w:rsidTr="00EF73BA">
        <w:trPr>
          <w:jc w:val="center"/>
        </w:trPr>
        <w:tc>
          <w:tcPr>
            <w:tcW w:w="2028" w:type="pct"/>
            <w:shd w:val="clear" w:color="auto" w:fill="D9EAF7"/>
            <w:tcMar>
              <w:top w:w="70" w:type="dxa"/>
              <w:left w:w="80" w:type="dxa"/>
              <w:bottom w:w="70" w:type="dxa"/>
              <w:right w:w="80" w:type="dxa"/>
            </w:tcMar>
            <w:vAlign w:val="center"/>
          </w:tcPr>
          <w:p w14:paraId="2063259B" w14:textId="77777777" w:rsidR="001D65CC" w:rsidRPr="00BD77DB" w:rsidRDefault="003722FC">
            <w:pPr>
              <w:rPr>
                <w:bCs/>
              </w:rPr>
            </w:pPr>
            <w:r w:rsidRPr="00BD77DB">
              <w:rPr>
                <w:bCs/>
                <w:color w:val="1F1F1F"/>
                <w:sz w:val="16"/>
              </w:rPr>
              <w:t>Ferrous casting production</w:t>
            </w:r>
          </w:p>
        </w:tc>
        <w:tc>
          <w:tcPr>
            <w:tcW w:w="594" w:type="pct"/>
            <w:shd w:val="clear" w:color="auto" w:fill="F4F8FB"/>
            <w:tcMar>
              <w:top w:w="70" w:type="dxa"/>
              <w:left w:w="80" w:type="dxa"/>
              <w:bottom w:w="70" w:type="dxa"/>
              <w:right w:w="80" w:type="dxa"/>
            </w:tcMar>
            <w:vAlign w:val="center"/>
          </w:tcPr>
          <w:p w14:paraId="16A661EF"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0807D143" w14:textId="77777777" w:rsidR="001D65CC" w:rsidRPr="00BD77DB" w:rsidRDefault="001D65CC">
            <w:pPr>
              <w:rPr>
                <w:bCs/>
              </w:rPr>
            </w:pPr>
          </w:p>
        </w:tc>
      </w:tr>
      <w:tr w:rsidR="001D65CC" w:rsidRPr="00BD77DB" w14:paraId="2AEA205D" w14:textId="77777777" w:rsidTr="00EF73BA">
        <w:trPr>
          <w:jc w:val="center"/>
        </w:trPr>
        <w:tc>
          <w:tcPr>
            <w:tcW w:w="2028" w:type="pct"/>
            <w:shd w:val="clear" w:color="auto" w:fill="D9EAF7"/>
            <w:tcMar>
              <w:top w:w="70" w:type="dxa"/>
              <w:left w:w="80" w:type="dxa"/>
              <w:bottom w:w="70" w:type="dxa"/>
              <w:right w:w="80" w:type="dxa"/>
            </w:tcMar>
            <w:vAlign w:val="center"/>
          </w:tcPr>
          <w:p w14:paraId="57AA460A" w14:textId="77777777" w:rsidR="001D65CC" w:rsidRPr="00BD77DB" w:rsidRDefault="003722FC">
            <w:pPr>
              <w:rPr>
                <w:bCs/>
              </w:rPr>
            </w:pPr>
            <w:r w:rsidRPr="00BD77DB">
              <w:rPr>
                <w:bCs/>
                <w:color w:val="1F1F1F"/>
                <w:sz w:val="16"/>
              </w:rPr>
              <w:t>Non-ferrous casting production</w:t>
            </w:r>
          </w:p>
        </w:tc>
        <w:tc>
          <w:tcPr>
            <w:tcW w:w="594" w:type="pct"/>
            <w:shd w:val="clear" w:color="auto" w:fill="F4F8FB"/>
            <w:tcMar>
              <w:top w:w="70" w:type="dxa"/>
              <w:left w:w="80" w:type="dxa"/>
              <w:bottom w:w="70" w:type="dxa"/>
              <w:right w:w="80" w:type="dxa"/>
            </w:tcMar>
            <w:vAlign w:val="center"/>
          </w:tcPr>
          <w:p w14:paraId="3A4DE54B"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59624B28" w14:textId="77777777" w:rsidR="001D65CC" w:rsidRPr="00BD77DB" w:rsidRDefault="001D65CC">
            <w:pPr>
              <w:rPr>
                <w:bCs/>
              </w:rPr>
            </w:pPr>
          </w:p>
        </w:tc>
      </w:tr>
      <w:tr w:rsidR="001D65CC" w:rsidRPr="00BD77DB" w14:paraId="77A07067" w14:textId="77777777" w:rsidTr="00EF73BA">
        <w:trPr>
          <w:jc w:val="center"/>
        </w:trPr>
        <w:tc>
          <w:tcPr>
            <w:tcW w:w="2028" w:type="pct"/>
            <w:shd w:val="clear" w:color="auto" w:fill="D9EAF7"/>
            <w:tcMar>
              <w:top w:w="70" w:type="dxa"/>
              <w:left w:w="80" w:type="dxa"/>
              <w:bottom w:w="70" w:type="dxa"/>
              <w:right w:w="80" w:type="dxa"/>
            </w:tcMar>
            <w:vAlign w:val="center"/>
          </w:tcPr>
          <w:p w14:paraId="72E859A9" w14:textId="77777777" w:rsidR="001D65CC" w:rsidRPr="00BD77DB" w:rsidRDefault="003722FC">
            <w:pPr>
              <w:rPr>
                <w:bCs/>
              </w:rPr>
            </w:pPr>
            <w:r w:rsidRPr="00BD77DB">
              <w:rPr>
                <w:bCs/>
                <w:color w:val="1F1F1F"/>
                <w:sz w:val="16"/>
              </w:rPr>
              <w:t>Heat treatment and metallurgical processing</w:t>
            </w:r>
          </w:p>
        </w:tc>
        <w:tc>
          <w:tcPr>
            <w:tcW w:w="594" w:type="pct"/>
            <w:shd w:val="clear" w:color="auto" w:fill="F4F8FB"/>
            <w:tcMar>
              <w:top w:w="70" w:type="dxa"/>
              <w:left w:w="80" w:type="dxa"/>
              <w:bottom w:w="70" w:type="dxa"/>
              <w:right w:w="80" w:type="dxa"/>
            </w:tcMar>
            <w:vAlign w:val="center"/>
          </w:tcPr>
          <w:p w14:paraId="56C4AC58"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521480DD" w14:textId="77777777" w:rsidR="001D65CC" w:rsidRPr="00BD77DB" w:rsidRDefault="001D65CC">
            <w:pPr>
              <w:rPr>
                <w:bCs/>
              </w:rPr>
            </w:pPr>
          </w:p>
        </w:tc>
      </w:tr>
      <w:tr w:rsidR="001D65CC" w:rsidRPr="00BD77DB" w14:paraId="323B03B5" w14:textId="77777777" w:rsidTr="00EF73BA">
        <w:trPr>
          <w:jc w:val="center"/>
        </w:trPr>
        <w:tc>
          <w:tcPr>
            <w:tcW w:w="2028" w:type="pct"/>
            <w:shd w:val="clear" w:color="auto" w:fill="D9EAF7"/>
            <w:tcMar>
              <w:top w:w="70" w:type="dxa"/>
              <w:left w:w="80" w:type="dxa"/>
              <w:bottom w:w="70" w:type="dxa"/>
              <w:right w:w="80" w:type="dxa"/>
            </w:tcMar>
            <w:vAlign w:val="center"/>
          </w:tcPr>
          <w:p w14:paraId="6105229E" w14:textId="77777777" w:rsidR="001D65CC" w:rsidRPr="00BD77DB" w:rsidRDefault="003722FC">
            <w:pPr>
              <w:rPr>
                <w:bCs/>
              </w:rPr>
            </w:pPr>
            <w:r w:rsidRPr="00BD77DB">
              <w:rPr>
                <w:bCs/>
                <w:color w:val="1F1F1F"/>
                <w:sz w:val="16"/>
              </w:rPr>
              <w:t>Machining and finishing operations</w:t>
            </w:r>
          </w:p>
        </w:tc>
        <w:tc>
          <w:tcPr>
            <w:tcW w:w="594" w:type="pct"/>
            <w:shd w:val="clear" w:color="auto" w:fill="F4F8FB"/>
            <w:tcMar>
              <w:top w:w="70" w:type="dxa"/>
              <w:left w:w="80" w:type="dxa"/>
              <w:bottom w:w="70" w:type="dxa"/>
              <w:right w:w="80" w:type="dxa"/>
            </w:tcMar>
            <w:vAlign w:val="center"/>
          </w:tcPr>
          <w:p w14:paraId="1D0DE357"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38D72F36" w14:textId="77777777" w:rsidR="001D65CC" w:rsidRPr="00BD77DB" w:rsidRDefault="001D65CC">
            <w:pPr>
              <w:rPr>
                <w:bCs/>
              </w:rPr>
            </w:pPr>
          </w:p>
        </w:tc>
      </w:tr>
      <w:tr w:rsidR="001D65CC" w:rsidRPr="00BD77DB" w14:paraId="60259B87" w14:textId="77777777" w:rsidTr="00EF73BA">
        <w:trPr>
          <w:jc w:val="center"/>
        </w:trPr>
        <w:tc>
          <w:tcPr>
            <w:tcW w:w="2028" w:type="pct"/>
            <w:shd w:val="clear" w:color="auto" w:fill="D9EAF7"/>
            <w:tcMar>
              <w:top w:w="70" w:type="dxa"/>
              <w:left w:w="80" w:type="dxa"/>
              <w:bottom w:w="70" w:type="dxa"/>
              <w:right w:w="80" w:type="dxa"/>
            </w:tcMar>
            <w:vAlign w:val="center"/>
          </w:tcPr>
          <w:p w14:paraId="1D0A0F79" w14:textId="77777777" w:rsidR="001D65CC" w:rsidRPr="00BD77DB" w:rsidRDefault="003722FC">
            <w:pPr>
              <w:rPr>
                <w:bCs/>
              </w:rPr>
            </w:pPr>
            <w:r w:rsidRPr="00BD77DB">
              <w:rPr>
                <w:bCs/>
                <w:color w:val="1F1F1F"/>
                <w:sz w:val="16"/>
              </w:rPr>
              <w:t>Non-destructive testing and quality assurance</w:t>
            </w:r>
          </w:p>
        </w:tc>
        <w:tc>
          <w:tcPr>
            <w:tcW w:w="594" w:type="pct"/>
            <w:shd w:val="clear" w:color="auto" w:fill="F4F8FB"/>
            <w:tcMar>
              <w:top w:w="70" w:type="dxa"/>
              <w:left w:w="80" w:type="dxa"/>
              <w:bottom w:w="70" w:type="dxa"/>
              <w:right w:w="80" w:type="dxa"/>
            </w:tcMar>
            <w:vAlign w:val="center"/>
          </w:tcPr>
          <w:p w14:paraId="26004AD5"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744397DB" w14:textId="77777777" w:rsidR="001D65CC" w:rsidRPr="00BD77DB" w:rsidRDefault="001D65CC">
            <w:pPr>
              <w:rPr>
                <w:bCs/>
              </w:rPr>
            </w:pPr>
          </w:p>
        </w:tc>
      </w:tr>
      <w:tr w:rsidR="001D65CC" w:rsidRPr="00BD77DB" w14:paraId="1843A03C" w14:textId="77777777" w:rsidTr="00EF73BA">
        <w:trPr>
          <w:jc w:val="center"/>
        </w:trPr>
        <w:tc>
          <w:tcPr>
            <w:tcW w:w="2028" w:type="pct"/>
            <w:shd w:val="clear" w:color="auto" w:fill="D9EAF7"/>
            <w:tcMar>
              <w:top w:w="70" w:type="dxa"/>
              <w:left w:w="80" w:type="dxa"/>
              <w:bottom w:w="70" w:type="dxa"/>
              <w:right w:w="80" w:type="dxa"/>
            </w:tcMar>
            <w:vAlign w:val="center"/>
          </w:tcPr>
          <w:p w14:paraId="1DCC6455" w14:textId="77777777" w:rsidR="001D65CC" w:rsidRPr="00BD77DB" w:rsidRDefault="003722FC">
            <w:pPr>
              <w:rPr>
                <w:bCs/>
              </w:rPr>
            </w:pPr>
            <w:r w:rsidRPr="00BD77DB">
              <w:rPr>
                <w:bCs/>
                <w:color w:val="1F1F1F"/>
                <w:sz w:val="16"/>
              </w:rPr>
              <w:t>Prototype development and pilot production</w:t>
            </w:r>
          </w:p>
        </w:tc>
        <w:tc>
          <w:tcPr>
            <w:tcW w:w="594" w:type="pct"/>
            <w:shd w:val="clear" w:color="auto" w:fill="F4F8FB"/>
            <w:tcMar>
              <w:top w:w="70" w:type="dxa"/>
              <w:left w:w="80" w:type="dxa"/>
              <w:bottom w:w="70" w:type="dxa"/>
              <w:right w:w="80" w:type="dxa"/>
            </w:tcMar>
            <w:vAlign w:val="center"/>
          </w:tcPr>
          <w:p w14:paraId="4531E5FF"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26514EAA" w14:textId="77777777" w:rsidR="001D65CC" w:rsidRPr="00BD77DB" w:rsidRDefault="001D65CC">
            <w:pPr>
              <w:rPr>
                <w:bCs/>
              </w:rPr>
            </w:pPr>
          </w:p>
        </w:tc>
      </w:tr>
      <w:tr w:rsidR="001D65CC" w:rsidRPr="00BD77DB" w14:paraId="43E52A7C" w14:textId="77777777" w:rsidTr="00EF73BA">
        <w:trPr>
          <w:jc w:val="center"/>
        </w:trPr>
        <w:tc>
          <w:tcPr>
            <w:tcW w:w="2028" w:type="pct"/>
            <w:shd w:val="clear" w:color="auto" w:fill="D9EAF7"/>
            <w:tcMar>
              <w:top w:w="70" w:type="dxa"/>
              <w:left w:w="80" w:type="dxa"/>
              <w:bottom w:w="70" w:type="dxa"/>
              <w:right w:w="80" w:type="dxa"/>
            </w:tcMar>
            <w:vAlign w:val="center"/>
          </w:tcPr>
          <w:p w14:paraId="7566D46B" w14:textId="77777777" w:rsidR="001D65CC" w:rsidRPr="00BD77DB" w:rsidRDefault="003722FC">
            <w:pPr>
              <w:rPr>
                <w:bCs/>
              </w:rPr>
            </w:pPr>
            <w:r w:rsidRPr="00BD77DB">
              <w:rPr>
                <w:bCs/>
                <w:color w:val="1F1F1F"/>
                <w:sz w:val="16"/>
              </w:rPr>
              <w:t>Industrialisation and scale-up</w:t>
            </w:r>
          </w:p>
        </w:tc>
        <w:tc>
          <w:tcPr>
            <w:tcW w:w="594" w:type="pct"/>
            <w:shd w:val="clear" w:color="auto" w:fill="F4F8FB"/>
            <w:tcMar>
              <w:top w:w="70" w:type="dxa"/>
              <w:left w:w="80" w:type="dxa"/>
              <w:bottom w:w="70" w:type="dxa"/>
              <w:right w:w="80" w:type="dxa"/>
            </w:tcMar>
            <w:vAlign w:val="center"/>
          </w:tcPr>
          <w:p w14:paraId="04EFF6AC"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04D6EA3F" w14:textId="77777777" w:rsidR="001D65CC" w:rsidRPr="00BD77DB" w:rsidRDefault="001D65CC">
            <w:pPr>
              <w:rPr>
                <w:bCs/>
              </w:rPr>
            </w:pPr>
          </w:p>
        </w:tc>
      </w:tr>
      <w:tr w:rsidR="001D65CC" w:rsidRPr="00BD77DB" w14:paraId="5F8650FE" w14:textId="77777777" w:rsidTr="00EF73BA">
        <w:trPr>
          <w:jc w:val="center"/>
        </w:trPr>
        <w:tc>
          <w:tcPr>
            <w:tcW w:w="2028" w:type="pct"/>
            <w:shd w:val="clear" w:color="auto" w:fill="D9EAF7"/>
            <w:tcMar>
              <w:top w:w="70" w:type="dxa"/>
              <w:left w:w="80" w:type="dxa"/>
              <w:bottom w:w="70" w:type="dxa"/>
              <w:right w:w="80" w:type="dxa"/>
            </w:tcMar>
            <w:vAlign w:val="center"/>
          </w:tcPr>
          <w:p w14:paraId="499BA858" w14:textId="77777777" w:rsidR="001D65CC" w:rsidRPr="00BD77DB" w:rsidRDefault="003722FC">
            <w:pPr>
              <w:rPr>
                <w:bCs/>
              </w:rPr>
            </w:pPr>
            <w:r w:rsidRPr="00BD77DB">
              <w:rPr>
                <w:bCs/>
                <w:color w:val="1F1F1F"/>
                <w:sz w:val="16"/>
              </w:rPr>
              <w:t>Supply chain integration and localisation support</w:t>
            </w:r>
          </w:p>
        </w:tc>
        <w:tc>
          <w:tcPr>
            <w:tcW w:w="594" w:type="pct"/>
            <w:shd w:val="clear" w:color="auto" w:fill="F4F8FB"/>
            <w:tcMar>
              <w:top w:w="70" w:type="dxa"/>
              <w:left w:w="80" w:type="dxa"/>
              <w:bottom w:w="70" w:type="dxa"/>
              <w:right w:w="80" w:type="dxa"/>
            </w:tcMar>
            <w:vAlign w:val="center"/>
          </w:tcPr>
          <w:p w14:paraId="739614E1" w14:textId="77777777" w:rsidR="001D65CC" w:rsidRPr="00BD77DB" w:rsidRDefault="001D65CC">
            <w:pPr>
              <w:jc w:val="center"/>
              <w:rPr>
                <w:bCs/>
              </w:rPr>
            </w:pPr>
          </w:p>
        </w:tc>
        <w:tc>
          <w:tcPr>
            <w:tcW w:w="2378" w:type="pct"/>
            <w:shd w:val="clear" w:color="auto" w:fill="F4F8FB"/>
            <w:tcMar>
              <w:top w:w="70" w:type="dxa"/>
              <w:left w:w="80" w:type="dxa"/>
              <w:bottom w:w="70" w:type="dxa"/>
              <w:right w:w="80" w:type="dxa"/>
            </w:tcMar>
            <w:vAlign w:val="center"/>
          </w:tcPr>
          <w:p w14:paraId="5FABDE91" w14:textId="77777777" w:rsidR="001D65CC" w:rsidRPr="00BD77DB" w:rsidRDefault="001D65CC">
            <w:pPr>
              <w:rPr>
                <w:bCs/>
              </w:rPr>
            </w:pPr>
          </w:p>
        </w:tc>
      </w:tr>
    </w:tbl>
    <w:p w14:paraId="1F683A95" w14:textId="449C1270" w:rsidR="003D40C9" w:rsidRDefault="003D40C9" w:rsidP="003D40C9">
      <w:pPr>
        <w:pStyle w:val="Heading2"/>
      </w:pPr>
      <w:r>
        <w:t>Product Portfolio Summary</w:t>
      </w:r>
    </w:p>
    <w:p w14:paraId="7C9C2358" w14:textId="77777777" w:rsidR="003D40C9" w:rsidRDefault="003D40C9" w:rsidP="003D40C9">
      <w:pPr>
        <w:keepNext/>
        <w:spacing w:after="100"/>
      </w:pPr>
      <w:r>
        <w:t>Provide a consolidated overview of the organisation's current products and components. Use verifiable counts where possible. Where a figure is estimated, state the basis of the estimate in the notes/evidence column.</w:t>
      </w:r>
    </w:p>
    <w:tbl>
      <w:tblPr>
        <w:tblStyle w:val="TableGrid"/>
        <w:tblW w:w="5000" w:type="pct"/>
        <w:jc w:val="center"/>
        <w:tblLook w:val="04A0" w:firstRow="1" w:lastRow="0" w:firstColumn="1" w:lastColumn="0" w:noHBand="0" w:noVBand="1"/>
      </w:tblPr>
      <w:tblGrid>
        <w:gridCol w:w="4955"/>
        <w:gridCol w:w="3695"/>
        <w:gridCol w:w="2596"/>
      </w:tblGrid>
      <w:tr w:rsidR="003D40C9" w14:paraId="0CB2DC5D" w14:textId="77777777" w:rsidTr="003D40C9">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0D04D02C" w14:textId="77777777" w:rsidR="003D40C9" w:rsidRDefault="003D40C9">
            <w:r>
              <w:rPr>
                <w:sz w:val="17"/>
              </w:rPr>
              <w:t>PRODUCT INFORMATION: This section is intended to support consistent comparison of applicants by product breadth, market application, industrial sectors served, production maturity and localisation potential. Where customer or OEM names are commercially confidential, identify the customer type/sector and state “Confidential – evidence available on request”.</w:t>
            </w:r>
          </w:p>
        </w:tc>
      </w:tr>
      <w:tr w:rsidR="003D40C9" w14:paraId="7DF00C75" w14:textId="77777777" w:rsidTr="003D40C9">
        <w:trPr>
          <w:cantSplit/>
          <w:tblHeader/>
          <w:jc w:val="center"/>
        </w:trPr>
        <w:tc>
          <w:tcPr>
            <w:tcW w:w="2203"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44BC8DFD" w14:textId="77777777" w:rsidR="003D40C9" w:rsidRDefault="003D40C9">
            <w:pPr>
              <w:jc w:val="center"/>
            </w:pPr>
            <w:r>
              <w:rPr>
                <w:b/>
                <w:color w:val="FFFFFF"/>
                <w:sz w:val="16"/>
              </w:rPr>
              <w:t>Portfolio metric</w:t>
            </w:r>
          </w:p>
        </w:tc>
        <w:tc>
          <w:tcPr>
            <w:tcW w:w="1643"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109FF137" w14:textId="77777777" w:rsidR="003D40C9" w:rsidRDefault="003D40C9">
            <w:pPr>
              <w:jc w:val="center"/>
            </w:pPr>
            <w:r>
              <w:rPr>
                <w:b/>
                <w:color w:val="FFFFFF"/>
                <w:sz w:val="16"/>
              </w:rPr>
              <w:t>Respondent information</w:t>
            </w:r>
          </w:p>
        </w:tc>
        <w:tc>
          <w:tcPr>
            <w:tcW w:w="1154"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62F57756" w14:textId="77777777" w:rsidR="003D40C9" w:rsidRDefault="003D40C9">
            <w:pPr>
              <w:jc w:val="center"/>
            </w:pPr>
            <w:r>
              <w:rPr>
                <w:b/>
                <w:color w:val="FFFFFF"/>
                <w:sz w:val="16"/>
              </w:rPr>
              <w:t>Notes / evidence reference</w:t>
            </w:r>
          </w:p>
        </w:tc>
      </w:tr>
      <w:tr w:rsidR="003D40C9" w14:paraId="6AA2D2DC"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D1AEC1F" w14:textId="77777777" w:rsidR="003D40C9" w:rsidRDefault="003D40C9">
            <w:r>
              <w:rPr>
                <w:sz w:val="16"/>
              </w:rPr>
              <w:t>Total number of products/components currently manufactured, supplied or developed</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CE158C7" w14:textId="0341A70A"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C1772FB" w14:textId="6DE4F2C0" w:rsidR="003D40C9" w:rsidRDefault="003D40C9"/>
        </w:tc>
      </w:tr>
      <w:tr w:rsidR="003D40C9" w14:paraId="06D86DDC"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03802D4C" w14:textId="77777777" w:rsidR="003D40C9" w:rsidRDefault="003D40C9">
            <w:r>
              <w:rPr>
                <w:sz w:val="16"/>
              </w:rPr>
              <w:t>Number of distinct product families/types</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7567B3F" w14:textId="2B9F9E78"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BC31A64" w14:textId="08B1E4B5" w:rsidR="003D40C9" w:rsidRDefault="003D40C9"/>
        </w:tc>
      </w:tr>
      <w:tr w:rsidR="003D40C9" w14:paraId="6B7051D0"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7FB4A65" w14:textId="77777777" w:rsidR="003D40C9" w:rsidRDefault="003D40C9">
            <w:r>
              <w:rPr>
                <w:sz w:val="16"/>
              </w:rPr>
              <w:t>Number of cast products/components</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E61C462" w14:textId="7DEE204F"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7B7A636" w14:textId="258F1A3B" w:rsidR="003D40C9" w:rsidRDefault="003D40C9"/>
        </w:tc>
      </w:tr>
      <w:tr w:rsidR="003D40C9" w14:paraId="67D4B783"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EFF7D7E" w14:textId="77777777" w:rsidR="003D40C9" w:rsidRDefault="003D40C9">
            <w:r>
              <w:rPr>
                <w:sz w:val="16"/>
              </w:rPr>
              <w:t>Number of products designed/developed internally</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A7E1806" w14:textId="31359644"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26C8270" w14:textId="335A7B36" w:rsidR="003D40C9" w:rsidRDefault="003D40C9"/>
        </w:tc>
      </w:tr>
      <w:tr w:rsidR="003D40C9" w14:paraId="3BD711A1"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690F89A" w14:textId="77777777" w:rsidR="003D40C9" w:rsidRDefault="003D40C9">
            <w:r>
              <w:rPr>
                <w:sz w:val="16"/>
              </w:rPr>
              <w:t>Number of products in commercial production</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29E07E1" w14:textId="7B48A89B"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3A13E12" w14:textId="6FD28BC3" w:rsidR="003D40C9" w:rsidRDefault="003D40C9"/>
        </w:tc>
      </w:tr>
      <w:tr w:rsidR="003D40C9" w14:paraId="55A6ED33"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4CC2634" w14:textId="77777777" w:rsidR="003D40C9" w:rsidRDefault="003D40C9">
            <w:r>
              <w:rPr>
                <w:sz w:val="16"/>
              </w:rPr>
              <w:t>Number of products at prototype or pilot stage</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6E27520" w14:textId="1C5BD6FB"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8B43D78" w14:textId="2D792A63" w:rsidR="003D40C9" w:rsidRDefault="003D40C9"/>
        </w:tc>
      </w:tr>
      <w:tr w:rsidR="003D40C9" w14:paraId="36EA1152"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FE697BD" w14:textId="77777777" w:rsidR="003D40C9" w:rsidRDefault="003D40C9">
            <w:r>
              <w:rPr>
                <w:sz w:val="16"/>
              </w:rPr>
              <w:t>Number of OEMs/integrators/manufacturing customers currently supplied</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C58222C" w14:textId="33C468C2"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C23DD34" w14:textId="0A532BCF" w:rsidR="003D40C9" w:rsidRDefault="003D40C9"/>
        </w:tc>
      </w:tr>
      <w:tr w:rsidR="003D40C9" w14:paraId="03DDDE0C"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CA75353" w14:textId="77777777" w:rsidR="003D40C9" w:rsidRDefault="003D40C9">
            <w:r>
              <w:rPr>
                <w:sz w:val="16"/>
              </w:rPr>
              <w:t>Main industries/sectors served</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A347D81" w14:textId="71816BC6"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ABF9C59" w14:textId="10F3BC09" w:rsidR="003D40C9" w:rsidRDefault="003D40C9"/>
        </w:tc>
      </w:tr>
      <w:tr w:rsidR="003D40C9" w14:paraId="6D458A95"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19C326C" w14:textId="77777777" w:rsidR="003D40C9" w:rsidRDefault="003D40C9">
            <w:r>
              <w:rPr>
                <w:sz w:val="16"/>
              </w:rPr>
              <w:t>Approximate percentage of products/production supplied to South African market</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0473EB1" w14:textId="4E464E11"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83CBDAE" w14:textId="0D108837" w:rsidR="003D40C9" w:rsidRDefault="003D40C9"/>
        </w:tc>
      </w:tr>
      <w:tr w:rsidR="003D40C9" w14:paraId="4DC8BCBF"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FE2762F" w14:textId="77777777" w:rsidR="003D40C9" w:rsidRDefault="003D40C9">
            <w:r>
              <w:rPr>
                <w:sz w:val="16"/>
              </w:rPr>
              <w:t>Approximate percentage exported</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DDCACE2" w14:textId="48984B5B"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5E142B4" w14:textId="7A2DC2D4" w:rsidR="003D40C9" w:rsidRDefault="003D40C9"/>
        </w:tc>
      </w:tr>
      <w:tr w:rsidR="003D40C9" w14:paraId="067D83B1"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8FDBE8F" w14:textId="77777777" w:rsidR="003D40C9" w:rsidRDefault="003D40C9">
            <w:r>
              <w:rPr>
                <w:sz w:val="16"/>
              </w:rPr>
              <w:t>Approximate total annual production volume or units supplied</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9843F41" w14:textId="47646A00"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17B6925" w14:textId="158FC425" w:rsidR="003D40C9" w:rsidRDefault="003D40C9"/>
        </w:tc>
      </w:tr>
      <w:tr w:rsidR="003D40C9" w14:paraId="552B2302" w14:textId="77777777" w:rsidTr="006B79AD">
        <w:trPr>
          <w:cantSplit/>
          <w:jc w:val="center"/>
        </w:trPr>
        <w:tc>
          <w:tcPr>
            <w:tcW w:w="220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831C936" w14:textId="77777777" w:rsidR="003D40C9" w:rsidRDefault="003D40C9">
            <w:r>
              <w:rPr>
                <w:sz w:val="16"/>
              </w:rPr>
              <w:t>Main material families and manufacturing/casting processes represented in the portfolio</w:t>
            </w:r>
          </w:p>
        </w:tc>
        <w:tc>
          <w:tcPr>
            <w:tcW w:w="164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900E107" w14:textId="1E240D66"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1C59D2A" w14:textId="7243626E" w:rsidR="003D40C9" w:rsidRDefault="003D40C9"/>
        </w:tc>
      </w:tr>
    </w:tbl>
    <w:p w14:paraId="72EAD9E4" w14:textId="7A6AEA73" w:rsidR="003D40C9" w:rsidRDefault="003D40C9" w:rsidP="003D40C9">
      <w:pPr>
        <w:pStyle w:val="Heading2"/>
        <w:rPr>
          <w:lang w:val="en-US"/>
        </w:rPr>
      </w:pPr>
      <w:r>
        <w:t>Product Register</w:t>
      </w:r>
    </w:p>
    <w:p w14:paraId="36B5FBAF" w14:textId="77777777" w:rsidR="003D40C9" w:rsidRDefault="003D40C9" w:rsidP="003D40C9">
      <w:pPr>
        <w:keepNext/>
        <w:spacing w:after="100"/>
      </w:pPr>
      <w:r>
        <w:t>List the organisation's principal products/components. Add rows where necessary. Use a unique Product Ref. (for example PR-01, PR-02) and use that reference throughout the application, including Sections 2.5, 5.5 and 6.2.</w:t>
      </w:r>
    </w:p>
    <w:tbl>
      <w:tblPr>
        <w:tblStyle w:val="TableGrid"/>
        <w:tblW w:w="5000" w:type="pct"/>
        <w:jc w:val="center"/>
        <w:tblLook w:val="04A0" w:firstRow="1" w:lastRow="0" w:firstColumn="1" w:lastColumn="0" w:noHBand="0" w:noVBand="1"/>
      </w:tblPr>
      <w:tblGrid>
        <w:gridCol w:w="816"/>
        <w:gridCol w:w="2328"/>
        <w:gridCol w:w="1464"/>
        <w:gridCol w:w="2249"/>
        <w:gridCol w:w="1386"/>
        <w:gridCol w:w="1604"/>
        <w:gridCol w:w="1399"/>
      </w:tblGrid>
      <w:tr w:rsidR="003D40C9" w14:paraId="2753261B" w14:textId="77777777" w:rsidTr="003D40C9">
        <w:trPr>
          <w:cantSplit/>
          <w:tblHeader/>
          <w:jc w:val="center"/>
        </w:trPr>
        <w:tc>
          <w:tcPr>
            <w:tcW w:w="363"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7E854C27" w14:textId="77777777" w:rsidR="003D40C9" w:rsidRDefault="003D40C9">
            <w:pPr>
              <w:jc w:val="center"/>
            </w:pPr>
            <w:r>
              <w:rPr>
                <w:b/>
                <w:color w:val="FFFFFF"/>
                <w:sz w:val="15"/>
              </w:rPr>
              <w:t>Product Ref.</w:t>
            </w:r>
          </w:p>
        </w:tc>
        <w:tc>
          <w:tcPr>
            <w:tcW w:w="1035"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5AC75D5E" w14:textId="77777777" w:rsidR="003D40C9" w:rsidRDefault="003D40C9">
            <w:pPr>
              <w:jc w:val="center"/>
            </w:pPr>
            <w:r>
              <w:rPr>
                <w:b/>
                <w:color w:val="FFFFFF"/>
                <w:sz w:val="15"/>
              </w:rPr>
              <w:t>Product / component / part no.</w:t>
            </w:r>
          </w:p>
        </w:tc>
        <w:tc>
          <w:tcPr>
            <w:tcW w:w="651"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2D55B9E3" w14:textId="77777777" w:rsidR="003D40C9" w:rsidRDefault="003D40C9">
            <w:pPr>
              <w:jc w:val="center"/>
            </w:pPr>
            <w:r>
              <w:rPr>
                <w:b/>
                <w:color w:val="FFFFFF"/>
                <w:sz w:val="15"/>
              </w:rPr>
              <w:t>Product type / family</w:t>
            </w:r>
          </w:p>
        </w:tc>
        <w:tc>
          <w:tcPr>
            <w:tcW w:w="1000"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4CC91208" w14:textId="77777777" w:rsidR="003D40C9" w:rsidRDefault="003D40C9">
            <w:pPr>
              <w:jc w:val="center"/>
            </w:pPr>
            <w:r>
              <w:rPr>
                <w:b/>
                <w:color w:val="FFFFFF"/>
                <w:sz w:val="15"/>
              </w:rPr>
              <w:t>Application / function</w:t>
            </w:r>
          </w:p>
        </w:tc>
        <w:tc>
          <w:tcPr>
            <w:tcW w:w="616"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58C58B35" w14:textId="77777777" w:rsidR="003D40C9" w:rsidRDefault="003D40C9">
            <w:pPr>
              <w:jc w:val="center"/>
            </w:pPr>
            <w:r>
              <w:rPr>
                <w:b/>
                <w:color w:val="FFFFFF"/>
                <w:sz w:val="15"/>
              </w:rPr>
              <w:t>Industry / sector</w:t>
            </w:r>
          </w:p>
        </w:tc>
        <w:tc>
          <w:tcPr>
            <w:tcW w:w="713"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2D7A42FA" w14:textId="77777777" w:rsidR="003D40C9" w:rsidRDefault="003D40C9">
            <w:pPr>
              <w:jc w:val="center"/>
            </w:pPr>
            <w:r>
              <w:rPr>
                <w:b/>
                <w:color w:val="FFFFFF"/>
                <w:sz w:val="15"/>
              </w:rPr>
              <w:t>Customer / OEM / market</w:t>
            </w:r>
          </w:p>
        </w:tc>
        <w:tc>
          <w:tcPr>
            <w:tcW w:w="622"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466838AD" w14:textId="77777777" w:rsidR="003D40C9" w:rsidRDefault="003D40C9">
            <w:pPr>
              <w:jc w:val="center"/>
            </w:pPr>
            <w:r>
              <w:rPr>
                <w:b/>
                <w:color w:val="FFFFFF"/>
                <w:sz w:val="15"/>
              </w:rPr>
              <w:t>Production status</w:t>
            </w:r>
          </w:p>
        </w:tc>
      </w:tr>
      <w:tr w:rsidR="003D40C9" w14:paraId="32526F19"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3BE9AACF"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E4A883E"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C59591C"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ABC75EA"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B047DAE"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65656B9"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949E13B" w14:textId="77777777" w:rsidR="003D40C9" w:rsidRDefault="003D40C9"/>
        </w:tc>
      </w:tr>
      <w:tr w:rsidR="003D40C9" w14:paraId="7D410E4C"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1F7CE3AE"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5375CA3"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7E98534"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4A7C0E8"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2A053C8"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BBAEEC7"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D67414C" w14:textId="77777777" w:rsidR="003D40C9" w:rsidRDefault="003D40C9"/>
        </w:tc>
      </w:tr>
      <w:tr w:rsidR="003D40C9" w14:paraId="6C61C7EC"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43CE6608"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02D1473"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C766DEC"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663D106"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E56A84C"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D8352A3"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20607AF" w14:textId="77777777" w:rsidR="003D40C9" w:rsidRDefault="003D40C9"/>
        </w:tc>
      </w:tr>
      <w:tr w:rsidR="003D40C9" w14:paraId="2586D112"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7E3F929B"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7E83779"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2A4FDD7"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EAAF5A0"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F9DD0C5"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45EE0A6"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6DCF3EE" w14:textId="77777777" w:rsidR="003D40C9" w:rsidRDefault="003D40C9"/>
        </w:tc>
      </w:tr>
      <w:tr w:rsidR="003D40C9" w14:paraId="180FB649"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400F70B0"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B62DEEA"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B0E7BB8"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5AD0AF9"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A8AD717"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B6A3EA8"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5F2A0CE" w14:textId="77777777" w:rsidR="003D40C9" w:rsidRDefault="003D40C9"/>
        </w:tc>
      </w:tr>
      <w:tr w:rsidR="003D40C9" w14:paraId="0768FC07"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2DD0D1E2"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F1089E4"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886D1E8"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72FA891"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A62A31C"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5183A3F"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D7F4AE5" w14:textId="77777777" w:rsidR="003D40C9" w:rsidRDefault="003D40C9"/>
        </w:tc>
      </w:tr>
      <w:tr w:rsidR="003D40C9" w14:paraId="0DC95C3E"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61993AEF"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E76CAF9"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E559EBB"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5B73177"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FF191A7"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16D6B0A"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DB04164" w14:textId="77777777" w:rsidR="003D40C9" w:rsidRDefault="003D40C9"/>
        </w:tc>
      </w:tr>
      <w:tr w:rsidR="003D40C9" w14:paraId="2F8A2432"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00E471DF"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6F12617"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C4F3564"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5C03E5C"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B24FACE"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4B69132"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AECF545" w14:textId="77777777" w:rsidR="003D40C9" w:rsidRDefault="003D40C9"/>
        </w:tc>
      </w:tr>
      <w:tr w:rsidR="003D40C9" w14:paraId="75556211"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619B5A9E"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FF0520A"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1882006"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E417094"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F88B4E8"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A910BA2"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97840A8" w14:textId="77777777" w:rsidR="003D40C9" w:rsidRDefault="003D40C9"/>
        </w:tc>
      </w:tr>
      <w:tr w:rsidR="003D40C9" w14:paraId="57CE176F" w14:textId="77777777" w:rsidTr="003D40C9">
        <w:trPr>
          <w:cantSplit/>
          <w:jc w:val="center"/>
        </w:trPr>
        <w:tc>
          <w:tcPr>
            <w:tcW w:w="36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67A01BBC" w14:textId="77777777" w:rsidR="003D40C9" w:rsidRDefault="003D40C9"/>
        </w:tc>
        <w:tc>
          <w:tcPr>
            <w:tcW w:w="103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454FB5A" w14:textId="77777777" w:rsidR="003D40C9" w:rsidRDefault="003D40C9"/>
        </w:tc>
        <w:tc>
          <w:tcPr>
            <w:tcW w:w="65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B3B6F6E" w14:textId="77777777" w:rsidR="003D40C9" w:rsidRDefault="003D40C9"/>
        </w:tc>
        <w:tc>
          <w:tcPr>
            <w:tcW w:w="10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22EB098"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43984B3" w14:textId="77777777" w:rsidR="003D40C9" w:rsidRDefault="003D40C9"/>
        </w:tc>
        <w:tc>
          <w:tcPr>
            <w:tcW w:w="71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DA47375" w14:textId="77777777" w:rsidR="003D40C9" w:rsidRDefault="003D40C9"/>
        </w:tc>
        <w:tc>
          <w:tcPr>
            <w:tcW w:w="622"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8EE44B2" w14:textId="77777777" w:rsidR="003D40C9" w:rsidRDefault="003D40C9"/>
        </w:tc>
      </w:tr>
    </w:tbl>
    <w:p w14:paraId="1865F510" w14:textId="77777777" w:rsidR="003D40C9" w:rsidRDefault="003D40C9" w:rsidP="003D40C9">
      <w:pPr>
        <w:keepNext/>
        <w:spacing w:after="100"/>
        <w:rPr>
          <w:lang w:val="en-US"/>
        </w:rPr>
      </w:pPr>
      <w:r>
        <w:t>For each Product Ref. above, provide the associated manufacturing and supply information below. If the organisation has a large portfolio, respondents may attach a full product catalogue and use this table for representative or strategically important products.</w:t>
      </w:r>
    </w:p>
    <w:tbl>
      <w:tblPr>
        <w:tblStyle w:val="TableGrid"/>
        <w:tblW w:w="5000" w:type="pct"/>
        <w:jc w:val="center"/>
        <w:tblLook w:val="04A0" w:firstRow="1" w:lastRow="0" w:firstColumn="1" w:lastColumn="0" w:noHBand="0" w:noVBand="1"/>
      </w:tblPr>
      <w:tblGrid>
        <w:gridCol w:w="911"/>
        <w:gridCol w:w="1730"/>
        <w:gridCol w:w="2548"/>
        <w:gridCol w:w="1574"/>
        <w:gridCol w:w="1289"/>
        <w:gridCol w:w="1386"/>
        <w:gridCol w:w="1808"/>
      </w:tblGrid>
      <w:tr w:rsidR="003D40C9" w14:paraId="1006AF2D" w14:textId="77777777" w:rsidTr="003D40C9">
        <w:trPr>
          <w:cantSplit/>
          <w:tblHeader/>
          <w:jc w:val="center"/>
        </w:trPr>
        <w:tc>
          <w:tcPr>
            <w:tcW w:w="405"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1A772455" w14:textId="77777777" w:rsidR="003D40C9" w:rsidRDefault="003D40C9">
            <w:pPr>
              <w:jc w:val="center"/>
            </w:pPr>
            <w:r>
              <w:rPr>
                <w:b/>
                <w:color w:val="FFFFFF"/>
                <w:sz w:val="15"/>
              </w:rPr>
              <w:t>Product Ref.</w:t>
            </w:r>
          </w:p>
        </w:tc>
        <w:tc>
          <w:tcPr>
            <w:tcW w:w="769"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67B98939" w14:textId="77777777" w:rsidR="003D40C9" w:rsidRDefault="003D40C9">
            <w:pPr>
              <w:jc w:val="center"/>
            </w:pPr>
            <w:r>
              <w:rPr>
                <w:b/>
                <w:color w:val="FFFFFF"/>
                <w:sz w:val="15"/>
              </w:rPr>
              <w:t>Material / grade</w:t>
            </w:r>
          </w:p>
        </w:tc>
        <w:tc>
          <w:tcPr>
            <w:tcW w:w="1133"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53D24053" w14:textId="77777777" w:rsidR="003D40C9" w:rsidRDefault="003D40C9">
            <w:pPr>
              <w:jc w:val="center"/>
            </w:pPr>
            <w:r>
              <w:rPr>
                <w:b/>
                <w:color w:val="FFFFFF"/>
                <w:sz w:val="15"/>
              </w:rPr>
              <w:t>Casting / manufacturing process</w:t>
            </w:r>
          </w:p>
        </w:tc>
        <w:tc>
          <w:tcPr>
            <w:tcW w:w="700"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43FA8A37" w14:textId="77777777" w:rsidR="003D40C9" w:rsidRDefault="003D40C9">
            <w:pPr>
              <w:jc w:val="center"/>
            </w:pPr>
            <w:r>
              <w:rPr>
                <w:b/>
                <w:color w:val="FFFFFF"/>
                <w:sz w:val="15"/>
              </w:rPr>
              <w:t>Approx. annual quantity</w:t>
            </w:r>
          </w:p>
        </w:tc>
        <w:tc>
          <w:tcPr>
            <w:tcW w:w="573"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7D95468E" w14:textId="77777777" w:rsidR="003D40C9" w:rsidRDefault="003D40C9">
            <w:pPr>
              <w:jc w:val="center"/>
            </w:pPr>
            <w:r>
              <w:rPr>
                <w:b/>
                <w:color w:val="FFFFFF"/>
                <w:sz w:val="15"/>
              </w:rPr>
              <w:t>Years supplied / developed</w:t>
            </w:r>
          </w:p>
        </w:tc>
        <w:tc>
          <w:tcPr>
            <w:tcW w:w="616"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62C0A8F9" w14:textId="77777777" w:rsidR="003D40C9" w:rsidRDefault="003D40C9">
            <w:pPr>
              <w:jc w:val="center"/>
            </w:pPr>
            <w:r>
              <w:rPr>
                <w:b/>
                <w:color w:val="FFFFFF"/>
                <w:sz w:val="15"/>
              </w:rPr>
              <w:t>Local / export</w:t>
            </w:r>
          </w:p>
        </w:tc>
        <w:tc>
          <w:tcPr>
            <w:tcW w:w="804"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141F4E2C" w14:textId="77777777" w:rsidR="003D40C9" w:rsidRDefault="003D40C9">
            <w:pPr>
              <w:jc w:val="center"/>
            </w:pPr>
            <w:r>
              <w:rPr>
                <w:b/>
                <w:color w:val="FFFFFF"/>
                <w:sz w:val="15"/>
              </w:rPr>
              <w:t>Evidence ref.</w:t>
            </w:r>
          </w:p>
        </w:tc>
      </w:tr>
      <w:tr w:rsidR="003D40C9" w14:paraId="70E024A3"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6B7B05DF"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99D2283"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C41E803"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76E8E90"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75FEB21"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5CC090A"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F837303" w14:textId="77777777" w:rsidR="003D40C9" w:rsidRDefault="003D40C9"/>
        </w:tc>
      </w:tr>
      <w:tr w:rsidR="003D40C9" w14:paraId="047ACD01"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61EA6671"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868E62C"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B53201D"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F03FBBB"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6DD373D"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F9CCDD7"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D919129" w14:textId="77777777" w:rsidR="003D40C9" w:rsidRDefault="003D40C9"/>
        </w:tc>
      </w:tr>
      <w:tr w:rsidR="003D40C9" w14:paraId="5C0EFE00"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7617639F"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A55B6CE"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552FA57"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B5ABF0A"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35F9789"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5451F64"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7D1F0C8" w14:textId="77777777" w:rsidR="003D40C9" w:rsidRDefault="003D40C9"/>
        </w:tc>
      </w:tr>
      <w:tr w:rsidR="003D40C9" w14:paraId="06F7A26F"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46331B91"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1B57426"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935B3EB"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C43F73E"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670DA32"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26F6D62"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7C40B71" w14:textId="77777777" w:rsidR="003D40C9" w:rsidRDefault="003D40C9"/>
        </w:tc>
      </w:tr>
      <w:tr w:rsidR="003D40C9" w14:paraId="29866114"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651F1F28"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5FB1DDE"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DB5CCE1"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28197B4"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0A57E33"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7E75202"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041DB49" w14:textId="77777777" w:rsidR="003D40C9" w:rsidRDefault="003D40C9"/>
        </w:tc>
      </w:tr>
      <w:tr w:rsidR="003D40C9" w14:paraId="060B3DAE"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234702ED"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647FC96"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2B1F310"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FC68E4B"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F4DB926"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3C4C1D8"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E4D498B" w14:textId="77777777" w:rsidR="003D40C9" w:rsidRDefault="003D40C9"/>
        </w:tc>
      </w:tr>
      <w:tr w:rsidR="003D40C9" w14:paraId="5BC6C097"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7849EA10"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6A56E4F"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385A856"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997CAB3"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F481E9A"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CCAD129"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BC6FC38" w14:textId="77777777" w:rsidR="003D40C9" w:rsidRDefault="003D40C9"/>
        </w:tc>
      </w:tr>
      <w:tr w:rsidR="003D40C9" w14:paraId="64385AA8"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72D74F4C"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90A0CC5"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198CCA4"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DEF78B4"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6F69C61"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DDA3358"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6F08558" w14:textId="77777777" w:rsidR="003D40C9" w:rsidRDefault="003D40C9"/>
        </w:tc>
      </w:tr>
      <w:tr w:rsidR="003D40C9" w14:paraId="7457BD02"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60FAC921"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002D8A0"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83D193D"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AFE0BF5"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F1D84D4"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A7D9626"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EF6278A" w14:textId="77777777" w:rsidR="003D40C9" w:rsidRDefault="003D40C9"/>
        </w:tc>
      </w:tr>
      <w:tr w:rsidR="003D40C9" w14:paraId="0548E983" w14:textId="77777777" w:rsidTr="003D40C9">
        <w:trPr>
          <w:cantSplit/>
          <w:jc w:val="center"/>
        </w:trPr>
        <w:tc>
          <w:tcPr>
            <w:tcW w:w="40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tcPr>
          <w:p w14:paraId="64FAFADF" w14:textId="77777777" w:rsidR="003D40C9" w:rsidRDefault="003D40C9"/>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B7734AD" w14:textId="77777777" w:rsidR="003D40C9" w:rsidRDefault="003D40C9"/>
        </w:tc>
        <w:tc>
          <w:tcPr>
            <w:tcW w:w="113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72C8764" w14:textId="77777777" w:rsidR="003D40C9" w:rsidRDefault="003D40C9"/>
        </w:tc>
        <w:tc>
          <w:tcPr>
            <w:tcW w:w="700"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2531087" w14:textId="77777777" w:rsidR="003D40C9" w:rsidRDefault="003D40C9"/>
        </w:tc>
        <w:tc>
          <w:tcPr>
            <w:tcW w:w="573"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7ADAEA2" w14:textId="77777777" w:rsidR="003D40C9" w:rsidRDefault="003D40C9"/>
        </w:tc>
        <w:tc>
          <w:tcPr>
            <w:tcW w:w="616"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D116168" w14:textId="77777777" w:rsidR="003D40C9" w:rsidRDefault="003D40C9"/>
        </w:tc>
        <w:tc>
          <w:tcPr>
            <w:tcW w:w="80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ED2BA7B" w14:textId="77777777" w:rsidR="003D40C9" w:rsidRDefault="003D40C9"/>
        </w:tc>
      </w:tr>
    </w:tbl>
    <w:p w14:paraId="5932FE7C" w14:textId="76190247" w:rsidR="003D40C9" w:rsidRDefault="003D40C9" w:rsidP="003D40C9">
      <w:pPr>
        <w:pStyle w:val="Heading2"/>
        <w:rPr>
          <w:lang w:val="en-US"/>
        </w:rPr>
      </w:pPr>
      <w:r>
        <w:t>Proposed Products for CSIR Development</w:t>
      </w:r>
    </w:p>
    <w:p w14:paraId="1459C838" w14:textId="77777777" w:rsidR="003D40C9" w:rsidRDefault="003D40C9" w:rsidP="003D40C9">
      <w:r>
        <w:t>Identify the priority products/components for which the respondent proposes CSIR collaboration or technical support. Prioritise opportunities with a clear industrial need, development challenge, customer/market relevance, localisation benefit or industrialisation pathway.</w:t>
      </w:r>
    </w:p>
    <w:tbl>
      <w:tblPr>
        <w:tblStyle w:val="TableGrid"/>
        <w:tblW w:w="5000" w:type="pct"/>
        <w:jc w:val="center"/>
        <w:tblLook w:val="04A0" w:firstRow="1" w:lastRow="0" w:firstColumn="1" w:lastColumn="0" w:noHBand="0" w:noVBand="1"/>
      </w:tblPr>
      <w:tblGrid>
        <w:gridCol w:w="865"/>
        <w:gridCol w:w="2045"/>
        <w:gridCol w:w="2123"/>
        <w:gridCol w:w="1415"/>
        <w:gridCol w:w="2596"/>
        <w:gridCol w:w="2202"/>
      </w:tblGrid>
      <w:tr w:rsidR="003D40C9" w14:paraId="266A5731" w14:textId="77777777" w:rsidTr="003D40C9">
        <w:trPr>
          <w:cantSplit/>
          <w:tblHeader/>
          <w:jc w:val="center"/>
        </w:trPr>
        <w:tc>
          <w:tcPr>
            <w:tcW w:w="385"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5362D8C5" w14:textId="77777777" w:rsidR="003D40C9" w:rsidRDefault="003D40C9">
            <w:pPr>
              <w:jc w:val="center"/>
            </w:pPr>
            <w:r>
              <w:rPr>
                <w:b/>
                <w:color w:val="FFFFFF"/>
                <w:sz w:val="15"/>
              </w:rPr>
              <w:t>Priority</w:t>
            </w:r>
          </w:p>
        </w:tc>
        <w:tc>
          <w:tcPr>
            <w:tcW w:w="909"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1222E1E6" w14:textId="77777777" w:rsidR="003D40C9" w:rsidRDefault="003D40C9">
            <w:pPr>
              <w:jc w:val="center"/>
            </w:pPr>
            <w:r>
              <w:rPr>
                <w:b/>
                <w:color w:val="FFFFFF"/>
                <w:sz w:val="15"/>
              </w:rPr>
              <w:t>Product / Product Ref.</w:t>
            </w:r>
          </w:p>
        </w:tc>
        <w:tc>
          <w:tcPr>
            <w:tcW w:w="944"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5F40F059" w14:textId="77777777" w:rsidR="003D40C9" w:rsidRDefault="003D40C9">
            <w:pPr>
              <w:jc w:val="center"/>
            </w:pPr>
            <w:r>
              <w:rPr>
                <w:b/>
                <w:color w:val="FFFFFF"/>
                <w:sz w:val="15"/>
              </w:rPr>
              <w:t>Application / industry</w:t>
            </w:r>
          </w:p>
        </w:tc>
        <w:tc>
          <w:tcPr>
            <w:tcW w:w="629"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59515E39" w14:textId="77777777" w:rsidR="003D40C9" w:rsidRDefault="003D40C9">
            <w:pPr>
              <w:jc w:val="center"/>
            </w:pPr>
            <w:r>
              <w:rPr>
                <w:b/>
                <w:color w:val="FFFFFF"/>
                <w:sz w:val="15"/>
              </w:rPr>
              <w:t>Current stage</w:t>
            </w:r>
          </w:p>
        </w:tc>
        <w:tc>
          <w:tcPr>
            <w:tcW w:w="1154"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21988D05" w14:textId="77777777" w:rsidR="003D40C9" w:rsidRDefault="003D40C9">
            <w:pPr>
              <w:jc w:val="center"/>
            </w:pPr>
            <w:r>
              <w:rPr>
                <w:b/>
                <w:color w:val="FFFFFF"/>
                <w:sz w:val="15"/>
              </w:rPr>
              <w:t>Current problem / opportunity</w:t>
            </w:r>
          </w:p>
        </w:tc>
        <w:tc>
          <w:tcPr>
            <w:tcW w:w="979"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7466CA43" w14:textId="77777777" w:rsidR="003D40C9" w:rsidRDefault="003D40C9">
            <w:pPr>
              <w:jc w:val="center"/>
            </w:pPr>
            <w:r>
              <w:rPr>
                <w:b/>
                <w:color w:val="FFFFFF"/>
                <w:sz w:val="15"/>
              </w:rPr>
              <w:t>Expected demand / localisation potential</w:t>
            </w:r>
          </w:p>
        </w:tc>
      </w:tr>
      <w:tr w:rsidR="003D40C9" w14:paraId="49AC473C" w14:textId="77777777" w:rsidTr="003D40C9">
        <w:trPr>
          <w:cantSplit/>
          <w:jc w:val="center"/>
        </w:trPr>
        <w:tc>
          <w:tcPr>
            <w:tcW w:w="38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589FA72D" w14:textId="77777777" w:rsidR="003D40C9" w:rsidRDefault="003D40C9">
            <w:r>
              <w:rPr>
                <w:sz w:val="15"/>
              </w:rPr>
              <w:t>1</w:t>
            </w:r>
          </w:p>
        </w:tc>
        <w:tc>
          <w:tcPr>
            <w:tcW w:w="90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FDD41E9" w14:textId="77777777" w:rsidR="003D40C9" w:rsidRDefault="003D40C9"/>
        </w:tc>
        <w:tc>
          <w:tcPr>
            <w:tcW w:w="94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6367C4E" w14:textId="77777777" w:rsidR="003D40C9" w:rsidRDefault="003D40C9"/>
        </w:tc>
        <w:tc>
          <w:tcPr>
            <w:tcW w:w="62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34BB57E" w14:textId="77777777"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A7E97F7" w14:textId="77777777" w:rsidR="003D40C9" w:rsidRDefault="003D40C9"/>
        </w:tc>
        <w:tc>
          <w:tcPr>
            <w:tcW w:w="97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5989582" w14:textId="77777777" w:rsidR="003D40C9" w:rsidRDefault="003D40C9"/>
        </w:tc>
      </w:tr>
      <w:tr w:rsidR="003D40C9" w14:paraId="1DBFEEDD" w14:textId="77777777" w:rsidTr="003D40C9">
        <w:trPr>
          <w:cantSplit/>
          <w:jc w:val="center"/>
        </w:trPr>
        <w:tc>
          <w:tcPr>
            <w:tcW w:w="38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135ACAC" w14:textId="77777777" w:rsidR="003D40C9" w:rsidRDefault="003D40C9">
            <w:r>
              <w:rPr>
                <w:sz w:val="15"/>
              </w:rPr>
              <w:t>2</w:t>
            </w:r>
          </w:p>
        </w:tc>
        <w:tc>
          <w:tcPr>
            <w:tcW w:w="90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32E478F" w14:textId="77777777" w:rsidR="003D40C9" w:rsidRDefault="003D40C9"/>
        </w:tc>
        <w:tc>
          <w:tcPr>
            <w:tcW w:w="94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17C0335" w14:textId="77777777" w:rsidR="003D40C9" w:rsidRDefault="003D40C9"/>
        </w:tc>
        <w:tc>
          <w:tcPr>
            <w:tcW w:w="62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D93BBF4" w14:textId="77777777"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79E6639" w14:textId="77777777" w:rsidR="003D40C9" w:rsidRDefault="003D40C9"/>
        </w:tc>
        <w:tc>
          <w:tcPr>
            <w:tcW w:w="97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2C43F5E" w14:textId="77777777" w:rsidR="003D40C9" w:rsidRDefault="003D40C9"/>
        </w:tc>
      </w:tr>
      <w:tr w:rsidR="003D40C9" w14:paraId="130FD68F" w14:textId="77777777" w:rsidTr="003D40C9">
        <w:trPr>
          <w:cantSplit/>
          <w:jc w:val="center"/>
        </w:trPr>
        <w:tc>
          <w:tcPr>
            <w:tcW w:w="38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73B5579" w14:textId="77777777" w:rsidR="003D40C9" w:rsidRDefault="003D40C9">
            <w:r>
              <w:rPr>
                <w:sz w:val="15"/>
              </w:rPr>
              <w:t>3</w:t>
            </w:r>
          </w:p>
        </w:tc>
        <w:tc>
          <w:tcPr>
            <w:tcW w:w="90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A4ADDD8" w14:textId="77777777" w:rsidR="003D40C9" w:rsidRDefault="003D40C9"/>
        </w:tc>
        <w:tc>
          <w:tcPr>
            <w:tcW w:w="94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52D8DF8" w14:textId="77777777" w:rsidR="003D40C9" w:rsidRDefault="003D40C9"/>
        </w:tc>
        <w:tc>
          <w:tcPr>
            <w:tcW w:w="62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FAC4F84" w14:textId="77777777"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0734E6D" w14:textId="77777777" w:rsidR="003D40C9" w:rsidRDefault="003D40C9"/>
        </w:tc>
        <w:tc>
          <w:tcPr>
            <w:tcW w:w="97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2946C6A" w14:textId="77777777" w:rsidR="003D40C9" w:rsidRDefault="003D40C9"/>
        </w:tc>
      </w:tr>
      <w:tr w:rsidR="003D40C9" w14:paraId="5B679BAA" w14:textId="77777777" w:rsidTr="003D40C9">
        <w:trPr>
          <w:cantSplit/>
          <w:jc w:val="center"/>
        </w:trPr>
        <w:tc>
          <w:tcPr>
            <w:tcW w:w="38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1A6DA55" w14:textId="77777777" w:rsidR="003D40C9" w:rsidRDefault="003D40C9">
            <w:r>
              <w:rPr>
                <w:sz w:val="15"/>
              </w:rPr>
              <w:t>4</w:t>
            </w:r>
          </w:p>
        </w:tc>
        <w:tc>
          <w:tcPr>
            <w:tcW w:w="90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912CA11" w14:textId="77777777" w:rsidR="003D40C9" w:rsidRDefault="003D40C9"/>
        </w:tc>
        <w:tc>
          <w:tcPr>
            <w:tcW w:w="94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0DECA30" w14:textId="77777777" w:rsidR="003D40C9" w:rsidRDefault="003D40C9"/>
        </w:tc>
        <w:tc>
          <w:tcPr>
            <w:tcW w:w="62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DFF6F60" w14:textId="77777777"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B608AD9" w14:textId="77777777" w:rsidR="003D40C9" w:rsidRDefault="003D40C9"/>
        </w:tc>
        <w:tc>
          <w:tcPr>
            <w:tcW w:w="97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1BB5990" w14:textId="77777777" w:rsidR="003D40C9" w:rsidRDefault="003D40C9"/>
        </w:tc>
      </w:tr>
      <w:tr w:rsidR="003D40C9" w14:paraId="2BEA1E00" w14:textId="77777777" w:rsidTr="003D40C9">
        <w:trPr>
          <w:cantSplit/>
          <w:jc w:val="center"/>
        </w:trPr>
        <w:tc>
          <w:tcPr>
            <w:tcW w:w="385"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0CBA4FF" w14:textId="77777777" w:rsidR="003D40C9" w:rsidRDefault="003D40C9">
            <w:r>
              <w:rPr>
                <w:sz w:val="15"/>
              </w:rPr>
              <w:t>5</w:t>
            </w:r>
          </w:p>
        </w:tc>
        <w:tc>
          <w:tcPr>
            <w:tcW w:w="90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F85951E" w14:textId="77777777" w:rsidR="003D40C9" w:rsidRDefault="003D40C9"/>
        </w:tc>
        <w:tc>
          <w:tcPr>
            <w:tcW w:w="94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2B66882" w14:textId="77777777" w:rsidR="003D40C9" w:rsidRDefault="003D40C9"/>
        </w:tc>
        <w:tc>
          <w:tcPr>
            <w:tcW w:w="62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AD3F713" w14:textId="77777777" w:rsidR="003D40C9" w:rsidRDefault="003D40C9"/>
        </w:tc>
        <w:tc>
          <w:tcPr>
            <w:tcW w:w="1154"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0BA886B" w14:textId="77777777" w:rsidR="003D40C9" w:rsidRDefault="003D40C9"/>
        </w:tc>
        <w:tc>
          <w:tcPr>
            <w:tcW w:w="97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F1035BA" w14:textId="77777777" w:rsidR="003D40C9" w:rsidRDefault="003D40C9"/>
        </w:tc>
      </w:tr>
    </w:tbl>
    <w:p w14:paraId="4F8DC289" w14:textId="1F8DAF29" w:rsidR="003D40C9" w:rsidRDefault="003D40C9" w:rsidP="007B4E56">
      <w:pPr>
        <w:pStyle w:val="Heading3"/>
        <w:rPr>
          <w:lang w:val="en-US"/>
        </w:rPr>
      </w:pPr>
      <w:r w:rsidRPr="007B4E56">
        <w:t>Detailed</w:t>
      </w:r>
      <w:r>
        <w:t xml:space="preserve"> Product Development Proposal</w:t>
      </w:r>
    </w:p>
    <w:p w14:paraId="0C6CE820" w14:textId="77777777" w:rsidR="003D40C9" w:rsidRDefault="003D40C9" w:rsidP="007B4E56">
      <w:r>
        <w:t>Complete one detailed table for each priority product proposed above. Duplicate this table for additional products. Provide attachment references to photographs, drawings, specifications, customer requirements, market information or other evidence where available.</w:t>
      </w:r>
    </w:p>
    <w:tbl>
      <w:tblPr>
        <w:tblStyle w:val="TableGrid"/>
        <w:tblW w:w="5000" w:type="pct"/>
        <w:jc w:val="center"/>
        <w:tblLook w:val="04A0" w:firstRow="1" w:lastRow="0" w:firstColumn="1" w:lastColumn="0" w:noHBand="0" w:noVBand="1"/>
      </w:tblPr>
      <w:tblGrid>
        <w:gridCol w:w="3697"/>
        <w:gridCol w:w="5693"/>
        <w:gridCol w:w="1856"/>
      </w:tblGrid>
      <w:tr w:rsidR="003D40C9" w14:paraId="45FBDBAE" w14:textId="77777777" w:rsidTr="003D40C9">
        <w:trPr>
          <w:cantSplit/>
          <w:tblHeader/>
          <w:jc w:val="center"/>
        </w:trPr>
        <w:tc>
          <w:tcPr>
            <w:tcW w:w="1644"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4911CBBF" w14:textId="77777777" w:rsidR="003D40C9" w:rsidRDefault="003D40C9">
            <w:pPr>
              <w:jc w:val="center"/>
            </w:pPr>
            <w:r>
              <w:rPr>
                <w:b/>
                <w:color w:val="FFFFFF"/>
                <w:sz w:val="16"/>
              </w:rPr>
              <w:t>Product information required</w:t>
            </w:r>
          </w:p>
        </w:tc>
        <w:tc>
          <w:tcPr>
            <w:tcW w:w="2531"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4AC23A19" w14:textId="77777777" w:rsidR="003D40C9" w:rsidRDefault="003D40C9">
            <w:pPr>
              <w:jc w:val="center"/>
            </w:pPr>
            <w:r>
              <w:rPr>
                <w:b/>
                <w:color w:val="FFFFFF"/>
                <w:sz w:val="16"/>
              </w:rPr>
              <w:t>Respondent response</w:t>
            </w:r>
          </w:p>
        </w:tc>
        <w:tc>
          <w:tcPr>
            <w:tcW w:w="825"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183BB783" w14:textId="77777777" w:rsidR="003D40C9" w:rsidRDefault="003D40C9">
            <w:pPr>
              <w:jc w:val="center"/>
            </w:pPr>
            <w:r>
              <w:rPr>
                <w:b/>
                <w:color w:val="FFFFFF"/>
                <w:sz w:val="16"/>
              </w:rPr>
              <w:t>Evidence / attachment reference</w:t>
            </w:r>
          </w:p>
        </w:tc>
      </w:tr>
      <w:tr w:rsidR="003D40C9" w14:paraId="39A269C6" w14:textId="77777777" w:rsidTr="00AF7F30">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A2779CD" w14:textId="77777777" w:rsidR="003D40C9" w:rsidRDefault="003D40C9">
            <w:r>
              <w:rPr>
                <w:sz w:val="16"/>
              </w:rPr>
              <w:t>Product proposal reference</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7789447" w14:textId="29023BAE"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7DD235D" w14:textId="77777777" w:rsidR="003D40C9" w:rsidRDefault="003D40C9"/>
        </w:tc>
      </w:tr>
      <w:tr w:rsidR="003D40C9" w14:paraId="0E1F19C8" w14:textId="77777777" w:rsidTr="00AF7F30">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6C0933E" w14:textId="77777777" w:rsidR="003D40C9" w:rsidRDefault="003D40C9">
            <w:r>
              <w:rPr>
                <w:sz w:val="16"/>
              </w:rPr>
              <w:t>Product / component name and part number</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4DD81D9" w14:textId="55B85202"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0CB30E3" w14:textId="77777777" w:rsidR="003D40C9" w:rsidRDefault="003D40C9"/>
        </w:tc>
      </w:tr>
      <w:tr w:rsidR="003D40C9" w14:paraId="79EDEEFD" w14:textId="77777777" w:rsidTr="00AF7F30">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5A2CD2AA" w14:textId="77777777" w:rsidR="003D40C9" w:rsidRDefault="003D40C9">
            <w:r>
              <w:rPr>
                <w:sz w:val="16"/>
              </w:rPr>
              <w:t>Linked Product Register Ref. (Section 2.4)</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49AB444" w14:textId="1B2F01BA"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E025119" w14:textId="77777777" w:rsidR="003D40C9" w:rsidRDefault="003D40C9"/>
        </w:tc>
      </w:tr>
      <w:tr w:rsidR="003D40C9" w14:paraId="5747A975" w14:textId="77777777" w:rsidTr="00AF7F30">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7F667FB" w14:textId="77777777" w:rsidR="003D40C9" w:rsidRDefault="003D40C9">
            <w:r>
              <w:rPr>
                <w:sz w:val="16"/>
              </w:rPr>
              <w:t>Product description and function</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2FFDCA2" w14:textId="7561FEBB"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CBFDB2A" w14:textId="77777777" w:rsidR="003D40C9" w:rsidRDefault="003D40C9"/>
        </w:tc>
      </w:tr>
      <w:tr w:rsidR="003D40C9" w14:paraId="6A46DDB3" w14:textId="77777777" w:rsidTr="00AF7F30">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33CDE1E" w14:textId="77777777" w:rsidR="003D40C9" w:rsidRDefault="003D40C9">
            <w:r>
              <w:rPr>
                <w:sz w:val="16"/>
              </w:rPr>
              <w:t>Industry and specific application</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1222554" w14:textId="4B7634AF"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5FEC7E2" w14:textId="77777777" w:rsidR="003D40C9" w:rsidRDefault="003D40C9"/>
        </w:tc>
      </w:tr>
      <w:tr w:rsidR="003D40C9" w14:paraId="783FDA21" w14:textId="77777777" w:rsidTr="00AF7F30">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BB41500" w14:textId="77777777" w:rsidR="003D40C9" w:rsidRDefault="003D40C9">
            <w:r>
              <w:rPr>
                <w:sz w:val="16"/>
              </w:rPr>
              <w:t>Target customer / OEM / end-user</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69671A0" w14:textId="10CFF505"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491CBAF" w14:textId="77777777" w:rsidR="003D40C9" w:rsidRDefault="003D40C9"/>
        </w:tc>
      </w:tr>
      <w:tr w:rsidR="003D40C9" w14:paraId="0554CE23" w14:textId="77777777" w:rsidTr="00AF7F30">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4A010DC" w14:textId="77777777" w:rsidR="003D40C9" w:rsidRDefault="003D40C9">
            <w:r>
              <w:rPr>
                <w:sz w:val="16"/>
              </w:rPr>
              <w:t>Drawing, photograph or specification reference</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BB39EEA" w14:textId="14F77352"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4E44C6D" w14:textId="77777777" w:rsidR="003D40C9" w:rsidRDefault="003D40C9"/>
        </w:tc>
      </w:tr>
      <w:tr w:rsidR="003D40C9" w14:paraId="2D06BE6C"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174D4B5" w14:textId="77777777" w:rsidR="003D40C9" w:rsidRDefault="003D40C9">
            <w:r>
              <w:rPr>
                <w:sz w:val="16"/>
              </w:rPr>
              <w:lastRenderedPageBreak/>
              <w:t>Current material specification / grade</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A10DBE1" w14:textId="6822CA35"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3CFFC17" w14:textId="77777777" w:rsidR="003D40C9" w:rsidRDefault="003D40C9"/>
        </w:tc>
      </w:tr>
      <w:tr w:rsidR="003D40C9" w14:paraId="0B086675"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6C3F452" w14:textId="77777777" w:rsidR="003D40C9" w:rsidRDefault="003D40C9">
            <w:r>
              <w:rPr>
                <w:sz w:val="16"/>
              </w:rPr>
              <w:t>Approximate dimensions and mass</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680EBBE" w14:textId="19B45063"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AE0BEE7" w14:textId="77777777" w:rsidR="003D40C9" w:rsidRDefault="003D40C9"/>
        </w:tc>
      </w:tr>
      <w:tr w:rsidR="003D40C9" w14:paraId="48B66453"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5C4F555E" w14:textId="77777777" w:rsidR="003D40C9" w:rsidRDefault="003D40C9">
            <w:r>
              <w:rPr>
                <w:sz w:val="16"/>
              </w:rPr>
              <w:t>Current manufacturing route</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A8AE032" w14:textId="357CA67B"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CC7D154" w14:textId="77777777" w:rsidR="003D40C9" w:rsidRDefault="003D40C9"/>
        </w:tc>
      </w:tr>
      <w:tr w:rsidR="003D40C9" w14:paraId="2614604F"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83391B5" w14:textId="77777777" w:rsidR="003D40C9" w:rsidRDefault="003D40C9">
            <w:r>
              <w:rPr>
                <w:sz w:val="16"/>
              </w:rPr>
              <w:t>Current source / supply route</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D698028" w14:textId="0A0B7F39"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366493D" w14:textId="77777777" w:rsidR="003D40C9" w:rsidRDefault="003D40C9"/>
        </w:tc>
      </w:tr>
      <w:tr w:rsidR="003D40C9" w14:paraId="5AE87D98"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6BF848C" w14:textId="77777777" w:rsidR="003D40C9" w:rsidRDefault="003D40C9">
            <w:r>
              <w:rPr>
                <w:sz w:val="16"/>
              </w:rPr>
              <w:t>Current development stage / TRL</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C4CE480" w14:textId="761C6C92"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CE6BCDF" w14:textId="77777777" w:rsidR="003D40C9" w:rsidRDefault="003D40C9"/>
        </w:tc>
      </w:tr>
      <w:tr w:rsidR="003D40C9" w14:paraId="3B4210D8"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4270E1B" w14:textId="77777777" w:rsidR="003D40C9" w:rsidRDefault="003D40C9">
            <w:r>
              <w:rPr>
                <w:sz w:val="16"/>
              </w:rPr>
              <w:t>Expected annual demand / market volume</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954EC24" w14:textId="3B7E0617"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9F3DBC0" w14:textId="77777777" w:rsidR="003D40C9" w:rsidRDefault="003D40C9"/>
        </w:tc>
      </w:tr>
      <w:tr w:rsidR="003D40C9" w14:paraId="210D1B90"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08CFBDE" w14:textId="77777777" w:rsidR="003D40C9" w:rsidRDefault="003D40C9">
            <w:r>
              <w:rPr>
                <w:sz w:val="16"/>
              </w:rPr>
              <w:t>Technical problem, development need or opportunity</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BA765D6" w14:textId="6CBC6D4E"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FFABC0E" w14:textId="77777777" w:rsidR="003D40C9" w:rsidRDefault="003D40C9"/>
        </w:tc>
      </w:tr>
      <w:tr w:rsidR="003D40C9" w14:paraId="4408F305"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0EE718D1" w14:textId="77777777" w:rsidR="003D40C9" w:rsidRDefault="003D40C9">
            <w:r>
              <w:rPr>
                <w:sz w:val="16"/>
              </w:rPr>
              <w:t>Proposed casting / manufacturing route</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2AFB190" w14:textId="13BA3815"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93BBE86" w14:textId="77777777" w:rsidR="003D40C9" w:rsidRDefault="003D40C9"/>
        </w:tc>
      </w:tr>
      <w:tr w:rsidR="003D40C9" w14:paraId="0C949EE7"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65FE694" w14:textId="77777777" w:rsidR="003D40C9" w:rsidRDefault="003D40C9">
            <w:r>
              <w:rPr>
                <w:sz w:val="16"/>
              </w:rPr>
              <w:t>CSIR / programme support required</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81D747C" w14:textId="6A064316"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D0AA625" w14:textId="77777777" w:rsidR="003D40C9" w:rsidRDefault="003D40C9"/>
        </w:tc>
      </w:tr>
      <w:tr w:rsidR="003D40C9" w14:paraId="7BF7D01C"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CA0C601" w14:textId="77777777" w:rsidR="003D40C9" w:rsidRDefault="003D40C9">
            <w:r>
              <w:rPr>
                <w:sz w:val="16"/>
              </w:rPr>
              <w:t>Expected project outcome / key deliverables</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ED8F624" w14:textId="0D488B72"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467C4DA" w14:textId="77777777" w:rsidR="003D40C9" w:rsidRDefault="003D40C9"/>
        </w:tc>
      </w:tr>
      <w:tr w:rsidR="003D40C9" w14:paraId="54B7CF6C"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CF7B81B" w14:textId="77777777" w:rsidR="003D40C9" w:rsidRDefault="003D40C9">
            <w:r>
              <w:rPr>
                <w:sz w:val="16"/>
              </w:rPr>
              <w:t>Localisation / import replacement potential</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65EE069" w14:textId="331A4FD5"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0D41F0C" w14:textId="77777777" w:rsidR="003D40C9" w:rsidRDefault="003D40C9"/>
        </w:tc>
      </w:tr>
      <w:tr w:rsidR="003D40C9" w14:paraId="690BCF66"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A9D47B0" w14:textId="77777777" w:rsidR="003D40C9" w:rsidRDefault="003D40C9">
            <w:r>
              <w:rPr>
                <w:sz w:val="16"/>
              </w:rPr>
              <w:t>Estimated commercial / market opportunity</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ED40287" w14:textId="137579CB"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671DBD8" w14:textId="77777777" w:rsidR="003D40C9" w:rsidRDefault="003D40C9"/>
        </w:tc>
      </w:tr>
      <w:tr w:rsidR="003D40C9" w14:paraId="655DAB0B"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05206568" w14:textId="77777777" w:rsidR="003D40C9" w:rsidRDefault="003D40C9">
            <w:r>
              <w:rPr>
                <w:sz w:val="16"/>
              </w:rPr>
              <w:t>Applicant contribution / co-funding / in-kind support</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6DF0918" w14:textId="1CCE2B4D"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56CAE0A" w14:textId="77777777" w:rsidR="003D40C9" w:rsidRDefault="003D40C9"/>
        </w:tc>
      </w:tr>
      <w:tr w:rsidR="003D40C9" w14:paraId="1492078E"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5577B71C" w14:textId="77777777" w:rsidR="003D40C9" w:rsidRDefault="003D40C9">
            <w:r>
              <w:rPr>
                <w:sz w:val="16"/>
              </w:rPr>
              <w:t>Target timing / urgency</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CB89F83" w14:textId="2C5FF88C"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1CC457A" w14:textId="77777777" w:rsidR="003D40C9" w:rsidRDefault="003D40C9"/>
        </w:tc>
      </w:tr>
      <w:tr w:rsidR="003D40C9" w14:paraId="3CACEDD9" w14:textId="77777777" w:rsidTr="006B79AD">
        <w:trPr>
          <w:cantSplit/>
          <w:jc w:val="center"/>
        </w:trPr>
        <w:tc>
          <w:tcPr>
            <w:tcW w:w="1644"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13888D6" w14:textId="77777777" w:rsidR="003D40C9" w:rsidRDefault="003D40C9">
            <w:r>
              <w:rPr>
                <w:sz w:val="16"/>
              </w:rPr>
              <w:t>IP / confidentiality constraints</w:t>
            </w:r>
          </w:p>
        </w:tc>
        <w:tc>
          <w:tcPr>
            <w:tcW w:w="2531"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0E657B4" w14:textId="78CEE8F3" w:rsidR="003D40C9" w:rsidRDefault="003D40C9"/>
        </w:tc>
        <w:tc>
          <w:tcPr>
            <w:tcW w:w="825"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FBF65B1" w14:textId="77777777" w:rsidR="003D40C9" w:rsidRDefault="003D40C9"/>
        </w:tc>
      </w:tr>
    </w:tbl>
    <w:p w14:paraId="512D80A9" w14:textId="539442AC" w:rsidR="003D40C9" w:rsidRDefault="003D40C9" w:rsidP="008E440F">
      <w:pPr>
        <w:pStyle w:val="Heading3"/>
        <w:rPr>
          <w:lang w:val="en-US"/>
        </w:rPr>
      </w:pPr>
      <w:r>
        <w:t>Requested CSIR / Programme Support</w:t>
      </w:r>
    </w:p>
    <w:p w14:paraId="59ADC3A3" w14:textId="77777777" w:rsidR="003D40C9" w:rsidRDefault="003D40C9" w:rsidP="003D40C9">
      <w:pPr>
        <w:keepNext/>
        <w:spacing w:after="100"/>
      </w:pPr>
      <w:r>
        <w:t>For the priority product described in Section 2.5.1, indicate the support areas required. Duplicate this table with each detailed product proposal where the support requirements differ.</w:t>
      </w:r>
    </w:p>
    <w:tbl>
      <w:tblPr>
        <w:tblStyle w:val="TableGrid"/>
        <w:tblW w:w="5000" w:type="pct"/>
        <w:jc w:val="center"/>
        <w:tblLook w:val="04A0" w:firstRow="1" w:lastRow="0" w:firstColumn="1" w:lastColumn="0" w:noHBand="0" w:noVBand="1"/>
      </w:tblPr>
      <w:tblGrid>
        <w:gridCol w:w="4797"/>
        <w:gridCol w:w="1730"/>
        <w:gridCol w:w="4719"/>
      </w:tblGrid>
      <w:tr w:rsidR="003D40C9" w14:paraId="5B2D6C03" w14:textId="77777777" w:rsidTr="003D40C9">
        <w:trPr>
          <w:cantSplit/>
          <w:tblHeader/>
          <w:jc w:val="center"/>
        </w:trPr>
        <w:tc>
          <w:tcPr>
            <w:tcW w:w="2133"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7A3721CC" w14:textId="77777777" w:rsidR="003D40C9" w:rsidRDefault="003D40C9">
            <w:pPr>
              <w:jc w:val="center"/>
            </w:pPr>
            <w:r>
              <w:rPr>
                <w:b/>
                <w:color w:val="FFFFFF"/>
                <w:sz w:val="16"/>
              </w:rPr>
              <w:t>Support area</w:t>
            </w:r>
          </w:p>
        </w:tc>
        <w:tc>
          <w:tcPr>
            <w:tcW w:w="769"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30188A4B" w14:textId="77777777" w:rsidR="003D40C9" w:rsidRDefault="003D40C9">
            <w:pPr>
              <w:jc w:val="center"/>
            </w:pPr>
            <w:r>
              <w:rPr>
                <w:b/>
                <w:color w:val="FFFFFF"/>
                <w:sz w:val="16"/>
              </w:rPr>
              <w:t>Required? (Yes/No)</w:t>
            </w:r>
          </w:p>
        </w:tc>
        <w:tc>
          <w:tcPr>
            <w:tcW w:w="2098" w:type="pct"/>
            <w:tcBorders>
              <w:top w:val="single" w:sz="4" w:space="0" w:color="auto"/>
              <w:left w:val="single" w:sz="4" w:space="0" w:color="auto"/>
              <w:bottom w:val="single" w:sz="4" w:space="0" w:color="auto"/>
              <w:right w:val="single" w:sz="4" w:space="0" w:color="auto"/>
            </w:tcBorders>
            <w:shd w:val="clear" w:color="auto" w:fill="1F4E79"/>
            <w:tcMar>
              <w:top w:w="70" w:type="dxa"/>
              <w:left w:w="70" w:type="dxa"/>
              <w:bottom w:w="70" w:type="dxa"/>
              <w:right w:w="70" w:type="dxa"/>
            </w:tcMar>
            <w:vAlign w:val="center"/>
            <w:hideMark/>
          </w:tcPr>
          <w:p w14:paraId="387E2A66" w14:textId="77777777" w:rsidR="003D40C9" w:rsidRDefault="003D40C9">
            <w:pPr>
              <w:jc w:val="center"/>
            </w:pPr>
            <w:r>
              <w:rPr>
                <w:b/>
                <w:color w:val="FFFFFF"/>
                <w:sz w:val="16"/>
              </w:rPr>
              <w:t>Required scope / expected output</w:t>
            </w:r>
          </w:p>
        </w:tc>
      </w:tr>
      <w:tr w:rsidR="003D40C9" w14:paraId="50CBBCB5"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8958A93" w14:textId="77777777" w:rsidR="003D40C9" w:rsidRDefault="003D40C9">
            <w:r>
              <w:rPr>
                <w:sz w:val="16"/>
              </w:rPr>
              <w:t>3D scanning / dimensional capture / reverse engineering</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BF2214A"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2F3DF56" w14:textId="77777777" w:rsidR="003D40C9" w:rsidRDefault="003D40C9"/>
        </w:tc>
      </w:tr>
      <w:tr w:rsidR="003D40C9" w14:paraId="6BCEB73C"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3135D1F" w14:textId="77777777" w:rsidR="003D40C9" w:rsidRDefault="003D40C9">
            <w:r>
              <w:rPr>
                <w:sz w:val="16"/>
              </w:rPr>
              <w:t>CAD modelling / redesign / design for manufacture (DFM)</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8E84149"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11D4AE3" w14:textId="77777777" w:rsidR="003D40C9" w:rsidRDefault="003D40C9"/>
        </w:tc>
      </w:tr>
      <w:tr w:rsidR="003D40C9" w14:paraId="20822E7E"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45871A7" w14:textId="77777777" w:rsidR="003D40C9" w:rsidRDefault="003D40C9">
            <w:r>
              <w:rPr>
                <w:sz w:val="16"/>
              </w:rPr>
              <w:t>Casting simulation / gating / feeding / process optimisation</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00D136D"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0AEE48A" w14:textId="77777777" w:rsidR="003D40C9" w:rsidRDefault="003D40C9"/>
        </w:tc>
      </w:tr>
      <w:tr w:rsidR="003D40C9" w14:paraId="1786697D"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D3E6D49" w14:textId="77777777" w:rsidR="003D40C9" w:rsidRDefault="003D40C9">
            <w:r>
              <w:rPr>
                <w:sz w:val="16"/>
              </w:rPr>
              <w:t xml:space="preserve">Pattern, tooling, die or </w:t>
            </w:r>
            <w:proofErr w:type="spellStart"/>
            <w:r>
              <w:rPr>
                <w:sz w:val="16"/>
              </w:rPr>
              <w:t>corebox</w:t>
            </w:r>
            <w:proofErr w:type="spellEnd"/>
            <w:r>
              <w:rPr>
                <w:sz w:val="16"/>
              </w:rPr>
              <w:t xml:space="preserve"> development</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EF36529"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7A7C8EFD" w14:textId="77777777" w:rsidR="003D40C9" w:rsidRDefault="003D40C9"/>
        </w:tc>
      </w:tr>
      <w:tr w:rsidR="003D40C9" w14:paraId="6E5CD023"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A899157" w14:textId="77777777" w:rsidR="003D40C9" w:rsidRDefault="003D40C9">
            <w:r>
              <w:rPr>
                <w:sz w:val="16"/>
              </w:rPr>
              <w:t>Prototype casting / pilot production</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A998189"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E0B30D2" w14:textId="77777777" w:rsidR="003D40C9" w:rsidRDefault="003D40C9"/>
        </w:tc>
      </w:tr>
      <w:tr w:rsidR="003D40C9" w14:paraId="3E90AE68"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9A9C579" w14:textId="77777777" w:rsidR="003D40C9" w:rsidRDefault="003D40C9">
            <w:r>
              <w:rPr>
                <w:sz w:val="16"/>
              </w:rPr>
              <w:t>Materials selection / metallurgical development / heat treatment</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109AF6B"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B9B441B" w14:textId="77777777" w:rsidR="003D40C9" w:rsidRDefault="003D40C9"/>
        </w:tc>
      </w:tr>
      <w:tr w:rsidR="003D40C9" w14:paraId="21E4D1BC"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F7F8EB1" w14:textId="77777777" w:rsidR="003D40C9" w:rsidRDefault="003D40C9">
            <w:r>
              <w:rPr>
                <w:sz w:val="16"/>
              </w:rPr>
              <w:t>Machining / finishing process development</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B91FE01"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5ACA672B" w14:textId="77777777" w:rsidR="003D40C9" w:rsidRDefault="003D40C9"/>
        </w:tc>
      </w:tr>
      <w:tr w:rsidR="003D40C9" w14:paraId="57E8F959"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24EEF76" w14:textId="77777777" w:rsidR="003D40C9" w:rsidRDefault="003D40C9">
            <w:r>
              <w:rPr>
                <w:sz w:val="16"/>
              </w:rPr>
              <w:t>Inspection / NDT / dimensional verification</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9457DBA"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9F505B6" w14:textId="77777777" w:rsidR="003D40C9" w:rsidRDefault="003D40C9"/>
        </w:tc>
      </w:tr>
      <w:tr w:rsidR="003D40C9" w14:paraId="15F1D30C"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FB2AA32" w14:textId="77777777" w:rsidR="003D40C9" w:rsidRDefault="003D40C9">
            <w:r>
              <w:rPr>
                <w:sz w:val="16"/>
              </w:rPr>
              <w:t>Mechanical testing / material characterisation / validation</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2437F1FE"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114B6F19" w14:textId="77777777" w:rsidR="003D40C9" w:rsidRDefault="003D40C9"/>
        </w:tc>
      </w:tr>
      <w:tr w:rsidR="003D40C9" w14:paraId="5BAD6FBC"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93A3957" w14:textId="77777777" w:rsidR="003D40C9" w:rsidRDefault="003D40C9">
            <w:r>
              <w:rPr>
                <w:sz w:val="16"/>
              </w:rPr>
              <w:t>Industrialisation / scale-up / manufacturing readiness</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9B6B178"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0C333F8" w14:textId="77777777" w:rsidR="003D40C9" w:rsidRDefault="003D40C9"/>
        </w:tc>
      </w:tr>
      <w:tr w:rsidR="003D40C9" w14:paraId="0B4CCB26"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7A45372" w14:textId="77777777" w:rsidR="003D40C9" w:rsidRDefault="003D40C9">
            <w:r>
              <w:rPr>
                <w:sz w:val="16"/>
              </w:rPr>
              <w:t>Supplier development / localisation / value-chain integration</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6621FAAD"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409ABCE1" w14:textId="77777777" w:rsidR="003D40C9" w:rsidRDefault="003D40C9"/>
        </w:tc>
      </w:tr>
      <w:tr w:rsidR="003D40C9" w14:paraId="452CCBC1" w14:textId="77777777" w:rsidTr="003D40C9">
        <w:trPr>
          <w:cantSplit/>
          <w:jc w:val="center"/>
        </w:trPr>
        <w:tc>
          <w:tcPr>
            <w:tcW w:w="2133" w:type="pct"/>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C1A2841" w14:textId="77777777" w:rsidR="003D40C9" w:rsidRDefault="003D40C9">
            <w:r>
              <w:rPr>
                <w:sz w:val="16"/>
              </w:rPr>
              <w:t>Other support required</w:t>
            </w:r>
          </w:p>
        </w:tc>
        <w:tc>
          <w:tcPr>
            <w:tcW w:w="769"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328708FA" w14:textId="77777777" w:rsidR="003D40C9" w:rsidRDefault="003D40C9"/>
        </w:tc>
        <w:tc>
          <w:tcPr>
            <w:tcW w:w="2098" w:type="pct"/>
            <w:tcBorders>
              <w:top w:val="single" w:sz="4" w:space="0" w:color="auto"/>
              <w:left w:val="single" w:sz="4" w:space="0" w:color="auto"/>
              <w:bottom w:val="single" w:sz="4" w:space="0" w:color="auto"/>
              <w:right w:val="single" w:sz="4" w:space="0" w:color="auto"/>
            </w:tcBorders>
            <w:shd w:val="clear" w:color="auto" w:fill="F4F8FB"/>
            <w:tcMar>
              <w:top w:w="70" w:type="dxa"/>
              <w:left w:w="70" w:type="dxa"/>
              <w:bottom w:w="70" w:type="dxa"/>
              <w:right w:w="70" w:type="dxa"/>
            </w:tcMar>
            <w:vAlign w:val="center"/>
          </w:tcPr>
          <w:p w14:paraId="01701D9D" w14:textId="77777777" w:rsidR="003D40C9" w:rsidRDefault="003D40C9"/>
        </w:tc>
      </w:tr>
    </w:tbl>
    <w:p w14:paraId="3EDE04D4" w14:textId="287BAB44" w:rsidR="001D65CC" w:rsidRPr="00BD77DB" w:rsidRDefault="003722FC" w:rsidP="000F030F">
      <w:pPr>
        <w:pStyle w:val="Heading1"/>
      </w:pPr>
      <w:r w:rsidRPr="00BD77DB">
        <w:t>Qualification and Compliance Response</w:t>
      </w:r>
    </w:p>
    <w:tbl>
      <w:tblPr>
        <w:tblStyle w:val="TableGrid"/>
        <w:tblW w:w="5000" w:type="pct"/>
        <w:jc w:val="center"/>
        <w:tblLook w:val="04A0" w:firstRow="1" w:lastRow="0" w:firstColumn="1" w:lastColumn="0" w:noHBand="0" w:noVBand="1"/>
      </w:tblPr>
      <w:tblGrid>
        <w:gridCol w:w="3311"/>
        <w:gridCol w:w="1338"/>
        <w:gridCol w:w="2837"/>
        <w:gridCol w:w="2442"/>
        <w:gridCol w:w="1338"/>
      </w:tblGrid>
      <w:tr w:rsidR="001D65CC" w:rsidRPr="00BD77DB" w14:paraId="59BD7D02" w14:textId="77777777" w:rsidTr="00EF73BA">
        <w:trPr>
          <w:jc w:val="center"/>
        </w:trPr>
        <w:tc>
          <w:tcPr>
            <w:tcW w:w="5000" w:type="pct"/>
            <w:gridSpan w:val="5"/>
            <w:shd w:val="clear" w:color="auto" w:fill="D9EAF7"/>
            <w:tcMar>
              <w:top w:w="70" w:type="dxa"/>
              <w:left w:w="80" w:type="dxa"/>
              <w:bottom w:w="70" w:type="dxa"/>
              <w:right w:w="80" w:type="dxa"/>
            </w:tcMar>
            <w:vAlign w:val="center"/>
          </w:tcPr>
          <w:p w14:paraId="666C09B6" w14:textId="77777777" w:rsidR="001D65CC" w:rsidRPr="00BD77DB" w:rsidRDefault="003722FC">
            <w:r w:rsidRPr="00BD77DB">
              <w:rPr>
                <w:color w:val="1F1F1F"/>
                <w:sz w:val="17"/>
              </w:rPr>
              <w:t>Complete every row and cite supporting evidence. The EoI identifies these as qualification factors related to the legal and compliance status of the applicant.</w:t>
            </w:r>
          </w:p>
        </w:tc>
      </w:tr>
      <w:tr w:rsidR="001D65CC" w:rsidRPr="00BD77DB" w14:paraId="575EB1F7" w14:textId="77777777" w:rsidTr="00EF73BA">
        <w:trPr>
          <w:jc w:val="center"/>
        </w:trPr>
        <w:tc>
          <w:tcPr>
            <w:tcW w:w="1469" w:type="pct"/>
            <w:shd w:val="clear" w:color="auto" w:fill="17365D"/>
            <w:tcMar>
              <w:top w:w="70" w:type="dxa"/>
              <w:left w:w="80" w:type="dxa"/>
              <w:bottom w:w="70" w:type="dxa"/>
              <w:right w:w="80" w:type="dxa"/>
            </w:tcMar>
            <w:vAlign w:val="center"/>
          </w:tcPr>
          <w:p w14:paraId="55719329" w14:textId="77777777" w:rsidR="001D65CC" w:rsidRPr="00BD77DB" w:rsidRDefault="003722FC">
            <w:pPr>
              <w:jc w:val="center"/>
            </w:pPr>
            <w:r w:rsidRPr="00BD77DB">
              <w:rPr>
                <w:b/>
                <w:color w:val="FFFFFF"/>
                <w:sz w:val="15"/>
              </w:rPr>
              <w:t>Qualification factor</w:t>
            </w:r>
          </w:p>
        </w:tc>
        <w:tc>
          <w:tcPr>
            <w:tcW w:w="594" w:type="pct"/>
            <w:shd w:val="clear" w:color="auto" w:fill="17365D"/>
            <w:tcMar>
              <w:top w:w="70" w:type="dxa"/>
              <w:left w:w="80" w:type="dxa"/>
              <w:bottom w:w="70" w:type="dxa"/>
              <w:right w:w="80" w:type="dxa"/>
            </w:tcMar>
            <w:vAlign w:val="center"/>
          </w:tcPr>
          <w:p w14:paraId="01277925" w14:textId="77777777" w:rsidR="001D65CC" w:rsidRPr="00BD77DB" w:rsidRDefault="003722FC">
            <w:pPr>
              <w:jc w:val="center"/>
            </w:pPr>
            <w:r w:rsidRPr="00BD77DB">
              <w:rPr>
                <w:b/>
                <w:color w:val="FFFFFF"/>
                <w:sz w:val="15"/>
              </w:rPr>
              <w:t>Response</w:t>
            </w:r>
          </w:p>
        </w:tc>
        <w:tc>
          <w:tcPr>
            <w:tcW w:w="1259" w:type="pct"/>
            <w:shd w:val="clear" w:color="auto" w:fill="17365D"/>
            <w:tcMar>
              <w:top w:w="70" w:type="dxa"/>
              <w:left w:w="80" w:type="dxa"/>
              <w:bottom w:w="70" w:type="dxa"/>
              <w:right w:w="80" w:type="dxa"/>
            </w:tcMar>
            <w:vAlign w:val="center"/>
          </w:tcPr>
          <w:p w14:paraId="625F2D79" w14:textId="77777777" w:rsidR="001D65CC" w:rsidRPr="00BD77DB" w:rsidRDefault="003722FC">
            <w:pPr>
              <w:jc w:val="center"/>
            </w:pPr>
            <w:r w:rsidRPr="00BD77DB">
              <w:rPr>
                <w:b/>
                <w:color w:val="FFFFFF"/>
                <w:sz w:val="15"/>
              </w:rPr>
              <w:t>Respondent explanation / key details</w:t>
            </w:r>
          </w:p>
        </w:tc>
        <w:tc>
          <w:tcPr>
            <w:tcW w:w="1084" w:type="pct"/>
            <w:shd w:val="clear" w:color="auto" w:fill="17365D"/>
            <w:tcMar>
              <w:top w:w="70" w:type="dxa"/>
              <w:left w:w="80" w:type="dxa"/>
              <w:bottom w:w="70" w:type="dxa"/>
              <w:right w:w="80" w:type="dxa"/>
            </w:tcMar>
            <w:vAlign w:val="center"/>
          </w:tcPr>
          <w:p w14:paraId="78605B2A" w14:textId="77777777" w:rsidR="001D65CC" w:rsidRPr="00BD77DB" w:rsidRDefault="003722FC">
            <w:pPr>
              <w:jc w:val="center"/>
            </w:pPr>
            <w:r w:rsidRPr="00BD77DB">
              <w:rPr>
                <w:b/>
                <w:color w:val="FFFFFF"/>
                <w:sz w:val="15"/>
              </w:rPr>
              <w:t>Evidence / attachment reference</w:t>
            </w:r>
          </w:p>
        </w:tc>
        <w:tc>
          <w:tcPr>
            <w:tcW w:w="594" w:type="pct"/>
            <w:shd w:val="clear" w:color="auto" w:fill="17365D"/>
            <w:tcMar>
              <w:top w:w="70" w:type="dxa"/>
              <w:left w:w="80" w:type="dxa"/>
              <w:bottom w:w="70" w:type="dxa"/>
              <w:right w:w="80" w:type="dxa"/>
            </w:tcMar>
            <w:vAlign w:val="center"/>
          </w:tcPr>
          <w:p w14:paraId="23964841" w14:textId="77777777" w:rsidR="001D65CC" w:rsidRPr="00BD77DB" w:rsidRDefault="003722FC">
            <w:pPr>
              <w:jc w:val="center"/>
            </w:pPr>
            <w:r w:rsidRPr="00BD77DB">
              <w:rPr>
                <w:b/>
                <w:color w:val="FFFFFF"/>
                <w:sz w:val="15"/>
              </w:rPr>
              <w:t>Evaluator verification</w:t>
            </w:r>
          </w:p>
        </w:tc>
      </w:tr>
      <w:tr w:rsidR="001D65CC" w:rsidRPr="00BD77DB" w14:paraId="0C51BEB8" w14:textId="77777777" w:rsidTr="00EF73BA">
        <w:trPr>
          <w:cantSplit/>
          <w:jc w:val="center"/>
        </w:trPr>
        <w:tc>
          <w:tcPr>
            <w:tcW w:w="1469" w:type="pct"/>
            <w:shd w:val="clear" w:color="auto" w:fill="D9EAF7"/>
            <w:tcMar>
              <w:top w:w="70" w:type="dxa"/>
              <w:left w:w="80" w:type="dxa"/>
              <w:bottom w:w="70" w:type="dxa"/>
              <w:right w:w="80" w:type="dxa"/>
            </w:tcMar>
            <w:vAlign w:val="center"/>
          </w:tcPr>
          <w:p w14:paraId="66DE2E17" w14:textId="77777777" w:rsidR="001D65CC" w:rsidRPr="00BD77DB" w:rsidRDefault="003722FC">
            <w:r w:rsidRPr="00BD77DB">
              <w:rPr>
                <w:color w:val="1F1F1F"/>
                <w:sz w:val="16"/>
              </w:rPr>
              <w:t>South African registered company</w:t>
            </w:r>
          </w:p>
        </w:tc>
        <w:tc>
          <w:tcPr>
            <w:tcW w:w="594" w:type="pct"/>
            <w:shd w:val="clear" w:color="auto" w:fill="F4F8FB"/>
            <w:tcMar>
              <w:top w:w="70" w:type="dxa"/>
              <w:left w:w="80" w:type="dxa"/>
              <w:bottom w:w="70" w:type="dxa"/>
              <w:right w:w="80" w:type="dxa"/>
            </w:tcMar>
            <w:vAlign w:val="center"/>
          </w:tcPr>
          <w:p w14:paraId="749B0EA1" w14:textId="740FD499" w:rsidR="001D65CC" w:rsidRPr="00BD77DB" w:rsidRDefault="001D65CC">
            <w:pPr>
              <w:jc w:val="center"/>
            </w:pPr>
          </w:p>
        </w:tc>
        <w:tc>
          <w:tcPr>
            <w:tcW w:w="1259" w:type="pct"/>
            <w:shd w:val="clear" w:color="auto" w:fill="F4F8FB"/>
            <w:tcMar>
              <w:top w:w="70" w:type="dxa"/>
              <w:left w:w="80" w:type="dxa"/>
              <w:bottom w:w="70" w:type="dxa"/>
              <w:right w:w="80" w:type="dxa"/>
            </w:tcMar>
            <w:vAlign w:val="center"/>
          </w:tcPr>
          <w:p w14:paraId="7B8D345D" w14:textId="2E258439" w:rsidR="001D65CC" w:rsidRPr="00BD77DB" w:rsidRDefault="001D65CC"/>
        </w:tc>
        <w:tc>
          <w:tcPr>
            <w:tcW w:w="1084" w:type="pct"/>
            <w:shd w:val="clear" w:color="auto" w:fill="F4F8FB"/>
            <w:tcMar>
              <w:top w:w="70" w:type="dxa"/>
              <w:left w:w="80" w:type="dxa"/>
              <w:bottom w:w="70" w:type="dxa"/>
              <w:right w:w="80" w:type="dxa"/>
            </w:tcMar>
            <w:vAlign w:val="center"/>
          </w:tcPr>
          <w:p w14:paraId="731ED9FB" w14:textId="47D4148F" w:rsidR="001D65CC" w:rsidRPr="00BD77DB" w:rsidRDefault="001D65CC"/>
        </w:tc>
        <w:tc>
          <w:tcPr>
            <w:tcW w:w="594" w:type="pct"/>
            <w:shd w:val="clear" w:color="auto" w:fill="E7E6E6"/>
            <w:tcMar>
              <w:top w:w="70" w:type="dxa"/>
              <w:left w:w="80" w:type="dxa"/>
              <w:bottom w:w="70" w:type="dxa"/>
              <w:right w:w="80" w:type="dxa"/>
            </w:tcMar>
            <w:vAlign w:val="center"/>
          </w:tcPr>
          <w:p w14:paraId="019D5851" w14:textId="77777777" w:rsidR="001D65CC" w:rsidRPr="00BD77DB" w:rsidRDefault="003722FC">
            <w:pPr>
              <w:jc w:val="center"/>
            </w:pPr>
            <w:r w:rsidRPr="00BD77DB">
              <w:rPr>
                <w:color w:val="777777"/>
                <w:sz w:val="15"/>
              </w:rPr>
              <w:t>CSIR use only</w:t>
            </w:r>
          </w:p>
        </w:tc>
      </w:tr>
      <w:tr w:rsidR="001D65CC" w:rsidRPr="00BD77DB" w14:paraId="4B8416AF" w14:textId="77777777" w:rsidTr="00EF73BA">
        <w:trPr>
          <w:cantSplit/>
          <w:jc w:val="center"/>
        </w:trPr>
        <w:tc>
          <w:tcPr>
            <w:tcW w:w="1469" w:type="pct"/>
            <w:shd w:val="clear" w:color="auto" w:fill="D9EAF7"/>
            <w:tcMar>
              <w:top w:w="70" w:type="dxa"/>
              <w:left w:w="80" w:type="dxa"/>
              <w:bottom w:w="70" w:type="dxa"/>
              <w:right w:w="80" w:type="dxa"/>
            </w:tcMar>
            <w:vAlign w:val="center"/>
          </w:tcPr>
          <w:p w14:paraId="370E6187" w14:textId="77777777" w:rsidR="001D65CC" w:rsidRPr="00BD77DB" w:rsidRDefault="003722FC">
            <w:r w:rsidRPr="00BD77DB">
              <w:rPr>
                <w:color w:val="1F1F1F"/>
                <w:sz w:val="16"/>
              </w:rPr>
              <w:t>Is the company an SMME?</w:t>
            </w:r>
          </w:p>
        </w:tc>
        <w:tc>
          <w:tcPr>
            <w:tcW w:w="594" w:type="pct"/>
            <w:shd w:val="clear" w:color="auto" w:fill="F4F8FB"/>
            <w:tcMar>
              <w:top w:w="70" w:type="dxa"/>
              <w:left w:w="80" w:type="dxa"/>
              <w:bottom w:w="70" w:type="dxa"/>
              <w:right w:w="80" w:type="dxa"/>
            </w:tcMar>
            <w:vAlign w:val="center"/>
          </w:tcPr>
          <w:p w14:paraId="3DC03E5D" w14:textId="1E5BDA2F" w:rsidR="001D65CC" w:rsidRPr="00BD77DB" w:rsidRDefault="001D65CC">
            <w:pPr>
              <w:jc w:val="center"/>
            </w:pPr>
          </w:p>
        </w:tc>
        <w:tc>
          <w:tcPr>
            <w:tcW w:w="1259" w:type="pct"/>
            <w:shd w:val="clear" w:color="auto" w:fill="F4F8FB"/>
            <w:tcMar>
              <w:top w:w="70" w:type="dxa"/>
              <w:left w:w="80" w:type="dxa"/>
              <w:bottom w:w="70" w:type="dxa"/>
              <w:right w:w="80" w:type="dxa"/>
            </w:tcMar>
            <w:vAlign w:val="center"/>
          </w:tcPr>
          <w:p w14:paraId="13254E81" w14:textId="0571A986" w:rsidR="001D65CC" w:rsidRPr="00BD77DB" w:rsidRDefault="001D65CC"/>
        </w:tc>
        <w:tc>
          <w:tcPr>
            <w:tcW w:w="1084" w:type="pct"/>
            <w:shd w:val="clear" w:color="auto" w:fill="F4F8FB"/>
            <w:tcMar>
              <w:top w:w="70" w:type="dxa"/>
              <w:left w:w="80" w:type="dxa"/>
              <w:bottom w:w="70" w:type="dxa"/>
              <w:right w:w="80" w:type="dxa"/>
            </w:tcMar>
            <w:vAlign w:val="center"/>
          </w:tcPr>
          <w:p w14:paraId="194160BD" w14:textId="704E431D" w:rsidR="001D65CC" w:rsidRPr="00BD77DB" w:rsidRDefault="001D65CC"/>
        </w:tc>
        <w:tc>
          <w:tcPr>
            <w:tcW w:w="594" w:type="pct"/>
            <w:shd w:val="clear" w:color="auto" w:fill="E7E6E6"/>
            <w:tcMar>
              <w:top w:w="70" w:type="dxa"/>
              <w:left w:w="80" w:type="dxa"/>
              <w:bottom w:w="70" w:type="dxa"/>
              <w:right w:w="80" w:type="dxa"/>
            </w:tcMar>
            <w:vAlign w:val="center"/>
          </w:tcPr>
          <w:p w14:paraId="7C28FD23" w14:textId="77777777" w:rsidR="001D65CC" w:rsidRPr="00BD77DB" w:rsidRDefault="003722FC">
            <w:pPr>
              <w:jc w:val="center"/>
            </w:pPr>
            <w:r w:rsidRPr="00BD77DB">
              <w:rPr>
                <w:color w:val="777777"/>
                <w:sz w:val="15"/>
              </w:rPr>
              <w:t>CSIR use only</w:t>
            </w:r>
          </w:p>
        </w:tc>
      </w:tr>
      <w:tr w:rsidR="001D65CC" w:rsidRPr="00BD77DB" w14:paraId="0F4BC76A" w14:textId="77777777" w:rsidTr="00EF73BA">
        <w:trPr>
          <w:cantSplit/>
          <w:jc w:val="center"/>
        </w:trPr>
        <w:tc>
          <w:tcPr>
            <w:tcW w:w="1469" w:type="pct"/>
            <w:shd w:val="clear" w:color="auto" w:fill="D9EAF7"/>
            <w:tcMar>
              <w:top w:w="70" w:type="dxa"/>
              <w:left w:w="80" w:type="dxa"/>
              <w:bottom w:w="70" w:type="dxa"/>
              <w:right w:w="80" w:type="dxa"/>
            </w:tcMar>
            <w:vAlign w:val="center"/>
          </w:tcPr>
          <w:p w14:paraId="256711DD" w14:textId="77777777" w:rsidR="001D65CC" w:rsidRPr="00BD77DB" w:rsidRDefault="003722FC">
            <w:r w:rsidRPr="00BD77DB">
              <w:rPr>
                <w:color w:val="1F1F1F"/>
                <w:sz w:val="16"/>
              </w:rPr>
              <w:lastRenderedPageBreak/>
              <w:t>Compliant tax status</w:t>
            </w:r>
          </w:p>
        </w:tc>
        <w:tc>
          <w:tcPr>
            <w:tcW w:w="594" w:type="pct"/>
            <w:shd w:val="clear" w:color="auto" w:fill="F4F8FB"/>
            <w:tcMar>
              <w:top w:w="70" w:type="dxa"/>
              <w:left w:w="80" w:type="dxa"/>
              <w:bottom w:w="70" w:type="dxa"/>
              <w:right w:w="80" w:type="dxa"/>
            </w:tcMar>
            <w:vAlign w:val="center"/>
          </w:tcPr>
          <w:p w14:paraId="7E252066" w14:textId="44CE066E" w:rsidR="001D65CC" w:rsidRPr="00BD77DB" w:rsidRDefault="001D65CC">
            <w:pPr>
              <w:jc w:val="center"/>
            </w:pPr>
          </w:p>
        </w:tc>
        <w:tc>
          <w:tcPr>
            <w:tcW w:w="1259" w:type="pct"/>
            <w:shd w:val="clear" w:color="auto" w:fill="F4F8FB"/>
            <w:tcMar>
              <w:top w:w="70" w:type="dxa"/>
              <w:left w:w="80" w:type="dxa"/>
              <w:bottom w:w="70" w:type="dxa"/>
              <w:right w:w="80" w:type="dxa"/>
            </w:tcMar>
            <w:vAlign w:val="center"/>
          </w:tcPr>
          <w:p w14:paraId="7158F671" w14:textId="1904BC59" w:rsidR="001D65CC" w:rsidRPr="00BD77DB" w:rsidRDefault="001D65CC"/>
        </w:tc>
        <w:tc>
          <w:tcPr>
            <w:tcW w:w="1084" w:type="pct"/>
            <w:shd w:val="clear" w:color="auto" w:fill="F4F8FB"/>
            <w:tcMar>
              <w:top w:w="70" w:type="dxa"/>
              <w:left w:w="80" w:type="dxa"/>
              <w:bottom w:w="70" w:type="dxa"/>
              <w:right w:w="80" w:type="dxa"/>
            </w:tcMar>
            <w:vAlign w:val="center"/>
          </w:tcPr>
          <w:p w14:paraId="7CF343F5" w14:textId="74812210" w:rsidR="001D65CC" w:rsidRPr="00BD77DB" w:rsidRDefault="001D65CC"/>
        </w:tc>
        <w:tc>
          <w:tcPr>
            <w:tcW w:w="594" w:type="pct"/>
            <w:shd w:val="clear" w:color="auto" w:fill="E7E6E6"/>
            <w:tcMar>
              <w:top w:w="70" w:type="dxa"/>
              <w:left w:w="80" w:type="dxa"/>
              <w:bottom w:w="70" w:type="dxa"/>
              <w:right w:w="80" w:type="dxa"/>
            </w:tcMar>
            <w:vAlign w:val="center"/>
          </w:tcPr>
          <w:p w14:paraId="1B831866" w14:textId="77777777" w:rsidR="001D65CC" w:rsidRPr="00BD77DB" w:rsidRDefault="003722FC">
            <w:pPr>
              <w:jc w:val="center"/>
            </w:pPr>
            <w:r w:rsidRPr="00BD77DB">
              <w:rPr>
                <w:color w:val="777777"/>
                <w:sz w:val="15"/>
              </w:rPr>
              <w:t>CSIR use only</w:t>
            </w:r>
          </w:p>
        </w:tc>
      </w:tr>
      <w:tr w:rsidR="001D65CC" w:rsidRPr="00BD77DB" w14:paraId="7FFB5072" w14:textId="77777777" w:rsidTr="00EF73BA">
        <w:trPr>
          <w:cantSplit/>
          <w:jc w:val="center"/>
        </w:trPr>
        <w:tc>
          <w:tcPr>
            <w:tcW w:w="1469" w:type="pct"/>
            <w:shd w:val="clear" w:color="auto" w:fill="D9EAF7"/>
            <w:tcMar>
              <w:top w:w="70" w:type="dxa"/>
              <w:left w:w="80" w:type="dxa"/>
              <w:bottom w:w="70" w:type="dxa"/>
              <w:right w:w="80" w:type="dxa"/>
            </w:tcMar>
            <w:vAlign w:val="center"/>
          </w:tcPr>
          <w:p w14:paraId="692DF67C" w14:textId="77777777" w:rsidR="001D65CC" w:rsidRPr="00BD77DB" w:rsidRDefault="003722FC">
            <w:r w:rsidRPr="00BD77DB">
              <w:rPr>
                <w:color w:val="1F1F1F"/>
                <w:sz w:val="16"/>
              </w:rPr>
              <w:t>Valid B-BBEE certificate or affidavit</w:t>
            </w:r>
          </w:p>
        </w:tc>
        <w:tc>
          <w:tcPr>
            <w:tcW w:w="594" w:type="pct"/>
            <w:shd w:val="clear" w:color="auto" w:fill="F4F8FB"/>
            <w:tcMar>
              <w:top w:w="70" w:type="dxa"/>
              <w:left w:w="80" w:type="dxa"/>
              <w:bottom w:w="70" w:type="dxa"/>
              <w:right w:w="80" w:type="dxa"/>
            </w:tcMar>
            <w:vAlign w:val="center"/>
          </w:tcPr>
          <w:p w14:paraId="2355F01B" w14:textId="2ED97D22" w:rsidR="001D65CC" w:rsidRPr="00BD77DB" w:rsidRDefault="001D65CC">
            <w:pPr>
              <w:jc w:val="center"/>
            </w:pPr>
          </w:p>
        </w:tc>
        <w:tc>
          <w:tcPr>
            <w:tcW w:w="1259" w:type="pct"/>
            <w:shd w:val="clear" w:color="auto" w:fill="F4F8FB"/>
            <w:tcMar>
              <w:top w:w="70" w:type="dxa"/>
              <w:left w:w="80" w:type="dxa"/>
              <w:bottom w:w="70" w:type="dxa"/>
              <w:right w:w="80" w:type="dxa"/>
            </w:tcMar>
            <w:vAlign w:val="center"/>
          </w:tcPr>
          <w:p w14:paraId="32E8F55B" w14:textId="37D9BF1D" w:rsidR="001D65CC" w:rsidRPr="00BD77DB" w:rsidRDefault="001D65CC"/>
        </w:tc>
        <w:tc>
          <w:tcPr>
            <w:tcW w:w="1084" w:type="pct"/>
            <w:shd w:val="clear" w:color="auto" w:fill="F4F8FB"/>
            <w:tcMar>
              <w:top w:w="70" w:type="dxa"/>
              <w:left w:w="80" w:type="dxa"/>
              <w:bottom w:w="70" w:type="dxa"/>
              <w:right w:w="80" w:type="dxa"/>
            </w:tcMar>
            <w:vAlign w:val="center"/>
          </w:tcPr>
          <w:p w14:paraId="2E196AB8" w14:textId="65BA519C" w:rsidR="001D65CC" w:rsidRPr="00BD77DB" w:rsidRDefault="001D65CC"/>
        </w:tc>
        <w:tc>
          <w:tcPr>
            <w:tcW w:w="594" w:type="pct"/>
            <w:shd w:val="clear" w:color="auto" w:fill="E7E6E6"/>
            <w:tcMar>
              <w:top w:w="70" w:type="dxa"/>
              <w:left w:w="80" w:type="dxa"/>
              <w:bottom w:w="70" w:type="dxa"/>
              <w:right w:w="80" w:type="dxa"/>
            </w:tcMar>
            <w:vAlign w:val="center"/>
          </w:tcPr>
          <w:p w14:paraId="201FD356" w14:textId="77777777" w:rsidR="001D65CC" w:rsidRPr="00BD77DB" w:rsidRDefault="003722FC">
            <w:pPr>
              <w:jc w:val="center"/>
            </w:pPr>
            <w:r w:rsidRPr="00BD77DB">
              <w:rPr>
                <w:color w:val="777777"/>
                <w:sz w:val="15"/>
              </w:rPr>
              <w:t>CSIR use only</w:t>
            </w:r>
          </w:p>
        </w:tc>
      </w:tr>
      <w:tr w:rsidR="001D65CC" w:rsidRPr="00BD77DB" w14:paraId="305D35D4" w14:textId="77777777" w:rsidTr="00EF73BA">
        <w:trPr>
          <w:cantSplit/>
          <w:jc w:val="center"/>
        </w:trPr>
        <w:tc>
          <w:tcPr>
            <w:tcW w:w="1469" w:type="pct"/>
            <w:shd w:val="clear" w:color="auto" w:fill="D9EAF7"/>
            <w:tcMar>
              <w:top w:w="70" w:type="dxa"/>
              <w:left w:w="80" w:type="dxa"/>
              <w:bottom w:w="70" w:type="dxa"/>
              <w:right w:w="80" w:type="dxa"/>
            </w:tcMar>
            <w:vAlign w:val="center"/>
          </w:tcPr>
          <w:p w14:paraId="674A2D2F" w14:textId="77777777" w:rsidR="001D65CC" w:rsidRPr="00BD77DB" w:rsidRDefault="003722FC">
            <w:r w:rsidRPr="00BD77DB">
              <w:rPr>
                <w:color w:val="1F1F1F"/>
                <w:sz w:val="16"/>
              </w:rPr>
              <w:t>CIPC documentation showing company directors and registration details / CSD report</w:t>
            </w:r>
          </w:p>
        </w:tc>
        <w:tc>
          <w:tcPr>
            <w:tcW w:w="594" w:type="pct"/>
            <w:shd w:val="clear" w:color="auto" w:fill="F4F8FB"/>
            <w:tcMar>
              <w:top w:w="70" w:type="dxa"/>
              <w:left w:w="80" w:type="dxa"/>
              <w:bottom w:w="70" w:type="dxa"/>
              <w:right w:w="80" w:type="dxa"/>
            </w:tcMar>
            <w:vAlign w:val="center"/>
          </w:tcPr>
          <w:p w14:paraId="23B44303" w14:textId="68A24CA7" w:rsidR="001D65CC" w:rsidRPr="00BD77DB" w:rsidRDefault="001D65CC">
            <w:pPr>
              <w:jc w:val="center"/>
            </w:pPr>
          </w:p>
        </w:tc>
        <w:tc>
          <w:tcPr>
            <w:tcW w:w="1259" w:type="pct"/>
            <w:shd w:val="clear" w:color="auto" w:fill="F4F8FB"/>
            <w:tcMar>
              <w:top w:w="70" w:type="dxa"/>
              <w:left w:w="80" w:type="dxa"/>
              <w:bottom w:w="70" w:type="dxa"/>
              <w:right w:w="80" w:type="dxa"/>
            </w:tcMar>
            <w:vAlign w:val="center"/>
          </w:tcPr>
          <w:p w14:paraId="557B82E2" w14:textId="1AC6154A" w:rsidR="001D65CC" w:rsidRPr="00BD77DB" w:rsidRDefault="001D65CC"/>
        </w:tc>
        <w:tc>
          <w:tcPr>
            <w:tcW w:w="1084" w:type="pct"/>
            <w:shd w:val="clear" w:color="auto" w:fill="F4F8FB"/>
            <w:tcMar>
              <w:top w:w="70" w:type="dxa"/>
              <w:left w:w="80" w:type="dxa"/>
              <w:bottom w:w="70" w:type="dxa"/>
              <w:right w:w="80" w:type="dxa"/>
            </w:tcMar>
            <w:vAlign w:val="center"/>
          </w:tcPr>
          <w:p w14:paraId="7E590C29" w14:textId="37859586" w:rsidR="001D65CC" w:rsidRPr="00BD77DB" w:rsidRDefault="001D65CC"/>
        </w:tc>
        <w:tc>
          <w:tcPr>
            <w:tcW w:w="594" w:type="pct"/>
            <w:shd w:val="clear" w:color="auto" w:fill="E7E6E6"/>
            <w:tcMar>
              <w:top w:w="70" w:type="dxa"/>
              <w:left w:w="80" w:type="dxa"/>
              <w:bottom w:w="70" w:type="dxa"/>
              <w:right w:w="80" w:type="dxa"/>
            </w:tcMar>
            <w:vAlign w:val="center"/>
          </w:tcPr>
          <w:p w14:paraId="39348EF6" w14:textId="77777777" w:rsidR="001D65CC" w:rsidRPr="00BD77DB" w:rsidRDefault="003722FC">
            <w:pPr>
              <w:jc w:val="center"/>
            </w:pPr>
            <w:r w:rsidRPr="00BD77DB">
              <w:rPr>
                <w:color w:val="777777"/>
                <w:sz w:val="15"/>
              </w:rPr>
              <w:t>CSIR use only</w:t>
            </w:r>
          </w:p>
        </w:tc>
      </w:tr>
      <w:tr w:rsidR="001D65CC" w:rsidRPr="00BD77DB" w14:paraId="37A0D88E" w14:textId="77777777" w:rsidTr="00EF73BA">
        <w:trPr>
          <w:cantSplit/>
          <w:jc w:val="center"/>
        </w:trPr>
        <w:tc>
          <w:tcPr>
            <w:tcW w:w="1469" w:type="pct"/>
            <w:shd w:val="clear" w:color="auto" w:fill="D9EAF7"/>
            <w:tcMar>
              <w:top w:w="70" w:type="dxa"/>
              <w:left w:w="80" w:type="dxa"/>
              <w:bottom w:w="70" w:type="dxa"/>
              <w:right w:w="80" w:type="dxa"/>
            </w:tcMar>
            <w:vAlign w:val="center"/>
          </w:tcPr>
          <w:p w14:paraId="02E6E448" w14:textId="77777777" w:rsidR="001D65CC" w:rsidRPr="00BD77DB" w:rsidRDefault="003722FC">
            <w:r w:rsidRPr="00BD77DB">
              <w:rPr>
                <w:color w:val="1F1F1F"/>
                <w:sz w:val="16"/>
              </w:rPr>
              <w:t>Submission of company profile and capability statement</w:t>
            </w:r>
          </w:p>
        </w:tc>
        <w:tc>
          <w:tcPr>
            <w:tcW w:w="594" w:type="pct"/>
            <w:shd w:val="clear" w:color="auto" w:fill="F4F8FB"/>
            <w:tcMar>
              <w:top w:w="70" w:type="dxa"/>
              <w:left w:w="80" w:type="dxa"/>
              <w:bottom w:w="70" w:type="dxa"/>
              <w:right w:w="80" w:type="dxa"/>
            </w:tcMar>
            <w:vAlign w:val="center"/>
          </w:tcPr>
          <w:p w14:paraId="6ED03E99" w14:textId="35639190" w:rsidR="001D65CC" w:rsidRPr="00BD77DB" w:rsidRDefault="001D65CC">
            <w:pPr>
              <w:jc w:val="center"/>
            </w:pPr>
          </w:p>
        </w:tc>
        <w:tc>
          <w:tcPr>
            <w:tcW w:w="1259" w:type="pct"/>
            <w:shd w:val="clear" w:color="auto" w:fill="F4F8FB"/>
            <w:tcMar>
              <w:top w:w="70" w:type="dxa"/>
              <w:left w:w="80" w:type="dxa"/>
              <w:bottom w:w="70" w:type="dxa"/>
              <w:right w:w="80" w:type="dxa"/>
            </w:tcMar>
            <w:vAlign w:val="center"/>
          </w:tcPr>
          <w:p w14:paraId="45FE6660" w14:textId="6D34C6E1" w:rsidR="001D65CC" w:rsidRPr="00BD77DB" w:rsidRDefault="001D65CC"/>
        </w:tc>
        <w:tc>
          <w:tcPr>
            <w:tcW w:w="1084" w:type="pct"/>
            <w:shd w:val="clear" w:color="auto" w:fill="F4F8FB"/>
            <w:tcMar>
              <w:top w:w="70" w:type="dxa"/>
              <w:left w:w="80" w:type="dxa"/>
              <w:bottom w:w="70" w:type="dxa"/>
              <w:right w:w="80" w:type="dxa"/>
            </w:tcMar>
            <w:vAlign w:val="center"/>
          </w:tcPr>
          <w:p w14:paraId="4BAA45EB" w14:textId="3C2B8908" w:rsidR="001D65CC" w:rsidRPr="00BD77DB" w:rsidRDefault="001D65CC"/>
        </w:tc>
        <w:tc>
          <w:tcPr>
            <w:tcW w:w="594" w:type="pct"/>
            <w:shd w:val="clear" w:color="auto" w:fill="E7E6E6"/>
            <w:tcMar>
              <w:top w:w="70" w:type="dxa"/>
              <w:left w:w="80" w:type="dxa"/>
              <w:bottom w:w="70" w:type="dxa"/>
              <w:right w:w="80" w:type="dxa"/>
            </w:tcMar>
            <w:vAlign w:val="center"/>
          </w:tcPr>
          <w:p w14:paraId="5E49286D" w14:textId="77777777" w:rsidR="001D65CC" w:rsidRPr="00BD77DB" w:rsidRDefault="003722FC">
            <w:pPr>
              <w:jc w:val="center"/>
            </w:pPr>
            <w:r w:rsidRPr="00BD77DB">
              <w:rPr>
                <w:color w:val="777777"/>
                <w:sz w:val="15"/>
              </w:rPr>
              <w:t>CSIR use only</w:t>
            </w:r>
          </w:p>
        </w:tc>
      </w:tr>
    </w:tbl>
    <w:p w14:paraId="30A09C33" w14:textId="3F54929C" w:rsidR="001D65CC" w:rsidRPr="00BD77DB" w:rsidRDefault="003722FC" w:rsidP="000F030F">
      <w:pPr>
        <w:pStyle w:val="Heading2"/>
      </w:pPr>
      <w:r w:rsidRPr="00BD77DB">
        <w:t>Elimination / submission compliance checklist</w:t>
      </w:r>
    </w:p>
    <w:p w14:paraId="1C95177D" w14:textId="77777777" w:rsidR="001D65CC" w:rsidRPr="00BD77DB" w:rsidRDefault="003722FC">
      <w:pPr>
        <w:spacing w:after="60" w:line="252" w:lineRule="auto"/>
      </w:pPr>
      <w:r w:rsidRPr="00BD77DB">
        <w:t>Confirm that the submission is complete and compliant with the EoI submission requirements.</w:t>
      </w:r>
    </w:p>
    <w:tbl>
      <w:tblPr>
        <w:tblStyle w:val="TableGrid"/>
        <w:tblW w:w="5000" w:type="pct"/>
        <w:jc w:val="center"/>
        <w:tblLook w:val="04A0" w:firstRow="1" w:lastRow="0" w:firstColumn="1" w:lastColumn="0" w:noHBand="0" w:noVBand="1"/>
      </w:tblPr>
      <w:tblGrid>
        <w:gridCol w:w="4727"/>
        <w:gridCol w:w="1181"/>
        <w:gridCol w:w="2442"/>
        <w:gridCol w:w="2916"/>
      </w:tblGrid>
      <w:tr w:rsidR="001D65CC" w:rsidRPr="00BD77DB" w14:paraId="43CB599C" w14:textId="77777777" w:rsidTr="00EF73BA">
        <w:trPr>
          <w:jc w:val="center"/>
        </w:trPr>
        <w:tc>
          <w:tcPr>
            <w:tcW w:w="2098" w:type="pct"/>
            <w:shd w:val="clear" w:color="auto" w:fill="1F4E79"/>
            <w:tcMar>
              <w:top w:w="70" w:type="dxa"/>
              <w:left w:w="80" w:type="dxa"/>
              <w:bottom w:w="70" w:type="dxa"/>
              <w:right w:w="80" w:type="dxa"/>
            </w:tcMar>
            <w:vAlign w:val="center"/>
          </w:tcPr>
          <w:p w14:paraId="1EB2CA6A" w14:textId="77777777" w:rsidR="001D65CC" w:rsidRPr="00BD77DB" w:rsidRDefault="003722FC">
            <w:pPr>
              <w:jc w:val="center"/>
            </w:pPr>
            <w:r w:rsidRPr="00BD77DB">
              <w:rPr>
                <w:b/>
                <w:color w:val="FFFFFF"/>
                <w:sz w:val="16"/>
              </w:rPr>
              <w:t>Submission requirement</w:t>
            </w:r>
          </w:p>
        </w:tc>
        <w:tc>
          <w:tcPr>
            <w:tcW w:w="524" w:type="pct"/>
            <w:shd w:val="clear" w:color="auto" w:fill="1F4E79"/>
            <w:tcMar>
              <w:top w:w="70" w:type="dxa"/>
              <w:left w:w="80" w:type="dxa"/>
              <w:bottom w:w="70" w:type="dxa"/>
              <w:right w:w="80" w:type="dxa"/>
            </w:tcMar>
            <w:vAlign w:val="center"/>
          </w:tcPr>
          <w:p w14:paraId="4C0BFA3B" w14:textId="77777777" w:rsidR="001D65CC" w:rsidRPr="00BD77DB" w:rsidRDefault="003722FC">
            <w:pPr>
              <w:jc w:val="center"/>
            </w:pPr>
            <w:r w:rsidRPr="00BD77DB">
              <w:rPr>
                <w:b/>
                <w:color w:val="FFFFFF"/>
                <w:sz w:val="16"/>
              </w:rPr>
              <w:t>Yes/No</w:t>
            </w:r>
          </w:p>
        </w:tc>
        <w:tc>
          <w:tcPr>
            <w:tcW w:w="1084" w:type="pct"/>
            <w:shd w:val="clear" w:color="auto" w:fill="1F4E79"/>
            <w:tcMar>
              <w:top w:w="70" w:type="dxa"/>
              <w:left w:w="80" w:type="dxa"/>
              <w:bottom w:w="70" w:type="dxa"/>
              <w:right w:w="80" w:type="dxa"/>
            </w:tcMar>
            <w:vAlign w:val="center"/>
          </w:tcPr>
          <w:p w14:paraId="028B8C58" w14:textId="77777777" w:rsidR="001D65CC" w:rsidRPr="00BD77DB" w:rsidRDefault="003722FC">
            <w:pPr>
              <w:jc w:val="center"/>
            </w:pPr>
            <w:r w:rsidRPr="00BD77DB">
              <w:rPr>
                <w:b/>
                <w:color w:val="FFFFFF"/>
                <w:sz w:val="16"/>
              </w:rPr>
              <w:t>Attachment / evidence reference</w:t>
            </w:r>
          </w:p>
        </w:tc>
        <w:tc>
          <w:tcPr>
            <w:tcW w:w="1294" w:type="pct"/>
            <w:shd w:val="clear" w:color="auto" w:fill="1F4E79"/>
            <w:tcMar>
              <w:top w:w="70" w:type="dxa"/>
              <w:left w:w="80" w:type="dxa"/>
              <w:bottom w:w="70" w:type="dxa"/>
              <w:right w:w="80" w:type="dxa"/>
            </w:tcMar>
            <w:vAlign w:val="center"/>
          </w:tcPr>
          <w:p w14:paraId="3E93B674" w14:textId="77777777" w:rsidR="001D65CC" w:rsidRPr="00BD77DB" w:rsidRDefault="003722FC">
            <w:pPr>
              <w:jc w:val="center"/>
            </w:pPr>
            <w:r w:rsidRPr="00BD77DB">
              <w:rPr>
                <w:b/>
                <w:color w:val="FFFFFF"/>
                <w:sz w:val="16"/>
              </w:rPr>
              <w:t>Comments</w:t>
            </w:r>
          </w:p>
        </w:tc>
      </w:tr>
      <w:tr w:rsidR="001D65CC" w:rsidRPr="00BD77DB" w14:paraId="5175F804" w14:textId="77777777" w:rsidTr="00EF73BA">
        <w:trPr>
          <w:jc w:val="center"/>
        </w:trPr>
        <w:tc>
          <w:tcPr>
            <w:tcW w:w="2098" w:type="pct"/>
            <w:shd w:val="clear" w:color="auto" w:fill="D9EAF7"/>
            <w:tcMar>
              <w:top w:w="70" w:type="dxa"/>
              <w:left w:w="80" w:type="dxa"/>
              <w:bottom w:w="70" w:type="dxa"/>
              <w:right w:w="80" w:type="dxa"/>
            </w:tcMar>
            <w:vAlign w:val="center"/>
          </w:tcPr>
          <w:p w14:paraId="6B397B81" w14:textId="77777777" w:rsidR="001D65CC" w:rsidRPr="00BD77DB" w:rsidRDefault="003722FC">
            <w:r w:rsidRPr="00BD77DB">
              <w:rPr>
                <w:color w:val="1F1F1F"/>
                <w:sz w:val="16"/>
              </w:rPr>
              <w:t>Application template completed</w:t>
            </w:r>
          </w:p>
        </w:tc>
        <w:tc>
          <w:tcPr>
            <w:tcW w:w="524" w:type="pct"/>
            <w:tcMar>
              <w:top w:w="70" w:type="dxa"/>
              <w:left w:w="80" w:type="dxa"/>
              <w:bottom w:w="70" w:type="dxa"/>
              <w:right w:w="80" w:type="dxa"/>
            </w:tcMar>
            <w:vAlign w:val="center"/>
          </w:tcPr>
          <w:p w14:paraId="1743E8CB" w14:textId="77777777" w:rsidR="001D65CC" w:rsidRPr="00BD77DB" w:rsidRDefault="001D65CC"/>
        </w:tc>
        <w:tc>
          <w:tcPr>
            <w:tcW w:w="1084" w:type="pct"/>
            <w:tcMar>
              <w:top w:w="70" w:type="dxa"/>
              <w:left w:w="80" w:type="dxa"/>
              <w:bottom w:w="70" w:type="dxa"/>
              <w:right w:w="80" w:type="dxa"/>
            </w:tcMar>
            <w:vAlign w:val="center"/>
          </w:tcPr>
          <w:p w14:paraId="23468100" w14:textId="77777777" w:rsidR="001D65CC" w:rsidRPr="00BD77DB" w:rsidRDefault="001D65CC"/>
        </w:tc>
        <w:tc>
          <w:tcPr>
            <w:tcW w:w="1294" w:type="pct"/>
            <w:tcMar>
              <w:top w:w="70" w:type="dxa"/>
              <w:left w:w="80" w:type="dxa"/>
              <w:bottom w:w="70" w:type="dxa"/>
              <w:right w:w="80" w:type="dxa"/>
            </w:tcMar>
            <w:vAlign w:val="center"/>
          </w:tcPr>
          <w:p w14:paraId="62CF9AE4" w14:textId="77777777" w:rsidR="001D65CC" w:rsidRPr="00BD77DB" w:rsidRDefault="001D65CC"/>
        </w:tc>
      </w:tr>
      <w:tr w:rsidR="001D65CC" w:rsidRPr="00BD77DB" w14:paraId="132199A2" w14:textId="77777777" w:rsidTr="00EF73BA">
        <w:trPr>
          <w:jc w:val="center"/>
        </w:trPr>
        <w:tc>
          <w:tcPr>
            <w:tcW w:w="2098" w:type="pct"/>
            <w:shd w:val="clear" w:color="auto" w:fill="D9EAF7"/>
            <w:tcMar>
              <w:top w:w="70" w:type="dxa"/>
              <w:left w:w="80" w:type="dxa"/>
              <w:bottom w:w="70" w:type="dxa"/>
              <w:right w:w="80" w:type="dxa"/>
            </w:tcMar>
            <w:vAlign w:val="center"/>
          </w:tcPr>
          <w:p w14:paraId="35B88D77" w14:textId="77777777" w:rsidR="001D65CC" w:rsidRPr="00BD77DB" w:rsidRDefault="003722FC">
            <w:r w:rsidRPr="00BD77DB">
              <w:rPr>
                <w:color w:val="1F1F1F"/>
                <w:sz w:val="16"/>
              </w:rPr>
              <w:t>Application signed by authorised representative</w:t>
            </w:r>
          </w:p>
        </w:tc>
        <w:tc>
          <w:tcPr>
            <w:tcW w:w="524" w:type="pct"/>
            <w:tcMar>
              <w:top w:w="70" w:type="dxa"/>
              <w:left w:w="80" w:type="dxa"/>
              <w:bottom w:w="70" w:type="dxa"/>
              <w:right w:w="80" w:type="dxa"/>
            </w:tcMar>
            <w:vAlign w:val="center"/>
          </w:tcPr>
          <w:p w14:paraId="0417EA2C" w14:textId="77777777" w:rsidR="001D65CC" w:rsidRPr="00BD77DB" w:rsidRDefault="001D65CC"/>
        </w:tc>
        <w:tc>
          <w:tcPr>
            <w:tcW w:w="1084" w:type="pct"/>
            <w:tcMar>
              <w:top w:w="70" w:type="dxa"/>
              <w:left w:w="80" w:type="dxa"/>
              <w:bottom w:w="70" w:type="dxa"/>
              <w:right w:w="80" w:type="dxa"/>
            </w:tcMar>
            <w:vAlign w:val="center"/>
          </w:tcPr>
          <w:p w14:paraId="247F4897" w14:textId="77777777" w:rsidR="001D65CC" w:rsidRPr="00BD77DB" w:rsidRDefault="001D65CC"/>
        </w:tc>
        <w:tc>
          <w:tcPr>
            <w:tcW w:w="1294" w:type="pct"/>
            <w:tcMar>
              <w:top w:w="70" w:type="dxa"/>
              <w:left w:w="80" w:type="dxa"/>
              <w:bottom w:w="70" w:type="dxa"/>
              <w:right w:w="80" w:type="dxa"/>
            </w:tcMar>
            <w:vAlign w:val="center"/>
          </w:tcPr>
          <w:p w14:paraId="4210A1F2" w14:textId="77777777" w:rsidR="001D65CC" w:rsidRPr="00BD77DB" w:rsidRDefault="001D65CC"/>
        </w:tc>
      </w:tr>
      <w:tr w:rsidR="001D65CC" w:rsidRPr="00BD77DB" w14:paraId="3350E9F5" w14:textId="77777777" w:rsidTr="00EF73BA">
        <w:trPr>
          <w:jc w:val="center"/>
        </w:trPr>
        <w:tc>
          <w:tcPr>
            <w:tcW w:w="2098" w:type="pct"/>
            <w:shd w:val="clear" w:color="auto" w:fill="D9EAF7"/>
            <w:tcMar>
              <w:top w:w="70" w:type="dxa"/>
              <w:left w:w="80" w:type="dxa"/>
              <w:bottom w:w="70" w:type="dxa"/>
              <w:right w:w="80" w:type="dxa"/>
            </w:tcMar>
            <w:vAlign w:val="center"/>
          </w:tcPr>
          <w:p w14:paraId="0B0F91BB" w14:textId="77777777" w:rsidR="001D65CC" w:rsidRPr="00BD77DB" w:rsidRDefault="003722FC">
            <w:r w:rsidRPr="00BD77DB">
              <w:rPr>
                <w:color w:val="1F1F1F"/>
                <w:sz w:val="16"/>
              </w:rPr>
              <w:t>Required supporting documentation attached</w:t>
            </w:r>
          </w:p>
        </w:tc>
        <w:tc>
          <w:tcPr>
            <w:tcW w:w="524" w:type="pct"/>
            <w:tcMar>
              <w:top w:w="70" w:type="dxa"/>
              <w:left w:w="80" w:type="dxa"/>
              <w:bottom w:w="70" w:type="dxa"/>
              <w:right w:w="80" w:type="dxa"/>
            </w:tcMar>
            <w:vAlign w:val="center"/>
          </w:tcPr>
          <w:p w14:paraId="6F56570C" w14:textId="77777777" w:rsidR="001D65CC" w:rsidRPr="00BD77DB" w:rsidRDefault="001D65CC"/>
        </w:tc>
        <w:tc>
          <w:tcPr>
            <w:tcW w:w="1084" w:type="pct"/>
            <w:tcMar>
              <w:top w:w="70" w:type="dxa"/>
              <w:left w:w="80" w:type="dxa"/>
              <w:bottom w:w="70" w:type="dxa"/>
              <w:right w:w="80" w:type="dxa"/>
            </w:tcMar>
            <w:vAlign w:val="center"/>
          </w:tcPr>
          <w:p w14:paraId="5E565654" w14:textId="77777777" w:rsidR="001D65CC" w:rsidRPr="00BD77DB" w:rsidRDefault="001D65CC"/>
        </w:tc>
        <w:tc>
          <w:tcPr>
            <w:tcW w:w="1294" w:type="pct"/>
            <w:tcMar>
              <w:top w:w="70" w:type="dxa"/>
              <w:left w:w="80" w:type="dxa"/>
              <w:bottom w:w="70" w:type="dxa"/>
              <w:right w:w="80" w:type="dxa"/>
            </w:tcMar>
            <w:vAlign w:val="center"/>
          </w:tcPr>
          <w:p w14:paraId="313AAECE" w14:textId="77777777" w:rsidR="001D65CC" w:rsidRPr="00BD77DB" w:rsidRDefault="001D65CC"/>
        </w:tc>
      </w:tr>
      <w:tr w:rsidR="001D65CC" w:rsidRPr="00BD77DB" w14:paraId="23FB8010" w14:textId="77777777" w:rsidTr="00EF73BA">
        <w:trPr>
          <w:jc w:val="center"/>
        </w:trPr>
        <w:tc>
          <w:tcPr>
            <w:tcW w:w="2098" w:type="pct"/>
            <w:shd w:val="clear" w:color="auto" w:fill="D9EAF7"/>
            <w:tcMar>
              <w:top w:w="70" w:type="dxa"/>
              <w:left w:w="80" w:type="dxa"/>
              <w:bottom w:w="70" w:type="dxa"/>
              <w:right w:w="80" w:type="dxa"/>
            </w:tcMar>
            <w:vAlign w:val="center"/>
          </w:tcPr>
          <w:p w14:paraId="422C1CAB" w14:textId="77777777" w:rsidR="001D65CC" w:rsidRPr="00BD77DB" w:rsidRDefault="003722FC">
            <w:r w:rsidRPr="00BD77DB">
              <w:rPr>
                <w:color w:val="1F1F1F"/>
                <w:sz w:val="16"/>
              </w:rPr>
              <w:t>Submission made before closing date and time</w:t>
            </w:r>
          </w:p>
        </w:tc>
        <w:tc>
          <w:tcPr>
            <w:tcW w:w="524" w:type="pct"/>
            <w:tcMar>
              <w:top w:w="70" w:type="dxa"/>
              <w:left w:w="80" w:type="dxa"/>
              <w:bottom w:w="70" w:type="dxa"/>
              <w:right w:w="80" w:type="dxa"/>
            </w:tcMar>
            <w:vAlign w:val="center"/>
          </w:tcPr>
          <w:p w14:paraId="31549C98" w14:textId="77777777" w:rsidR="001D65CC" w:rsidRPr="00BD77DB" w:rsidRDefault="001D65CC"/>
        </w:tc>
        <w:tc>
          <w:tcPr>
            <w:tcW w:w="1084" w:type="pct"/>
            <w:tcMar>
              <w:top w:w="70" w:type="dxa"/>
              <w:left w:w="80" w:type="dxa"/>
              <w:bottom w:w="70" w:type="dxa"/>
              <w:right w:w="80" w:type="dxa"/>
            </w:tcMar>
            <w:vAlign w:val="center"/>
          </w:tcPr>
          <w:p w14:paraId="16085035" w14:textId="77777777" w:rsidR="001D65CC" w:rsidRPr="00BD77DB" w:rsidRDefault="001D65CC"/>
        </w:tc>
        <w:tc>
          <w:tcPr>
            <w:tcW w:w="1294" w:type="pct"/>
            <w:tcMar>
              <w:top w:w="70" w:type="dxa"/>
              <w:left w:w="80" w:type="dxa"/>
              <w:bottom w:w="70" w:type="dxa"/>
              <w:right w:w="80" w:type="dxa"/>
            </w:tcMar>
            <w:vAlign w:val="center"/>
          </w:tcPr>
          <w:p w14:paraId="57F9C4B0" w14:textId="77777777" w:rsidR="001D65CC" w:rsidRPr="00BD77DB" w:rsidRDefault="001D65CC"/>
        </w:tc>
      </w:tr>
      <w:tr w:rsidR="001D65CC" w:rsidRPr="00BD77DB" w14:paraId="7AEAF7DA" w14:textId="77777777" w:rsidTr="00EF73BA">
        <w:trPr>
          <w:jc w:val="center"/>
        </w:trPr>
        <w:tc>
          <w:tcPr>
            <w:tcW w:w="2098" w:type="pct"/>
            <w:shd w:val="clear" w:color="auto" w:fill="D9EAF7"/>
            <w:tcMar>
              <w:top w:w="70" w:type="dxa"/>
              <w:left w:w="80" w:type="dxa"/>
              <w:bottom w:w="70" w:type="dxa"/>
              <w:right w:w="80" w:type="dxa"/>
            </w:tcMar>
            <w:vAlign w:val="center"/>
          </w:tcPr>
          <w:p w14:paraId="026C9D6A" w14:textId="77777777" w:rsidR="001D65CC" w:rsidRPr="00BD77DB" w:rsidRDefault="003722FC">
            <w:r w:rsidRPr="00BD77DB">
              <w:rPr>
                <w:color w:val="1F1F1F"/>
                <w:sz w:val="16"/>
              </w:rPr>
              <w:t>Information provided is accurate and not misleading</w:t>
            </w:r>
          </w:p>
        </w:tc>
        <w:tc>
          <w:tcPr>
            <w:tcW w:w="524" w:type="pct"/>
            <w:tcMar>
              <w:top w:w="70" w:type="dxa"/>
              <w:left w:w="80" w:type="dxa"/>
              <w:bottom w:w="70" w:type="dxa"/>
              <w:right w:w="80" w:type="dxa"/>
            </w:tcMar>
            <w:vAlign w:val="center"/>
          </w:tcPr>
          <w:p w14:paraId="1BDF9672" w14:textId="77777777" w:rsidR="001D65CC" w:rsidRPr="00BD77DB" w:rsidRDefault="001D65CC"/>
        </w:tc>
        <w:tc>
          <w:tcPr>
            <w:tcW w:w="1084" w:type="pct"/>
            <w:tcMar>
              <w:top w:w="70" w:type="dxa"/>
              <w:left w:w="80" w:type="dxa"/>
              <w:bottom w:w="70" w:type="dxa"/>
              <w:right w:w="80" w:type="dxa"/>
            </w:tcMar>
            <w:vAlign w:val="center"/>
          </w:tcPr>
          <w:p w14:paraId="6B9B49F6" w14:textId="77777777" w:rsidR="001D65CC" w:rsidRPr="00BD77DB" w:rsidRDefault="001D65CC"/>
        </w:tc>
        <w:tc>
          <w:tcPr>
            <w:tcW w:w="1294" w:type="pct"/>
            <w:tcMar>
              <w:top w:w="70" w:type="dxa"/>
              <w:left w:w="80" w:type="dxa"/>
              <w:bottom w:w="70" w:type="dxa"/>
              <w:right w:w="80" w:type="dxa"/>
            </w:tcMar>
            <w:vAlign w:val="center"/>
          </w:tcPr>
          <w:p w14:paraId="3F715C33" w14:textId="77777777" w:rsidR="001D65CC" w:rsidRPr="00BD77DB" w:rsidRDefault="001D65CC"/>
        </w:tc>
      </w:tr>
      <w:tr w:rsidR="001D65CC" w:rsidRPr="00BD77DB" w14:paraId="4557B899" w14:textId="77777777" w:rsidTr="00EF73BA">
        <w:trPr>
          <w:jc w:val="center"/>
        </w:trPr>
        <w:tc>
          <w:tcPr>
            <w:tcW w:w="2098" w:type="pct"/>
            <w:shd w:val="clear" w:color="auto" w:fill="D9EAF7"/>
            <w:tcMar>
              <w:top w:w="70" w:type="dxa"/>
              <w:left w:w="80" w:type="dxa"/>
              <w:bottom w:w="70" w:type="dxa"/>
              <w:right w:w="80" w:type="dxa"/>
            </w:tcMar>
            <w:vAlign w:val="center"/>
          </w:tcPr>
          <w:p w14:paraId="2333528B" w14:textId="77777777" w:rsidR="001D65CC" w:rsidRPr="00BD77DB" w:rsidRDefault="003722FC">
            <w:r w:rsidRPr="00BD77DB">
              <w:rPr>
                <w:color w:val="1F1F1F"/>
                <w:sz w:val="16"/>
              </w:rPr>
              <w:t>Submission complies with the stated electronic submission requirements</w:t>
            </w:r>
          </w:p>
        </w:tc>
        <w:tc>
          <w:tcPr>
            <w:tcW w:w="524" w:type="pct"/>
            <w:tcMar>
              <w:top w:w="70" w:type="dxa"/>
              <w:left w:w="80" w:type="dxa"/>
              <w:bottom w:w="70" w:type="dxa"/>
              <w:right w:w="80" w:type="dxa"/>
            </w:tcMar>
            <w:vAlign w:val="center"/>
          </w:tcPr>
          <w:p w14:paraId="02F26B27" w14:textId="77777777" w:rsidR="001D65CC" w:rsidRPr="00BD77DB" w:rsidRDefault="001D65CC"/>
        </w:tc>
        <w:tc>
          <w:tcPr>
            <w:tcW w:w="1084" w:type="pct"/>
            <w:tcMar>
              <w:top w:w="70" w:type="dxa"/>
              <w:left w:w="80" w:type="dxa"/>
              <w:bottom w:w="70" w:type="dxa"/>
              <w:right w:w="80" w:type="dxa"/>
            </w:tcMar>
            <w:vAlign w:val="center"/>
          </w:tcPr>
          <w:p w14:paraId="290563AD" w14:textId="77777777" w:rsidR="001D65CC" w:rsidRPr="00BD77DB" w:rsidRDefault="001D65CC"/>
        </w:tc>
        <w:tc>
          <w:tcPr>
            <w:tcW w:w="1294" w:type="pct"/>
            <w:tcMar>
              <w:top w:w="70" w:type="dxa"/>
              <w:left w:w="80" w:type="dxa"/>
              <w:bottom w:w="70" w:type="dxa"/>
              <w:right w:w="80" w:type="dxa"/>
            </w:tcMar>
            <w:vAlign w:val="center"/>
          </w:tcPr>
          <w:p w14:paraId="4ECDB9A4" w14:textId="77777777" w:rsidR="001D65CC" w:rsidRPr="00BD77DB" w:rsidRDefault="001D65CC"/>
        </w:tc>
      </w:tr>
    </w:tbl>
    <w:p w14:paraId="51518E43" w14:textId="3BA2D22D" w:rsidR="001D65CC" w:rsidRPr="00BD77DB" w:rsidRDefault="003722FC" w:rsidP="000F030F">
      <w:pPr>
        <w:pStyle w:val="Heading1"/>
      </w:pPr>
      <w:r w:rsidRPr="00BD77DB">
        <w:t>Critical Technical and Operational Factors</w:t>
      </w:r>
    </w:p>
    <w:tbl>
      <w:tblPr>
        <w:tblStyle w:val="TableGrid"/>
        <w:tblW w:w="5000" w:type="pct"/>
        <w:jc w:val="center"/>
        <w:tblLook w:val="04A0" w:firstRow="1" w:lastRow="0" w:firstColumn="1" w:lastColumn="0" w:noHBand="0" w:noVBand="1"/>
      </w:tblPr>
      <w:tblGrid>
        <w:gridCol w:w="4244"/>
        <w:gridCol w:w="1235"/>
        <w:gridCol w:w="2393"/>
        <w:gridCol w:w="2161"/>
        <w:gridCol w:w="1233"/>
      </w:tblGrid>
      <w:tr w:rsidR="001D65CC" w:rsidRPr="00BD77DB" w14:paraId="5A34BBB5" w14:textId="77777777" w:rsidTr="00EF73BA">
        <w:trPr>
          <w:jc w:val="center"/>
        </w:trPr>
        <w:tc>
          <w:tcPr>
            <w:tcW w:w="5000" w:type="pct"/>
            <w:gridSpan w:val="5"/>
            <w:shd w:val="clear" w:color="auto" w:fill="FFF2CC"/>
            <w:tcMar>
              <w:top w:w="70" w:type="dxa"/>
              <w:left w:w="80" w:type="dxa"/>
              <w:bottom w:w="70" w:type="dxa"/>
              <w:right w:w="80" w:type="dxa"/>
            </w:tcMar>
            <w:vAlign w:val="center"/>
          </w:tcPr>
          <w:p w14:paraId="40CB8186" w14:textId="77777777" w:rsidR="001D65CC" w:rsidRPr="00BD77DB" w:rsidRDefault="003722FC">
            <w:r w:rsidRPr="00BD77DB">
              <w:rPr>
                <w:color w:val="1F1F1F"/>
                <w:sz w:val="17"/>
              </w:rPr>
              <w:t>Respond to each critical factor. Any “No” response to a mandatory technical or operational requirement may result in immediate disqualification. SMMEs may mark the non-SMME supplier-development factor as N/A.</w:t>
            </w:r>
          </w:p>
        </w:tc>
      </w:tr>
      <w:tr w:rsidR="001D65CC" w:rsidRPr="00BD77DB" w14:paraId="265597A5" w14:textId="77777777" w:rsidTr="00EF73BA">
        <w:trPr>
          <w:jc w:val="center"/>
        </w:trPr>
        <w:tc>
          <w:tcPr>
            <w:tcW w:w="1884" w:type="pct"/>
            <w:shd w:val="clear" w:color="auto" w:fill="17365D"/>
            <w:tcMar>
              <w:top w:w="70" w:type="dxa"/>
              <w:left w:w="80" w:type="dxa"/>
              <w:bottom w:w="70" w:type="dxa"/>
              <w:right w:w="80" w:type="dxa"/>
            </w:tcMar>
            <w:vAlign w:val="center"/>
          </w:tcPr>
          <w:p w14:paraId="3411FA47" w14:textId="77777777" w:rsidR="001D65CC" w:rsidRPr="00BD77DB" w:rsidRDefault="003722FC">
            <w:pPr>
              <w:jc w:val="center"/>
            </w:pPr>
            <w:r w:rsidRPr="00BD77DB">
              <w:rPr>
                <w:b/>
                <w:color w:val="FFFFFF"/>
                <w:sz w:val="15"/>
              </w:rPr>
              <w:t>Critical factor</w:t>
            </w:r>
          </w:p>
        </w:tc>
        <w:tc>
          <w:tcPr>
            <w:tcW w:w="548" w:type="pct"/>
            <w:shd w:val="clear" w:color="auto" w:fill="17365D"/>
            <w:tcMar>
              <w:top w:w="70" w:type="dxa"/>
              <w:left w:w="80" w:type="dxa"/>
              <w:bottom w:w="70" w:type="dxa"/>
              <w:right w:w="80" w:type="dxa"/>
            </w:tcMar>
            <w:vAlign w:val="center"/>
          </w:tcPr>
          <w:p w14:paraId="30BB425F" w14:textId="77777777" w:rsidR="001D65CC" w:rsidRPr="00BD77DB" w:rsidRDefault="003722FC">
            <w:pPr>
              <w:jc w:val="center"/>
            </w:pPr>
            <w:r w:rsidRPr="00BD77DB">
              <w:rPr>
                <w:b/>
                <w:color w:val="FFFFFF"/>
                <w:sz w:val="15"/>
              </w:rPr>
              <w:t>Yes / No / N/A</w:t>
            </w:r>
          </w:p>
        </w:tc>
        <w:tc>
          <w:tcPr>
            <w:tcW w:w="1062" w:type="pct"/>
            <w:shd w:val="clear" w:color="auto" w:fill="17365D"/>
            <w:tcMar>
              <w:top w:w="70" w:type="dxa"/>
              <w:left w:w="80" w:type="dxa"/>
              <w:bottom w:w="70" w:type="dxa"/>
              <w:right w:w="80" w:type="dxa"/>
            </w:tcMar>
            <w:vAlign w:val="center"/>
          </w:tcPr>
          <w:p w14:paraId="1AEE026B" w14:textId="77777777" w:rsidR="001D65CC" w:rsidRPr="00BD77DB" w:rsidRDefault="003722FC">
            <w:pPr>
              <w:jc w:val="center"/>
            </w:pPr>
            <w:r w:rsidRPr="00BD77DB">
              <w:rPr>
                <w:b/>
                <w:color w:val="FFFFFF"/>
                <w:sz w:val="15"/>
              </w:rPr>
              <w:t>Concise response</w:t>
            </w:r>
          </w:p>
        </w:tc>
        <w:tc>
          <w:tcPr>
            <w:tcW w:w="959" w:type="pct"/>
            <w:shd w:val="clear" w:color="auto" w:fill="17365D"/>
            <w:tcMar>
              <w:top w:w="70" w:type="dxa"/>
              <w:left w:w="80" w:type="dxa"/>
              <w:bottom w:w="70" w:type="dxa"/>
              <w:right w:w="80" w:type="dxa"/>
            </w:tcMar>
            <w:vAlign w:val="center"/>
          </w:tcPr>
          <w:p w14:paraId="37DF766C" w14:textId="77777777" w:rsidR="001D65CC" w:rsidRPr="00BD77DB" w:rsidRDefault="003722FC">
            <w:pPr>
              <w:jc w:val="center"/>
            </w:pPr>
            <w:r w:rsidRPr="00BD77DB">
              <w:rPr>
                <w:b/>
                <w:color w:val="FFFFFF"/>
                <w:sz w:val="15"/>
              </w:rPr>
              <w:t>Evidence / attachment reference</w:t>
            </w:r>
          </w:p>
        </w:tc>
        <w:tc>
          <w:tcPr>
            <w:tcW w:w="548" w:type="pct"/>
            <w:shd w:val="clear" w:color="auto" w:fill="17365D"/>
            <w:tcMar>
              <w:top w:w="70" w:type="dxa"/>
              <w:left w:w="80" w:type="dxa"/>
              <w:bottom w:w="70" w:type="dxa"/>
              <w:right w:w="80" w:type="dxa"/>
            </w:tcMar>
            <w:vAlign w:val="center"/>
          </w:tcPr>
          <w:p w14:paraId="12CEE5E1" w14:textId="77777777" w:rsidR="001D65CC" w:rsidRPr="00BD77DB" w:rsidRDefault="003722FC">
            <w:pPr>
              <w:jc w:val="center"/>
            </w:pPr>
            <w:r w:rsidRPr="00BD77DB">
              <w:rPr>
                <w:b/>
                <w:color w:val="FFFFFF"/>
                <w:sz w:val="15"/>
              </w:rPr>
              <w:t>Evaluator result</w:t>
            </w:r>
          </w:p>
        </w:tc>
      </w:tr>
      <w:tr w:rsidR="001D65CC" w:rsidRPr="00BD77DB" w14:paraId="10039A17" w14:textId="77777777" w:rsidTr="00EF73BA">
        <w:trPr>
          <w:cantSplit/>
          <w:jc w:val="center"/>
        </w:trPr>
        <w:tc>
          <w:tcPr>
            <w:tcW w:w="1884" w:type="pct"/>
            <w:shd w:val="clear" w:color="auto" w:fill="D9EAF7"/>
            <w:tcMar>
              <w:top w:w="70" w:type="dxa"/>
              <w:left w:w="80" w:type="dxa"/>
              <w:bottom w:w="70" w:type="dxa"/>
              <w:right w:w="80" w:type="dxa"/>
            </w:tcMar>
            <w:vAlign w:val="center"/>
          </w:tcPr>
          <w:p w14:paraId="3CA7638B" w14:textId="77777777" w:rsidR="001D65CC" w:rsidRPr="00BD77DB" w:rsidRDefault="003722FC">
            <w:r w:rsidRPr="00BD77DB">
              <w:rPr>
                <w:color w:val="1F1F1F"/>
                <w:sz w:val="15"/>
              </w:rPr>
              <w:t>Is the company operating within one or more applicable manufacturing or foundry-related thematic areas?</w:t>
            </w:r>
          </w:p>
        </w:tc>
        <w:tc>
          <w:tcPr>
            <w:tcW w:w="548" w:type="pct"/>
            <w:shd w:val="clear" w:color="auto" w:fill="F4F8FB"/>
            <w:tcMar>
              <w:top w:w="70" w:type="dxa"/>
              <w:left w:w="80" w:type="dxa"/>
              <w:bottom w:w="70" w:type="dxa"/>
              <w:right w:w="80" w:type="dxa"/>
            </w:tcMar>
            <w:vAlign w:val="center"/>
          </w:tcPr>
          <w:p w14:paraId="7CA293B9" w14:textId="77777777" w:rsidR="001D65CC" w:rsidRPr="00BD77DB" w:rsidRDefault="001D65CC">
            <w:pPr>
              <w:jc w:val="center"/>
            </w:pPr>
          </w:p>
        </w:tc>
        <w:tc>
          <w:tcPr>
            <w:tcW w:w="1062" w:type="pct"/>
            <w:shd w:val="clear" w:color="auto" w:fill="F4F8FB"/>
            <w:tcMar>
              <w:top w:w="70" w:type="dxa"/>
              <w:left w:w="80" w:type="dxa"/>
              <w:bottom w:w="70" w:type="dxa"/>
              <w:right w:w="80" w:type="dxa"/>
            </w:tcMar>
            <w:vAlign w:val="center"/>
          </w:tcPr>
          <w:p w14:paraId="040A244F" w14:textId="55C644C4" w:rsidR="001D65CC" w:rsidRPr="00BD77DB" w:rsidRDefault="001D65CC"/>
        </w:tc>
        <w:tc>
          <w:tcPr>
            <w:tcW w:w="959" w:type="pct"/>
            <w:shd w:val="clear" w:color="auto" w:fill="F4F8FB"/>
            <w:tcMar>
              <w:top w:w="70" w:type="dxa"/>
              <w:left w:w="80" w:type="dxa"/>
              <w:bottom w:w="70" w:type="dxa"/>
              <w:right w:w="80" w:type="dxa"/>
            </w:tcMar>
            <w:vAlign w:val="center"/>
          </w:tcPr>
          <w:p w14:paraId="141FA72B" w14:textId="1CBE90D0" w:rsidR="001D65CC" w:rsidRPr="00BD77DB" w:rsidRDefault="001D65CC"/>
        </w:tc>
        <w:tc>
          <w:tcPr>
            <w:tcW w:w="548" w:type="pct"/>
            <w:shd w:val="clear" w:color="auto" w:fill="E7E6E6"/>
            <w:tcMar>
              <w:top w:w="70" w:type="dxa"/>
              <w:left w:w="80" w:type="dxa"/>
              <w:bottom w:w="70" w:type="dxa"/>
              <w:right w:w="80" w:type="dxa"/>
            </w:tcMar>
            <w:vAlign w:val="center"/>
          </w:tcPr>
          <w:p w14:paraId="1D5CE681" w14:textId="77777777" w:rsidR="001D65CC" w:rsidRPr="00BD77DB" w:rsidRDefault="003722FC">
            <w:r w:rsidRPr="00BD77DB">
              <w:rPr>
                <w:color w:val="777777"/>
                <w:sz w:val="15"/>
              </w:rPr>
              <w:t>CSIR use only</w:t>
            </w:r>
          </w:p>
        </w:tc>
      </w:tr>
      <w:tr w:rsidR="001D65CC" w:rsidRPr="00BD77DB" w14:paraId="1126A890" w14:textId="77777777" w:rsidTr="00EF73BA">
        <w:trPr>
          <w:cantSplit/>
          <w:jc w:val="center"/>
        </w:trPr>
        <w:tc>
          <w:tcPr>
            <w:tcW w:w="1884" w:type="pct"/>
            <w:shd w:val="clear" w:color="auto" w:fill="D9EAF7"/>
            <w:tcMar>
              <w:top w:w="70" w:type="dxa"/>
              <w:left w:w="80" w:type="dxa"/>
              <w:bottom w:w="70" w:type="dxa"/>
              <w:right w:w="80" w:type="dxa"/>
            </w:tcMar>
            <w:vAlign w:val="center"/>
          </w:tcPr>
          <w:p w14:paraId="753B12CF" w14:textId="77777777" w:rsidR="001D65CC" w:rsidRPr="00BD77DB" w:rsidRDefault="003722FC">
            <w:r w:rsidRPr="00BD77DB">
              <w:rPr>
                <w:color w:val="1F1F1F"/>
                <w:sz w:val="15"/>
              </w:rPr>
              <w:t>Does the organisation provide engineering, manufacturing, or technical services supporting the advanced manufacturing sector?</w:t>
            </w:r>
          </w:p>
        </w:tc>
        <w:tc>
          <w:tcPr>
            <w:tcW w:w="548" w:type="pct"/>
            <w:shd w:val="clear" w:color="auto" w:fill="F4F8FB"/>
            <w:tcMar>
              <w:top w:w="70" w:type="dxa"/>
              <w:left w:w="80" w:type="dxa"/>
              <w:bottom w:w="70" w:type="dxa"/>
              <w:right w:w="80" w:type="dxa"/>
            </w:tcMar>
            <w:vAlign w:val="center"/>
          </w:tcPr>
          <w:p w14:paraId="764D80B6" w14:textId="77777777" w:rsidR="001D65CC" w:rsidRPr="00BD77DB" w:rsidRDefault="001D65CC">
            <w:pPr>
              <w:jc w:val="center"/>
            </w:pPr>
          </w:p>
        </w:tc>
        <w:tc>
          <w:tcPr>
            <w:tcW w:w="1062" w:type="pct"/>
            <w:shd w:val="clear" w:color="auto" w:fill="F4F8FB"/>
            <w:tcMar>
              <w:top w:w="70" w:type="dxa"/>
              <w:left w:w="80" w:type="dxa"/>
              <w:bottom w:w="70" w:type="dxa"/>
              <w:right w:w="80" w:type="dxa"/>
            </w:tcMar>
            <w:vAlign w:val="center"/>
          </w:tcPr>
          <w:p w14:paraId="164FCD84" w14:textId="3563D205" w:rsidR="001D65CC" w:rsidRPr="00BD77DB" w:rsidRDefault="001D65CC"/>
        </w:tc>
        <w:tc>
          <w:tcPr>
            <w:tcW w:w="959" w:type="pct"/>
            <w:shd w:val="clear" w:color="auto" w:fill="F4F8FB"/>
            <w:tcMar>
              <w:top w:w="70" w:type="dxa"/>
              <w:left w:w="80" w:type="dxa"/>
              <w:bottom w:w="70" w:type="dxa"/>
              <w:right w:w="80" w:type="dxa"/>
            </w:tcMar>
            <w:vAlign w:val="center"/>
          </w:tcPr>
          <w:p w14:paraId="0E8BFD20" w14:textId="3248FECD" w:rsidR="001D65CC" w:rsidRPr="00BD77DB" w:rsidRDefault="001D65CC"/>
        </w:tc>
        <w:tc>
          <w:tcPr>
            <w:tcW w:w="548" w:type="pct"/>
            <w:shd w:val="clear" w:color="auto" w:fill="E7E6E6"/>
            <w:tcMar>
              <w:top w:w="70" w:type="dxa"/>
              <w:left w:w="80" w:type="dxa"/>
              <w:bottom w:w="70" w:type="dxa"/>
              <w:right w:w="80" w:type="dxa"/>
            </w:tcMar>
            <w:vAlign w:val="center"/>
          </w:tcPr>
          <w:p w14:paraId="2B7A62A2" w14:textId="77777777" w:rsidR="001D65CC" w:rsidRPr="00BD77DB" w:rsidRDefault="003722FC">
            <w:r w:rsidRPr="00BD77DB">
              <w:rPr>
                <w:color w:val="777777"/>
                <w:sz w:val="15"/>
              </w:rPr>
              <w:t>CSIR use only</w:t>
            </w:r>
          </w:p>
        </w:tc>
      </w:tr>
      <w:tr w:rsidR="001D65CC" w:rsidRPr="00BD77DB" w14:paraId="00A54E07" w14:textId="77777777" w:rsidTr="00EF73BA">
        <w:trPr>
          <w:cantSplit/>
          <w:jc w:val="center"/>
        </w:trPr>
        <w:tc>
          <w:tcPr>
            <w:tcW w:w="1884" w:type="pct"/>
            <w:shd w:val="clear" w:color="auto" w:fill="D9EAF7"/>
            <w:tcMar>
              <w:top w:w="70" w:type="dxa"/>
              <w:left w:w="80" w:type="dxa"/>
              <w:bottom w:w="70" w:type="dxa"/>
              <w:right w:w="80" w:type="dxa"/>
            </w:tcMar>
            <w:vAlign w:val="center"/>
          </w:tcPr>
          <w:p w14:paraId="131D4946" w14:textId="77777777" w:rsidR="001D65CC" w:rsidRPr="00BD77DB" w:rsidRDefault="003722FC">
            <w:r w:rsidRPr="00BD77DB">
              <w:rPr>
                <w:color w:val="1F1F1F"/>
                <w:sz w:val="15"/>
              </w:rPr>
              <w:t>Does the organisation participate in the design, manufacture, integration, assembly, or supply of products, components, systems, or industrial services locally or internationally?</w:t>
            </w:r>
          </w:p>
        </w:tc>
        <w:tc>
          <w:tcPr>
            <w:tcW w:w="548" w:type="pct"/>
            <w:shd w:val="clear" w:color="auto" w:fill="F4F8FB"/>
            <w:tcMar>
              <w:top w:w="70" w:type="dxa"/>
              <w:left w:w="80" w:type="dxa"/>
              <w:bottom w:w="70" w:type="dxa"/>
              <w:right w:w="80" w:type="dxa"/>
            </w:tcMar>
            <w:vAlign w:val="center"/>
          </w:tcPr>
          <w:p w14:paraId="6590B54E" w14:textId="77777777" w:rsidR="001D65CC" w:rsidRPr="00BD77DB" w:rsidRDefault="001D65CC">
            <w:pPr>
              <w:jc w:val="center"/>
            </w:pPr>
          </w:p>
        </w:tc>
        <w:tc>
          <w:tcPr>
            <w:tcW w:w="1062" w:type="pct"/>
            <w:shd w:val="clear" w:color="auto" w:fill="F4F8FB"/>
            <w:tcMar>
              <w:top w:w="70" w:type="dxa"/>
              <w:left w:w="80" w:type="dxa"/>
              <w:bottom w:w="70" w:type="dxa"/>
              <w:right w:w="80" w:type="dxa"/>
            </w:tcMar>
            <w:vAlign w:val="center"/>
          </w:tcPr>
          <w:p w14:paraId="7B8857FC" w14:textId="3C81B4DF" w:rsidR="001D65CC" w:rsidRPr="00BD77DB" w:rsidRDefault="001D65CC"/>
        </w:tc>
        <w:tc>
          <w:tcPr>
            <w:tcW w:w="959" w:type="pct"/>
            <w:shd w:val="clear" w:color="auto" w:fill="F4F8FB"/>
            <w:tcMar>
              <w:top w:w="70" w:type="dxa"/>
              <w:left w:w="80" w:type="dxa"/>
              <w:bottom w:w="70" w:type="dxa"/>
              <w:right w:w="80" w:type="dxa"/>
            </w:tcMar>
            <w:vAlign w:val="center"/>
          </w:tcPr>
          <w:p w14:paraId="38A458E8" w14:textId="517CD199" w:rsidR="001D65CC" w:rsidRPr="00BD77DB" w:rsidRDefault="001D65CC"/>
        </w:tc>
        <w:tc>
          <w:tcPr>
            <w:tcW w:w="548" w:type="pct"/>
            <w:shd w:val="clear" w:color="auto" w:fill="E7E6E6"/>
            <w:tcMar>
              <w:top w:w="70" w:type="dxa"/>
              <w:left w:w="80" w:type="dxa"/>
              <w:bottom w:w="70" w:type="dxa"/>
              <w:right w:w="80" w:type="dxa"/>
            </w:tcMar>
            <w:vAlign w:val="center"/>
          </w:tcPr>
          <w:p w14:paraId="13F38796" w14:textId="77777777" w:rsidR="001D65CC" w:rsidRPr="00BD77DB" w:rsidRDefault="003722FC">
            <w:r w:rsidRPr="00BD77DB">
              <w:rPr>
                <w:color w:val="777777"/>
                <w:sz w:val="15"/>
              </w:rPr>
              <w:t>CSIR use only</w:t>
            </w:r>
          </w:p>
        </w:tc>
      </w:tr>
      <w:tr w:rsidR="001D65CC" w:rsidRPr="00BD77DB" w14:paraId="4579F2E4" w14:textId="77777777" w:rsidTr="00EF73BA">
        <w:trPr>
          <w:cantSplit/>
          <w:jc w:val="center"/>
        </w:trPr>
        <w:tc>
          <w:tcPr>
            <w:tcW w:w="1884" w:type="pct"/>
            <w:shd w:val="clear" w:color="auto" w:fill="D9EAF7"/>
            <w:tcMar>
              <w:top w:w="70" w:type="dxa"/>
              <w:left w:w="80" w:type="dxa"/>
              <w:bottom w:w="70" w:type="dxa"/>
              <w:right w:w="80" w:type="dxa"/>
            </w:tcMar>
            <w:vAlign w:val="center"/>
          </w:tcPr>
          <w:p w14:paraId="60AF0F6C" w14:textId="77777777" w:rsidR="001D65CC" w:rsidRPr="00BD77DB" w:rsidRDefault="003722FC">
            <w:r w:rsidRPr="00BD77DB">
              <w:rPr>
                <w:color w:val="1F1F1F"/>
                <w:sz w:val="15"/>
              </w:rPr>
              <w:t>Does the organisation have access to manufacturing, foundry, design, testing, or engineering facilities (owned, leased, or subcontracted)?</w:t>
            </w:r>
          </w:p>
        </w:tc>
        <w:tc>
          <w:tcPr>
            <w:tcW w:w="548" w:type="pct"/>
            <w:shd w:val="clear" w:color="auto" w:fill="F4F8FB"/>
            <w:tcMar>
              <w:top w:w="70" w:type="dxa"/>
              <w:left w:w="80" w:type="dxa"/>
              <w:bottom w:w="70" w:type="dxa"/>
              <w:right w:w="80" w:type="dxa"/>
            </w:tcMar>
            <w:vAlign w:val="center"/>
          </w:tcPr>
          <w:p w14:paraId="36EF9ADF" w14:textId="77777777" w:rsidR="001D65CC" w:rsidRPr="00BD77DB" w:rsidRDefault="001D65CC">
            <w:pPr>
              <w:jc w:val="center"/>
            </w:pPr>
          </w:p>
        </w:tc>
        <w:tc>
          <w:tcPr>
            <w:tcW w:w="1062" w:type="pct"/>
            <w:shd w:val="clear" w:color="auto" w:fill="F4F8FB"/>
            <w:tcMar>
              <w:top w:w="70" w:type="dxa"/>
              <w:left w:w="80" w:type="dxa"/>
              <w:bottom w:w="70" w:type="dxa"/>
              <w:right w:w="80" w:type="dxa"/>
            </w:tcMar>
            <w:vAlign w:val="center"/>
          </w:tcPr>
          <w:p w14:paraId="21152CE3" w14:textId="68196D03" w:rsidR="001D65CC" w:rsidRPr="00BD77DB" w:rsidRDefault="001D65CC"/>
        </w:tc>
        <w:tc>
          <w:tcPr>
            <w:tcW w:w="959" w:type="pct"/>
            <w:shd w:val="clear" w:color="auto" w:fill="F4F8FB"/>
            <w:tcMar>
              <w:top w:w="70" w:type="dxa"/>
              <w:left w:w="80" w:type="dxa"/>
              <w:bottom w:w="70" w:type="dxa"/>
              <w:right w:w="80" w:type="dxa"/>
            </w:tcMar>
            <w:vAlign w:val="center"/>
          </w:tcPr>
          <w:p w14:paraId="4467CC11" w14:textId="5704A421" w:rsidR="001D65CC" w:rsidRPr="00BD77DB" w:rsidRDefault="001D65CC"/>
        </w:tc>
        <w:tc>
          <w:tcPr>
            <w:tcW w:w="548" w:type="pct"/>
            <w:shd w:val="clear" w:color="auto" w:fill="E7E6E6"/>
            <w:tcMar>
              <w:top w:w="70" w:type="dxa"/>
              <w:left w:w="80" w:type="dxa"/>
              <w:bottom w:w="70" w:type="dxa"/>
              <w:right w:w="80" w:type="dxa"/>
            </w:tcMar>
            <w:vAlign w:val="center"/>
          </w:tcPr>
          <w:p w14:paraId="5D0C8C94" w14:textId="77777777" w:rsidR="001D65CC" w:rsidRPr="00BD77DB" w:rsidRDefault="003722FC">
            <w:r w:rsidRPr="00BD77DB">
              <w:rPr>
                <w:color w:val="777777"/>
                <w:sz w:val="15"/>
              </w:rPr>
              <w:t>CSIR use only</w:t>
            </w:r>
          </w:p>
        </w:tc>
      </w:tr>
      <w:tr w:rsidR="001D65CC" w:rsidRPr="00BD77DB" w14:paraId="5904A22B" w14:textId="77777777" w:rsidTr="00EF73BA">
        <w:trPr>
          <w:cantSplit/>
          <w:jc w:val="center"/>
        </w:trPr>
        <w:tc>
          <w:tcPr>
            <w:tcW w:w="1884" w:type="pct"/>
            <w:shd w:val="clear" w:color="auto" w:fill="D9EAF7"/>
            <w:tcMar>
              <w:top w:w="70" w:type="dxa"/>
              <w:left w:w="80" w:type="dxa"/>
              <w:bottom w:w="70" w:type="dxa"/>
              <w:right w:w="80" w:type="dxa"/>
            </w:tcMar>
            <w:vAlign w:val="center"/>
          </w:tcPr>
          <w:p w14:paraId="7267E898" w14:textId="77777777" w:rsidR="001D65CC" w:rsidRPr="00BD77DB" w:rsidRDefault="003722FC">
            <w:r w:rsidRPr="00BD77DB">
              <w:rPr>
                <w:color w:val="1F1F1F"/>
                <w:sz w:val="15"/>
              </w:rPr>
              <w:t>Does the organisation demonstrate capability in product design, casting development, manufacturing engineering, or industrialisation activities?</w:t>
            </w:r>
          </w:p>
        </w:tc>
        <w:tc>
          <w:tcPr>
            <w:tcW w:w="548" w:type="pct"/>
            <w:shd w:val="clear" w:color="auto" w:fill="F4F8FB"/>
            <w:tcMar>
              <w:top w:w="70" w:type="dxa"/>
              <w:left w:w="80" w:type="dxa"/>
              <w:bottom w:w="70" w:type="dxa"/>
              <w:right w:w="80" w:type="dxa"/>
            </w:tcMar>
            <w:vAlign w:val="center"/>
          </w:tcPr>
          <w:p w14:paraId="17531245" w14:textId="77777777" w:rsidR="001D65CC" w:rsidRPr="00BD77DB" w:rsidRDefault="001D65CC">
            <w:pPr>
              <w:jc w:val="center"/>
            </w:pPr>
          </w:p>
        </w:tc>
        <w:tc>
          <w:tcPr>
            <w:tcW w:w="1062" w:type="pct"/>
            <w:shd w:val="clear" w:color="auto" w:fill="F4F8FB"/>
            <w:tcMar>
              <w:top w:w="70" w:type="dxa"/>
              <w:left w:w="80" w:type="dxa"/>
              <w:bottom w:w="70" w:type="dxa"/>
              <w:right w:w="80" w:type="dxa"/>
            </w:tcMar>
            <w:vAlign w:val="center"/>
          </w:tcPr>
          <w:p w14:paraId="68F0AF11" w14:textId="41151B15" w:rsidR="001D65CC" w:rsidRPr="00BD77DB" w:rsidRDefault="001D65CC"/>
        </w:tc>
        <w:tc>
          <w:tcPr>
            <w:tcW w:w="959" w:type="pct"/>
            <w:shd w:val="clear" w:color="auto" w:fill="F4F8FB"/>
            <w:tcMar>
              <w:top w:w="70" w:type="dxa"/>
              <w:left w:w="80" w:type="dxa"/>
              <w:bottom w:w="70" w:type="dxa"/>
              <w:right w:w="80" w:type="dxa"/>
            </w:tcMar>
            <w:vAlign w:val="center"/>
          </w:tcPr>
          <w:p w14:paraId="7478FC62" w14:textId="327802ED" w:rsidR="001D65CC" w:rsidRPr="00BD77DB" w:rsidRDefault="001D65CC"/>
        </w:tc>
        <w:tc>
          <w:tcPr>
            <w:tcW w:w="548" w:type="pct"/>
            <w:shd w:val="clear" w:color="auto" w:fill="E7E6E6"/>
            <w:tcMar>
              <w:top w:w="70" w:type="dxa"/>
              <w:left w:w="80" w:type="dxa"/>
              <w:bottom w:w="70" w:type="dxa"/>
              <w:right w:w="80" w:type="dxa"/>
            </w:tcMar>
            <w:vAlign w:val="center"/>
          </w:tcPr>
          <w:p w14:paraId="60773A4E" w14:textId="77777777" w:rsidR="001D65CC" w:rsidRPr="00BD77DB" w:rsidRDefault="003722FC">
            <w:r w:rsidRPr="00BD77DB">
              <w:rPr>
                <w:color w:val="777777"/>
                <w:sz w:val="15"/>
              </w:rPr>
              <w:t>CSIR use only</w:t>
            </w:r>
          </w:p>
        </w:tc>
      </w:tr>
      <w:tr w:rsidR="001D65CC" w:rsidRPr="00BD77DB" w14:paraId="1207E500" w14:textId="77777777" w:rsidTr="00EF73BA">
        <w:trPr>
          <w:cantSplit/>
          <w:jc w:val="center"/>
        </w:trPr>
        <w:tc>
          <w:tcPr>
            <w:tcW w:w="1884" w:type="pct"/>
            <w:shd w:val="clear" w:color="auto" w:fill="D9EAF7"/>
            <w:tcMar>
              <w:top w:w="70" w:type="dxa"/>
              <w:left w:w="80" w:type="dxa"/>
              <w:bottom w:w="70" w:type="dxa"/>
              <w:right w:w="80" w:type="dxa"/>
            </w:tcMar>
            <w:vAlign w:val="center"/>
          </w:tcPr>
          <w:p w14:paraId="21CE31AD" w14:textId="77777777" w:rsidR="001D65CC" w:rsidRPr="00BD77DB" w:rsidRDefault="003722FC">
            <w:r w:rsidRPr="00BD77DB">
              <w:rPr>
                <w:color w:val="1F1F1F"/>
                <w:sz w:val="15"/>
              </w:rPr>
              <w:t>If a non-SMME, does the organisation support or develop SMMEs within its supplier or manufacturing value chain?</w:t>
            </w:r>
          </w:p>
        </w:tc>
        <w:tc>
          <w:tcPr>
            <w:tcW w:w="548" w:type="pct"/>
            <w:shd w:val="clear" w:color="auto" w:fill="F4F8FB"/>
            <w:tcMar>
              <w:top w:w="70" w:type="dxa"/>
              <w:left w:w="80" w:type="dxa"/>
              <w:bottom w:w="70" w:type="dxa"/>
              <w:right w:w="80" w:type="dxa"/>
            </w:tcMar>
            <w:vAlign w:val="center"/>
          </w:tcPr>
          <w:p w14:paraId="7E547C75" w14:textId="77777777" w:rsidR="001D65CC" w:rsidRPr="00BD77DB" w:rsidRDefault="001D65CC">
            <w:pPr>
              <w:jc w:val="center"/>
            </w:pPr>
          </w:p>
        </w:tc>
        <w:tc>
          <w:tcPr>
            <w:tcW w:w="1062" w:type="pct"/>
            <w:shd w:val="clear" w:color="auto" w:fill="F4F8FB"/>
            <w:tcMar>
              <w:top w:w="70" w:type="dxa"/>
              <w:left w:w="80" w:type="dxa"/>
              <w:bottom w:w="70" w:type="dxa"/>
              <w:right w:w="80" w:type="dxa"/>
            </w:tcMar>
            <w:vAlign w:val="center"/>
          </w:tcPr>
          <w:p w14:paraId="0A3780B4" w14:textId="25ADE7B9" w:rsidR="001D65CC" w:rsidRPr="00BD77DB" w:rsidRDefault="001D65CC"/>
        </w:tc>
        <w:tc>
          <w:tcPr>
            <w:tcW w:w="959" w:type="pct"/>
            <w:shd w:val="clear" w:color="auto" w:fill="F4F8FB"/>
            <w:tcMar>
              <w:top w:w="70" w:type="dxa"/>
              <w:left w:w="80" w:type="dxa"/>
              <w:bottom w:w="70" w:type="dxa"/>
              <w:right w:w="80" w:type="dxa"/>
            </w:tcMar>
            <w:vAlign w:val="center"/>
          </w:tcPr>
          <w:p w14:paraId="0E5137F6" w14:textId="61BCDE6D" w:rsidR="001D65CC" w:rsidRPr="00BD77DB" w:rsidRDefault="001D65CC"/>
        </w:tc>
        <w:tc>
          <w:tcPr>
            <w:tcW w:w="548" w:type="pct"/>
            <w:shd w:val="clear" w:color="auto" w:fill="E7E6E6"/>
            <w:tcMar>
              <w:top w:w="70" w:type="dxa"/>
              <w:left w:w="80" w:type="dxa"/>
              <w:bottom w:w="70" w:type="dxa"/>
              <w:right w:w="80" w:type="dxa"/>
            </w:tcMar>
            <w:vAlign w:val="center"/>
          </w:tcPr>
          <w:p w14:paraId="5CDC7F2E" w14:textId="77777777" w:rsidR="001D65CC" w:rsidRPr="00BD77DB" w:rsidRDefault="003722FC">
            <w:r w:rsidRPr="00BD77DB">
              <w:rPr>
                <w:color w:val="777777"/>
                <w:sz w:val="15"/>
              </w:rPr>
              <w:t>CSIR use only</w:t>
            </w:r>
          </w:p>
        </w:tc>
      </w:tr>
    </w:tbl>
    <w:p w14:paraId="53E8E9F2" w14:textId="3D7D9648" w:rsidR="001D65CC" w:rsidRPr="00BD77DB" w:rsidRDefault="003722FC" w:rsidP="000F030F">
      <w:pPr>
        <w:pStyle w:val="Heading2"/>
      </w:pPr>
      <w:r w:rsidRPr="00BD77DB">
        <w:t>Summary of technical capability</w:t>
      </w:r>
    </w:p>
    <w:p w14:paraId="2963C48E" w14:textId="77777777" w:rsidR="001D65CC" w:rsidRPr="00BD77DB" w:rsidRDefault="003722FC">
      <w:pPr>
        <w:spacing w:after="60" w:line="252" w:lineRule="auto"/>
      </w:pPr>
      <w:r w:rsidRPr="00BD77DB">
        <w:t>In no more than 300 words, summarise the organisation’s strongest capabilities relevant to product design, casting development, manufacturing engineering, prototyping, testing, process optimisation, industrialisation and localisation.</w:t>
      </w:r>
    </w:p>
    <w:tbl>
      <w:tblPr>
        <w:tblStyle w:val="TableGrid"/>
        <w:tblW w:w="5000" w:type="pct"/>
        <w:jc w:val="center"/>
        <w:tblLook w:val="04A0" w:firstRow="1" w:lastRow="0" w:firstColumn="1" w:lastColumn="0" w:noHBand="0" w:noVBand="1"/>
      </w:tblPr>
      <w:tblGrid>
        <w:gridCol w:w="11266"/>
      </w:tblGrid>
      <w:tr w:rsidR="001D65CC" w:rsidRPr="00BD77DB" w14:paraId="6589E0C8" w14:textId="77777777" w:rsidTr="00EF73BA">
        <w:trPr>
          <w:cantSplit/>
          <w:jc w:val="center"/>
        </w:trPr>
        <w:tc>
          <w:tcPr>
            <w:tcW w:w="5000" w:type="pct"/>
            <w:shd w:val="clear" w:color="auto" w:fill="F4F8FB"/>
            <w:tcMar>
              <w:top w:w="70" w:type="dxa"/>
              <w:left w:w="80" w:type="dxa"/>
              <w:bottom w:w="70" w:type="dxa"/>
              <w:right w:w="80" w:type="dxa"/>
            </w:tcMar>
            <w:vAlign w:val="center"/>
          </w:tcPr>
          <w:p w14:paraId="737834AE" w14:textId="77777777" w:rsidR="001D65CC" w:rsidRPr="00BD77DB" w:rsidRDefault="003722FC">
            <w:r w:rsidRPr="00BD77DB">
              <w:rPr>
                <w:color w:val="666666"/>
                <w:sz w:val="18"/>
              </w:rPr>
              <w:t>[Maximum 300 words]</w:t>
            </w:r>
            <w:r w:rsidRPr="00BD77DB">
              <w:br/>
            </w:r>
            <w:r w:rsidRPr="00BD77DB">
              <w:br/>
            </w:r>
            <w:r w:rsidRPr="00BD77DB">
              <w:br/>
            </w:r>
            <w:r w:rsidRPr="00BD77DB">
              <w:br/>
            </w:r>
          </w:p>
        </w:tc>
      </w:tr>
    </w:tbl>
    <w:p w14:paraId="7581564F" w14:textId="091E680E" w:rsidR="001D65CC" w:rsidRPr="00BD77DB" w:rsidRDefault="003722FC" w:rsidP="000F030F">
      <w:pPr>
        <w:pStyle w:val="Heading2"/>
      </w:pPr>
      <w:r w:rsidRPr="00BD77DB">
        <w:t>Proposed contribution to the programme</w:t>
      </w:r>
    </w:p>
    <w:p w14:paraId="7DD905FD" w14:textId="77777777" w:rsidR="001D65CC" w:rsidRPr="00BD77DB" w:rsidRDefault="003722FC">
      <w:pPr>
        <w:spacing w:after="60" w:line="252" w:lineRule="auto"/>
      </w:pPr>
      <w:r w:rsidRPr="00BD77DB">
        <w:t>Describe the specific product development, casting, manufacturing, engineering or industrialisation activities the organisation proposes to contribute. State the expected role, facilities, personnel and value added.</w:t>
      </w:r>
    </w:p>
    <w:tbl>
      <w:tblPr>
        <w:tblStyle w:val="TableGrid"/>
        <w:tblW w:w="5000" w:type="pct"/>
        <w:jc w:val="center"/>
        <w:tblLook w:val="04A0" w:firstRow="1" w:lastRow="0" w:firstColumn="1" w:lastColumn="0" w:noHBand="0" w:noVBand="1"/>
      </w:tblPr>
      <w:tblGrid>
        <w:gridCol w:w="11266"/>
      </w:tblGrid>
      <w:tr w:rsidR="001D65CC" w:rsidRPr="00BD77DB" w14:paraId="4C513114" w14:textId="77777777" w:rsidTr="00EF73BA">
        <w:trPr>
          <w:cantSplit/>
          <w:jc w:val="center"/>
        </w:trPr>
        <w:tc>
          <w:tcPr>
            <w:tcW w:w="5000" w:type="pct"/>
            <w:shd w:val="clear" w:color="auto" w:fill="F4F8FB"/>
            <w:tcMar>
              <w:top w:w="70" w:type="dxa"/>
              <w:left w:w="80" w:type="dxa"/>
              <w:bottom w:w="70" w:type="dxa"/>
              <w:right w:w="80" w:type="dxa"/>
            </w:tcMar>
            <w:vAlign w:val="center"/>
          </w:tcPr>
          <w:p w14:paraId="09C7AD54" w14:textId="77777777" w:rsidR="001D65CC" w:rsidRPr="00BD77DB" w:rsidRDefault="003722FC">
            <w:r w:rsidRPr="00BD77DB">
              <w:rPr>
                <w:color w:val="666666"/>
                <w:sz w:val="18"/>
              </w:rPr>
              <w:lastRenderedPageBreak/>
              <w:t>[Maximum 300 words]</w:t>
            </w:r>
            <w:r w:rsidRPr="00BD77DB">
              <w:br/>
            </w:r>
            <w:r w:rsidRPr="00BD77DB">
              <w:br/>
            </w:r>
            <w:r w:rsidRPr="00BD77DB">
              <w:br/>
            </w:r>
            <w:r w:rsidRPr="00BD77DB">
              <w:br/>
            </w:r>
          </w:p>
        </w:tc>
      </w:tr>
    </w:tbl>
    <w:p w14:paraId="61D4A3A1" w14:textId="77777777" w:rsidR="001D65CC" w:rsidRPr="00BD77DB" w:rsidRDefault="003722FC">
      <w:r w:rsidRPr="00BD77DB">
        <w:br w:type="page"/>
      </w:r>
    </w:p>
    <w:p w14:paraId="35964FC0" w14:textId="4D0D6185" w:rsidR="001D65CC" w:rsidRPr="00BD77DB" w:rsidRDefault="003722FC" w:rsidP="000F030F">
      <w:pPr>
        <w:pStyle w:val="Heading1"/>
      </w:pPr>
      <w:r w:rsidRPr="00BD77DB">
        <w:lastRenderedPageBreak/>
        <w:t>Differentiation Evaluation Responses</w:t>
      </w:r>
    </w:p>
    <w:p w14:paraId="627E40AE" w14:textId="77777777" w:rsidR="001D65CC" w:rsidRPr="00BD77DB" w:rsidRDefault="003722FC">
      <w:pPr>
        <w:spacing w:after="60" w:line="252" w:lineRule="auto"/>
      </w:pPr>
      <w:r w:rsidRPr="00BD77DB">
        <w:t>The following sections mirror the differentiation evaluation factors in the EoI. Complete each section and provide evidence that allows an evaluator to assign the prescribed score. The final weighted score is calculated as: (score ÷ 10) × applicable weight. The minimum total weighted score is 65/100.</w:t>
      </w:r>
    </w:p>
    <w:tbl>
      <w:tblPr>
        <w:tblStyle w:val="TableGrid"/>
        <w:tblW w:w="5000" w:type="pct"/>
        <w:jc w:val="center"/>
        <w:tblLook w:val="04A0" w:firstRow="1" w:lastRow="0" w:firstColumn="1" w:lastColumn="0" w:noHBand="0" w:noVBand="1"/>
      </w:tblPr>
      <w:tblGrid>
        <w:gridCol w:w="8138"/>
        <w:gridCol w:w="1564"/>
        <w:gridCol w:w="1564"/>
      </w:tblGrid>
      <w:tr w:rsidR="001D65CC" w:rsidRPr="00BD77DB" w14:paraId="72E76BC8" w14:textId="77777777" w:rsidTr="00EF73BA">
        <w:trPr>
          <w:jc w:val="center"/>
        </w:trPr>
        <w:tc>
          <w:tcPr>
            <w:tcW w:w="3611" w:type="pct"/>
            <w:shd w:val="clear" w:color="auto" w:fill="1F4E79"/>
            <w:tcMar>
              <w:top w:w="70" w:type="dxa"/>
              <w:left w:w="80" w:type="dxa"/>
              <w:bottom w:w="70" w:type="dxa"/>
              <w:right w:w="80" w:type="dxa"/>
            </w:tcMar>
            <w:vAlign w:val="center"/>
          </w:tcPr>
          <w:p w14:paraId="20843B70" w14:textId="77777777" w:rsidR="001D65CC" w:rsidRPr="00BD77DB" w:rsidRDefault="003722FC">
            <w:pPr>
              <w:jc w:val="center"/>
            </w:pPr>
            <w:r w:rsidRPr="00BD77DB">
              <w:rPr>
                <w:b/>
                <w:color w:val="FFFFFF"/>
                <w:sz w:val="16"/>
              </w:rPr>
              <w:t>Differentiation factor</w:t>
            </w:r>
          </w:p>
        </w:tc>
        <w:tc>
          <w:tcPr>
            <w:tcW w:w="694" w:type="pct"/>
            <w:shd w:val="clear" w:color="auto" w:fill="1F4E79"/>
            <w:tcMar>
              <w:top w:w="70" w:type="dxa"/>
              <w:left w:w="80" w:type="dxa"/>
              <w:bottom w:w="70" w:type="dxa"/>
              <w:right w:w="80" w:type="dxa"/>
            </w:tcMar>
            <w:vAlign w:val="center"/>
          </w:tcPr>
          <w:p w14:paraId="0BE90491" w14:textId="77777777" w:rsidR="001D65CC" w:rsidRPr="00BD77DB" w:rsidRDefault="003722FC">
            <w:pPr>
              <w:jc w:val="center"/>
            </w:pPr>
            <w:r w:rsidRPr="00BD77DB">
              <w:rPr>
                <w:b/>
                <w:color w:val="FFFFFF"/>
                <w:sz w:val="16"/>
              </w:rPr>
              <w:t>Non-SMME weight (%)</w:t>
            </w:r>
          </w:p>
        </w:tc>
        <w:tc>
          <w:tcPr>
            <w:tcW w:w="694" w:type="pct"/>
            <w:shd w:val="clear" w:color="auto" w:fill="1F4E79"/>
            <w:tcMar>
              <w:top w:w="70" w:type="dxa"/>
              <w:left w:w="80" w:type="dxa"/>
              <w:bottom w:w="70" w:type="dxa"/>
              <w:right w:w="80" w:type="dxa"/>
            </w:tcMar>
            <w:vAlign w:val="center"/>
          </w:tcPr>
          <w:p w14:paraId="0560F018" w14:textId="77777777" w:rsidR="001D65CC" w:rsidRPr="00BD77DB" w:rsidRDefault="003722FC">
            <w:pPr>
              <w:jc w:val="center"/>
            </w:pPr>
            <w:r w:rsidRPr="00BD77DB">
              <w:rPr>
                <w:b/>
                <w:color w:val="FFFFFF"/>
                <w:sz w:val="16"/>
              </w:rPr>
              <w:t>SMME weight (%)</w:t>
            </w:r>
          </w:p>
        </w:tc>
      </w:tr>
      <w:tr w:rsidR="001D65CC" w:rsidRPr="00BD77DB" w14:paraId="2436FD9A" w14:textId="77777777" w:rsidTr="00EF73BA">
        <w:trPr>
          <w:jc w:val="center"/>
        </w:trPr>
        <w:tc>
          <w:tcPr>
            <w:tcW w:w="3611" w:type="pct"/>
            <w:shd w:val="clear" w:color="auto" w:fill="D9EAF7"/>
            <w:tcMar>
              <w:top w:w="70" w:type="dxa"/>
              <w:left w:w="80" w:type="dxa"/>
              <w:bottom w:w="70" w:type="dxa"/>
              <w:right w:w="80" w:type="dxa"/>
            </w:tcMar>
            <w:vAlign w:val="center"/>
          </w:tcPr>
          <w:p w14:paraId="331ED829" w14:textId="77777777" w:rsidR="001D65CC" w:rsidRPr="00BD77DB" w:rsidRDefault="003722FC">
            <w:r w:rsidRPr="00BD77DB">
              <w:rPr>
                <w:color w:val="1F1F1F"/>
                <w:sz w:val="16"/>
              </w:rPr>
              <w:t>5.1 Experience in casting, manufacturing, product development or advanced manufacturing</w:t>
            </w:r>
          </w:p>
        </w:tc>
        <w:tc>
          <w:tcPr>
            <w:tcW w:w="694" w:type="pct"/>
            <w:tcMar>
              <w:top w:w="70" w:type="dxa"/>
              <w:left w:w="80" w:type="dxa"/>
              <w:bottom w:w="70" w:type="dxa"/>
              <w:right w:w="80" w:type="dxa"/>
            </w:tcMar>
            <w:vAlign w:val="center"/>
          </w:tcPr>
          <w:p w14:paraId="41576427" w14:textId="77777777" w:rsidR="001D65CC" w:rsidRPr="00BD77DB" w:rsidRDefault="003722FC">
            <w:pPr>
              <w:jc w:val="center"/>
            </w:pPr>
            <w:r w:rsidRPr="00BD77DB">
              <w:rPr>
                <w:color w:val="1F1F1F"/>
                <w:sz w:val="16"/>
              </w:rPr>
              <w:t>10</w:t>
            </w:r>
          </w:p>
        </w:tc>
        <w:tc>
          <w:tcPr>
            <w:tcW w:w="694" w:type="pct"/>
            <w:tcMar>
              <w:top w:w="70" w:type="dxa"/>
              <w:left w:w="80" w:type="dxa"/>
              <w:bottom w:w="70" w:type="dxa"/>
              <w:right w:w="80" w:type="dxa"/>
            </w:tcMar>
            <w:vAlign w:val="center"/>
          </w:tcPr>
          <w:p w14:paraId="50A9FC0A" w14:textId="77777777" w:rsidR="001D65CC" w:rsidRPr="00BD77DB" w:rsidRDefault="003722FC">
            <w:pPr>
              <w:jc w:val="center"/>
            </w:pPr>
            <w:r w:rsidRPr="00BD77DB">
              <w:rPr>
                <w:color w:val="1F1F1F"/>
                <w:sz w:val="16"/>
              </w:rPr>
              <w:t>10</w:t>
            </w:r>
          </w:p>
        </w:tc>
      </w:tr>
      <w:tr w:rsidR="001D65CC" w:rsidRPr="00BD77DB" w14:paraId="616B1A2B" w14:textId="77777777" w:rsidTr="00EF73BA">
        <w:trPr>
          <w:jc w:val="center"/>
        </w:trPr>
        <w:tc>
          <w:tcPr>
            <w:tcW w:w="3611" w:type="pct"/>
            <w:shd w:val="clear" w:color="auto" w:fill="D9EAF7"/>
            <w:tcMar>
              <w:top w:w="70" w:type="dxa"/>
              <w:left w:w="80" w:type="dxa"/>
              <w:bottom w:w="70" w:type="dxa"/>
              <w:right w:w="80" w:type="dxa"/>
            </w:tcMar>
            <w:vAlign w:val="center"/>
          </w:tcPr>
          <w:p w14:paraId="6CABBAFC" w14:textId="77777777" w:rsidR="001D65CC" w:rsidRPr="00BD77DB" w:rsidRDefault="003722FC">
            <w:r w:rsidRPr="00BD77DB">
              <w:rPr>
                <w:color w:val="1F1F1F"/>
                <w:sz w:val="16"/>
              </w:rPr>
              <w:t>5.2 Product design and engineering capability</w:t>
            </w:r>
          </w:p>
        </w:tc>
        <w:tc>
          <w:tcPr>
            <w:tcW w:w="694" w:type="pct"/>
            <w:tcMar>
              <w:top w:w="70" w:type="dxa"/>
              <w:left w:w="80" w:type="dxa"/>
              <w:bottom w:w="70" w:type="dxa"/>
              <w:right w:w="80" w:type="dxa"/>
            </w:tcMar>
            <w:vAlign w:val="center"/>
          </w:tcPr>
          <w:p w14:paraId="13313EAD" w14:textId="77777777" w:rsidR="001D65CC" w:rsidRPr="00BD77DB" w:rsidRDefault="003722FC">
            <w:pPr>
              <w:jc w:val="center"/>
            </w:pPr>
            <w:r w:rsidRPr="00BD77DB">
              <w:rPr>
                <w:color w:val="1F1F1F"/>
                <w:sz w:val="16"/>
              </w:rPr>
              <w:t>10</w:t>
            </w:r>
          </w:p>
        </w:tc>
        <w:tc>
          <w:tcPr>
            <w:tcW w:w="694" w:type="pct"/>
            <w:tcMar>
              <w:top w:w="70" w:type="dxa"/>
              <w:left w:w="80" w:type="dxa"/>
              <w:bottom w:w="70" w:type="dxa"/>
              <w:right w:w="80" w:type="dxa"/>
            </w:tcMar>
            <w:vAlign w:val="center"/>
          </w:tcPr>
          <w:p w14:paraId="633E2054" w14:textId="77777777" w:rsidR="001D65CC" w:rsidRPr="00BD77DB" w:rsidRDefault="003722FC">
            <w:pPr>
              <w:jc w:val="center"/>
            </w:pPr>
            <w:r w:rsidRPr="00BD77DB">
              <w:rPr>
                <w:color w:val="1F1F1F"/>
                <w:sz w:val="16"/>
              </w:rPr>
              <w:t>10</w:t>
            </w:r>
          </w:p>
        </w:tc>
      </w:tr>
      <w:tr w:rsidR="001D65CC" w:rsidRPr="00BD77DB" w14:paraId="617F7B54" w14:textId="77777777" w:rsidTr="00EF73BA">
        <w:trPr>
          <w:jc w:val="center"/>
        </w:trPr>
        <w:tc>
          <w:tcPr>
            <w:tcW w:w="3611" w:type="pct"/>
            <w:shd w:val="clear" w:color="auto" w:fill="D9EAF7"/>
            <w:tcMar>
              <w:top w:w="70" w:type="dxa"/>
              <w:left w:w="80" w:type="dxa"/>
              <w:bottom w:w="70" w:type="dxa"/>
              <w:right w:w="80" w:type="dxa"/>
            </w:tcMar>
            <w:vAlign w:val="center"/>
          </w:tcPr>
          <w:p w14:paraId="64D7D3C9" w14:textId="77777777" w:rsidR="001D65CC" w:rsidRPr="00BD77DB" w:rsidRDefault="003722FC">
            <w:r w:rsidRPr="00BD77DB">
              <w:rPr>
                <w:color w:val="1F1F1F"/>
                <w:sz w:val="16"/>
              </w:rPr>
              <w:t>5.3 Percentage black ownership</w:t>
            </w:r>
          </w:p>
        </w:tc>
        <w:tc>
          <w:tcPr>
            <w:tcW w:w="694" w:type="pct"/>
            <w:tcMar>
              <w:top w:w="70" w:type="dxa"/>
              <w:left w:w="80" w:type="dxa"/>
              <w:bottom w:w="70" w:type="dxa"/>
              <w:right w:w="80" w:type="dxa"/>
            </w:tcMar>
            <w:vAlign w:val="center"/>
          </w:tcPr>
          <w:p w14:paraId="46E4C300" w14:textId="77777777" w:rsidR="001D65CC" w:rsidRPr="00BD77DB" w:rsidRDefault="003722FC">
            <w:pPr>
              <w:jc w:val="center"/>
            </w:pPr>
            <w:r w:rsidRPr="00BD77DB">
              <w:rPr>
                <w:color w:val="1F1F1F"/>
                <w:sz w:val="16"/>
              </w:rPr>
              <w:t>10</w:t>
            </w:r>
          </w:p>
        </w:tc>
        <w:tc>
          <w:tcPr>
            <w:tcW w:w="694" w:type="pct"/>
            <w:tcMar>
              <w:top w:w="70" w:type="dxa"/>
              <w:left w:w="80" w:type="dxa"/>
              <w:bottom w:w="70" w:type="dxa"/>
              <w:right w:w="80" w:type="dxa"/>
            </w:tcMar>
            <w:vAlign w:val="center"/>
          </w:tcPr>
          <w:p w14:paraId="5119AFF0" w14:textId="77777777" w:rsidR="001D65CC" w:rsidRPr="00BD77DB" w:rsidRDefault="003722FC">
            <w:pPr>
              <w:jc w:val="center"/>
            </w:pPr>
            <w:r w:rsidRPr="00BD77DB">
              <w:rPr>
                <w:color w:val="1F1F1F"/>
                <w:sz w:val="16"/>
              </w:rPr>
              <w:t>15</w:t>
            </w:r>
          </w:p>
        </w:tc>
      </w:tr>
      <w:tr w:rsidR="001D65CC" w:rsidRPr="00BD77DB" w14:paraId="34596D2C" w14:textId="77777777" w:rsidTr="00EF73BA">
        <w:trPr>
          <w:jc w:val="center"/>
        </w:trPr>
        <w:tc>
          <w:tcPr>
            <w:tcW w:w="3611" w:type="pct"/>
            <w:shd w:val="clear" w:color="auto" w:fill="D9EAF7"/>
            <w:tcMar>
              <w:top w:w="70" w:type="dxa"/>
              <w:left w:w="80" w:type="dxa"/>
              <w:bottom w:w="70" w:type="dxa"/>
              <w:right w:w="80" w:type="dxa"/>
            </w:tcMar>
            <w:vAlign w:val="center"/>
          </w:tcPr>
          <w:p w14:paraId="72AB29FE" w14:textId="77777777" w:rsidR="001D65CC" w:rsidRPr="00BD77DB" w:rsidRDefault="003722FC">
            <w:r w:rsidRPr="00BD77DB">
              <w:rPr>
                <w:color w:val="1F1F1F"/>
                <w:sz w:val="16"/>
              </w:rPr>
              <w:t>5.4 B-BBEE Level Contribution</w:t>
            </w:r>
          </w:p>
        </w:tc>
        <w:tc>
          <w:tcPr>
            <w:tcW w:w="694" w:type="pct"/>
            <w:tcMar>
              <w:top w:w="70" w:type="dxa"/>
              <w:left w:w="80" w:type="dxa"/>
              <w:bottom w:w="70" w:type="dxa"/>
              <w:right w:w="80" w:type="dxa"/>
            </w:tcMar>
            <w:vAlign w:val="center"/>
          </w:tcPr>
          <w:p w14:paraId="2B76E55E" w14:textId="77777777" w:rsidR="001D65CC" w:rsidRPr="00BD77DB" w:rsidRDefault="003722FC">
            <w:pPr>
              <w:jc w:val="center"/>
            </w:pPr>
            <w:r w:rsidRPr="00BD77DB">
              <w:rPr>
                <w:color w:val="1F1F1F"/>
                <w:sz w:val="16"/>
              </w:rPr>
              <w:t>10</w:t>
            </w:r>
          </w:p>
        </w:tc>
        <w:tc>
          <w:tcPr>
            <w:tcW w:w="694" w:type="pct"/>
            <w:tcMar>
              <w:top w:w="70" w:type="dxa"/>
              <w:left w:w="80" w:type="dxa"/>
              <w:bottom w:w="70" w:type="dxa"/>
              <w:right w:w="80" w:type="dxa"/>
            </w:tcMar>
            <w:vAlign w:val="center"/>
          </w:tcPr>
          <w:p w14:paraId="0B4A16CD" w14:textId="77777777" w:rsidR="001D65CC" w:rsidRPr="00BD77DB" w:rsidRDefault="003722FC">
            <w:pPr>
              <w:jc w:val="center"/>
            </w:pPr>
            <w:r w:rsidRPr="00BD77DB">
              <w:rPr>
                <w:color w:val="1F1F1F"/>
                <w:sz w:val="16"/>
              </w:rPr>
              <w:t>10</w:t>
            </w:r>
          </w:p>
        </w:tc>
      </w:tr>
      <w:tr w:rsidR="001D65CC" w:rsidRPr="00BD77DB" w14:paraId="73D8BFF3" w14:textId="77777777" w:rsidTr="00EF73BA">
        <w:trPr>
          <w:jc w:val="center"/>
        </w:trPr>
        <w:tc>
          <w:tcPr>
            <w:tcW w:w="3611" w:type="pct"/>
            <w:shd w:val="clear" w:color="auto" w:fill="D9EAF7"/>
            <w:tcMar>
              <w:top w:w="70" w:type="dxa"/>
              <w:left w:w="80" w:type="dxa"/>
              <w:bottom w:w="70" w:type="dxa"/>
              <w:right w:w="80" w:type="dxa"/>
            </w:tcMar>
            <w:vAlign w:val="center"/>
          </w:tcPr>
          <w:p w14:paraId="65BDFB63" w14:textId="77777777" w:rsidR="001D65CC" w:rsidRPr="00BD77DB" w:rsidRDefault="003722FC">
            <w:r w:rsidRPr="00BD77DB">
              <w:rPr>
                <w:color w:val="1F1F1F"/>
                <w:sz w:val="16"/>
              </w:rPr>
              <w:t>5.5 Design, manufacture, integration or supply to OEMs / integrators / foundries / manufacturers</w:t>
            </w:r>
          </w:p>
        </w:tc>
        <w:tc>
          <w:tcPr>
            <w:tcW w:w="694" w:type="pct"/>
            <w:tcMar>
              <w:top w:w="70" w:type="dxa"/>
              <w:left w:w="80" w:type="dxa"/>
              <w:bottom w:w="70" w:type="dxa"/>
              <w:right w:w="80" w:type="dxa"/>
            </w:tcMar>
            <w:vAlign w:val="center"/>
          </w:tcPr>
          <w:p w14:paraId="4461ECF7" w14:textId="77777777" w:rsidR="001D65CC" w:rsidRPr="00BD77DB" w:rsidRDefault="003722FC">
            <w:pPr>
              <w:jc w:val="center"/>
            </w:pPr>
            <w:r w:rsidRPr="00BD77DB">
              <w:rPr>
                <w:color w:val="1F1F1F"/>
                <w:sz w:val="16"/>
              </w:rPr>
              <w:t>15</w:t>
            </w:r>
          </w:p>
        </w:tc>
        <w:tc>
          <w:tcPr>
            <w:tcW w:w="694" w:type="pct"/>
            <w:tcMar>
              <w:top w:w="70" w:type="dxa"/>
              <w:left w:w="80" w:type="dxa"/>
              <w:bottom w:w="70" w:type="dxa"/>
              <w:right w:w="80" w:type="dxa"/>
            </w:tcMar>
            <w:vAlign w:val="center"/>
          </w:tcPr>
          <w:p w14:paraId="7BCC9E10" w14:textId="77777777" w:rsidR="001D65CC" w:rsidRPr="00BD77DB" w:rsidRDefault="003722FC">
            <w:pPr>
              <w:jc w:val="center"/>
            </w:pPr>
            <w:r w:rsidRPr="00BD77DB">
              <w:rPr>
                <w:color w:val="1F1F1F"/>
                <w:sz w:val="16"/>
              </w:rPr>
              <w:t>20</w:t>
            </w:r>
          </w:p>
        </w:tc>
      </w:tr>
      <w:tr w:rsidR="001D65CC" w:rsidRPr="00BD77DB" w14:paraId="1AA011DB" w14:textId="77777777" w:rsidTr="00EF73BA">
        <w:trPr>
          <w:jc w:val="center"/>
        </w:trPr>
        <w:tc>
          <w:tcPr>
            <w:tcW w:w="3611" w:type="pct"/>
            <w:shd w:val="clear" w:color="auto" w:fill="D9EAF7"/>
            <w:tcMar>
              <w:top w:w="70" w:type="dxa"/>
              <w:left w:w="80" w:type="dxa"/>
              <w:bottom w:w="70" w:type="dxa"/>
              <w:right w:w="80" w:type="dxa"/>
            </w:tcMar>
            <w:vAlign w:val="center"/>
          </w:tcPr>
          <w:p w14:paraId="5D48BC18" w14:textId="77777777" w:rsidR="001D65CC" w:rsidRPr="00BD77DB" w:rsidRDefault="003722FC">
            <w:r w:rsidRPr="00BD77DB">
              <w:rPr>
                <w:color w:val="1F1F1F"/>
                <w:sz w:val="16"/>
              </w:rPr>
              <w:t>5.6 Technology readiness and industrialisation capability</w:t>
            </w:r>
          </w:p>
        </w:tc>
        <w:tc>
          <w:tcPr>
            <w:tcW w:w="694" w:type="pct"/>
            <w:tcMar>
              <w:top w:w="70" w:type="dxa"/>
              <w:left w:w="80" w:type="dxa"/>
              <w:bottom w:w="70" w:type="dxa"/>
              <w:right w:w="80" w:type="dxa"/>
            </w:tcMar>
            <w:vAlign w:val="center"/>
          </w:tcPr>
          <w:p w14:paraId="4A64D76F" w14:textId="77777777" w:rsidR="001D65CC" w:rsidRPr="00BD77DB" w:rsidRDefault="003722FC">
            <w:pPr>
              <w:jc w:val="center"/>
            </w:pPr>
            <w:r w:rsidRPr="00BD77DB">
              <w:rPr>
                <w:color w:val="1F1F1F"/>
                <w:sz w:val="16"/>
              </w:rPr>
              <w:t>10</w:t>
            </w:r>
          </w:p>
        </w:tc>
        <w:tc>
          <w:tcPr>
            <w:tcW w:w="694" w:type="pct"/>
            <w:tcMar>
              <w:top w:w="70" w:type="dxa"/>
              <w:left w:w="80" w:type="dxa"/>
              <w:bottom w:w="70" w:type="dxa"/>
              <w:right w:w="80" w:type="dxa"/>
            </w:tcMar>
            <w:vAlign w:val="center"/>
          </w:tcPr>
          <w:p w14:paraId="19A99AB0" w14:textId="77777777" w:rsidR="001D65CC" w:rsidRPr="00BD77DB" w:rsidRDefault="003722FC">
            <w:pPr>
              <w:jc w:val="center"/>
            </w:pPr>
            <w:r w:rsidRPr="00BD77DB">
              <w:rPr>
                <w:color w:val="1F1F1F"/>
                <w:sz w:val="16"/>
              </w:rPr>
              <w:t>10</w:t>
            </w:r>
          </w:p>
        </w:tc>
      </w:tr>
      <w:tr w:rsidR="001D65CC" w:rsidRPr="00BD77DB" w14:paraId="5DB207A3" w14:textId="77777777" w:rsidTr="00EF73BA">
        <w:trPr>
          <w:jc w:val="center"/>
        </w:trPr>
        <w:tc>
          <w:tcPr>
            <w:tcW w:w="3611" w:type="pct"/>
            <w:shd w:val="clear" w:color="auto" w:fill="D9EAF7"/>
            <w:tcMar>
              <w:top w:w="70" w:type="dxa"/>
              <w:left w:w="80" w:type="dxa"/>
              <w:bottom w:w="70" w:type="dxa"/>
              <w:right w:w="80" w:type="dxa"/>
            </w:tcMar>
            <w:vAlign w:val="center"/>
          </w:tcPr>
          <w:p w14:paraId="09D9AFB7" w14:textId="77777777" w:rsidR="001D65CC" w:rsidRPr="00BD77DB" w:rsidRDefault="003722FC">
            <w:r w:rsidRPr="00BD77DB">
              <w:rPr>
                <w:color w:val="1F1F1F"/>
                <w:sz w:val="16"/>
              </w:rPr>
              <w:t>5.7 Innovation and technology development capability</w:t>
            </w:r>
          </w:p>
        </w:tc>
        <w:tc>
          <w:tcPr>
            <w:tcW w:w="694" w:type="pct"/>
            <w:tcMar>
              <w:top w:w="70" w:type="dxa"/>
              <w:left w:w="80" w:type="dxa"/>
              <w:bottom w:w="70" w:type="dxa"/>
              <w:right w:w="80" w:type="dxa"/>
            </w:tcMar>
            <w:vAlign w:val="center"/>
          </w:tcPr>
          <w:p w14:paraId="7F36B8F2" w14:textId="77777777" w:rsidR="001D65CC" w:rsidRPr="00BD77DB" w:rsidRDefault="003722FC">
            <w:pPr>
              <w:jc w:val="center"/>
            </w:pPr>
            <w:r w:rsidRPr="00BD77DB">
              <w:rPr>
                <w:color w:val="1F1F1F"/>
                <w:sz w:val="16"/>
              </w:rPr>
              <w:t>10</w:t>
            </w:r>
          </w:p>
        </w:tc>
        <w:tc>
          <w:tcPr>
            <w:tcW w:w="694" w:type="pct"/>
            <w:tcMar>
              <w:top w:w="70" w:type="dxa"/>
              <w:left w:w="80" w:type="dxa"/>
              <w:bottom w:w="70" w:type="dxa"/>
              <w:right w:w="80" w:type="dxa"/>
            </w:tcMar>
            <w:vAlign w:val="center"/>
          </w:tcPr>
          <w:p w14:paraId="71622854" w14:textId="77777777" w:rsidR="001D65CC" w:rsidRPr="00BD77DB" w:rsidRDefault="003722FC">
            <w:pPr>
              <w:jc w:val="center"/>
            </w:pPr>
            <w:r w:rsidRPr="00BD77DB">
              <w:rPr>
                <w:color w:val="1F1F1F"/>
                <w:sz w:val="16"/>
              </w:rPr>
              <w:t>10</w:t>
            </w:r>
          </w:p>
        </w:tc>
      </w:tr>
      <w:tr w:rsidR="001D65CC" w:rsidRPr="00BD77DB" w14:paraId="45E49D78" w14:textId="77777777" w:rsidTr="00EF73BA">
        <w:trPr>
          <w:jc w:val="center"/>
        </w:trPr>
        <w:tc>
          <w:tcPr>
            <w:tcW w:w="3611" w:type="pct"/>
            <w:shd w:val="clear" w:color="auto" w:fill="D9EAF7"/>
            <w:tcMar>
              <w:top w:w="70" w:type="dxa"/>
              <w:left w:w="80" w:type="dxa"/>
              <w:bottom w:w="70" w:type="dxa"/>
              <w:right w:w="80" w:type="dxa"/>
            </w:tcMar>
            <w:vAlign w:val="center"/>
          </w:tcPr>
          <w:p w14:paraId="11DBF26D" w14:textId="77777777" w:rsidR="001D65CC" w:rsidRPr="00BD77DB" w:rsidRDefault="003722FC">
            <w:r w:rsidRPr="00BD77DB">
              <w:rPr>
                <w:color w:val="1F1F1F"/>
                <w:sz w:val="16"/>
              </w:rPr>
              <w:t>5.8 SMME support within manufacturing value chain (non-SMMEs only)</w:t>
            </w:r>
          </w:p>
        </w:tc>
        <w:tc>
          <w:tcPr>
            <w:tcW w:w="694" w:type="pct"/>
            <w:tcMar>
              <w:top w:w="70" w:type="dxa"/>
              <w:left w:w="80" w:type="dxa"/>
              <w:bottom w:w="70" w:type="dxa"/>
              <w:right w:w="80" w:type="dxa"/>
            </w:tcMar>
            <w:vAlign w:val="center"/>
          </w:tcPr>
          <w:p w14:paraId="3DEFFCE4" w14:textId="77777777" w:rsidR="001D65CC" w:rsidRPr="00BD77DB" w:rsidRDefault="003722FC">
            <w:pPr>
              <w:jc w:val="center"/>
            </w:pPr>
            <w:r w:rsidRPr="00BD77DB">
              <w:rPr>
                <w:color w:val="1F1F1F"/>
                <w:sz w:val="16"/>
              </w:rPr>
              <w:t>10</w:t>
            </w:r>
          </w:p>
        </w:tc>
        <w:tc>
          <w:tcPr>
            <w:tcW w:w="694" w:type="pct"/>
            <w:tcMar>
              <w:top w:w="70" w:type="dxa"/>
              <w:left w:w="80" w:type="dxa"/>
              <w:bottom w:w="70" w:type="dxa"/>
              <w:right w:w="80" w:type="dxa"/>
            </w:tcMar>
            <w:vAlign w:val="center"/>
          </w:tcPr>
          <w:p w14:paraId="3AC580A2" w14:textId="77777777" w:rsidR="001D65CC" w:rsidRPr="00BD77DB" w:rsidRDefault="003722FC">
            <w:pPr>
              <w:jc w:val="center"/>
            </w:pPr>
            <w:r w:rsidRPr="00BD77DB">
              <w:rPr>
                <w:color w:val="1F1F1F"/>
                <w:sz w:val="16"/>
              </w:rPr>
              <w:t>0</w:t>
            </w:r>
          </w:p>
        </w:tc>
      </w:tr>
      <w:tr w:rsidR="001D65CC" w:rsidRPr="00BD77DB" w14:paraId="16444914" w14:textId="77777777" w:rsidTr="00EF73BA">
        <w:trPr>
          <w:jc w:val="center"/>
        </w:trPr>
        <w:tc>
          <w:tcPr>
            <w:tcW w:w="3611" w:type="pct"/>
            <w:shd w:val="clear" w:color="auto" w:fill="D9EAF7"/>
            <w:tcMar>
              <w:top w:w="70" w:type="dxa"/>
              <w:left w:w="80" w:type="dxa"/>
              <w:bottom w:w="70" w:type="dxa"/>
              <w:right w:w="80" w:type="dxa"/>
            </w:tcMar>
            <w:vAlign w:val="center"/>
          </w:tcPr>
          <w:p w14:paraId="6E79DD88" w14:textId="77777777" w:rsidR="001D65CC" w:rsidRPr="00BD77DB" w:rsidRDefault="003722FC">
            <w:r w:rsidRPr="00BD77DB">
              <w:rPr>
                <w:color w:val="1F1F1F"/>
                <w:sz w:val="16"/>
              </w:rPr>
              <w:t>5.9 Access to manufacturing, foundry, testing or engineering facilities and equipment</w:t>
            </w:r>
          </w:p>
        </w:tc>
        <w:tc>
          <w:tcPr>
            <w:tcW w:w="694" w:type="pct"/>
            <w:tcMar>
              <w:top w:w="70" w:type="dxa"/>
              <w:left w:w="80" w:type="dxa"/>
              <w:bottom w:w="70" w:type="dxa"/>
              <w:right w:w="80" w:type="dxa"/>
            </w:tcMar>
            <w:vAlign w:val="center"/>
          </w:tcPr>
          <w:p w14:paraId="54349B8C" w14:textId="77777777" w:rsidR="001D65CC" w:rsidRPr="00BD77DB" w:rsidRDefault="003722FC">
            <w:pPr>
              <w:jc w:val="center"/>
            </w:pPr>
            <w:r w:rsidRPr="00BD77DB">
              <w:rPr>
                <w:color w:val="1F1F1F"/>
                <w:sz w:val="16"/>
              </w:rPr>
              <w:t>15</w:t>
            </w:r>
          </w:p>
        </w:tc>
        <w:tc>
          <w:tcPr>
            <w:tcW w:w="694" w:type="pct"/>
            <w:tcMar>
              <w:top w:w="70" w:type="dxa"/>
              <w:left w:w="80" w:type="dxa"/>
              <w:bottom w:w="70" w:type="dxa"/>
              <w:right w:w="80" w:type="dxa"/>
            </w:tcMar>
            <w:vAlign w:val="center"/>
          </w:tcPr>
          <w:p w14:paraId="01402E7E" w14:textId="77777777" w:rsidR="001D65CC" w:rsidRPr="00BD77DB" w:rsidRDefault="003722FC">
            <w:pPr>
              <w:jc w:val="center"/>
            </w:pPr>
            <w:r w:rsidRPr="00BD77DB">
              <w:rPr>
                <w:color w:val="1F1F1F"/>
                <w:sz w:val="16"/>
              </w:rPr>
              <w:t>15</w:t>
            </w:r>
          </w:p>
        </w:tc>
      </w:tr>
    </w:tbl>
    <w:p w14:paraId="54B44BAC" w14:textId="5A9F2E8B" w:rsidR="001D65CC" w:rsidRPr="00BD77DB" w:rsidRDefault="003722FC" w:rsidP="000F030F">
      <w:pPr>
        <w:pStyle w:val="Heading2"/>
      </w:pPr>
      <w:r w:rsidRPr="00BD77DB">
        <w:t>Experience in Casting, Manufacturing, Product Development or Advanced Manufacturing</w:t>
      </w:r>
    </w:p>
    <w:tbl>
      <w:tblPr>
        <w:tblStyle w:val="TableGrid"/>
        <w:tblW w:w="5000" w:type="pct"/>
        <w:jc w:val="center"/>
        <w:tblLook w:val="04A0" w:firstRow="1" w:lastRow="0" w:firstColumn="1" w:lastColumn="0" w:noHBand="0" w:noVBand="1"/>
      </w:tblPr>
      <w:tblGrid>
        <w:gridCol w:w="2127"/>
        <w:gridCol w:w="9139"/>
      </w:tblGrid>
      <w:tr w:rsidR="001D65CC" w:rsidRPr="00BD77DB" w14:paraId="2F5B2688" w14:textId="77777777" w:rsidTr="00EF73BA">
        <w:trPr>
          <w:jc w:val="center"/>
        </w:trPr>
        <w:tc>
          <w:tcPr>
            <w:tcW w:w="944" w:type="pct"/>
            <w:shd w:val="clear" w:color="auto" w:fill="D9EAF7"/>
            <w:tcMar>
              <w:top w:w="70" w:type="dxa"/>
              <w:left w:w="80" w:type="dxa"/>
              <w:bottom w:w="70" w:type="dxa"/>
              <w:right w:w="80" w:type="dxa"/>
            </w:tcMar>
            <w:vAlign w:val="center"/>
          </w:tcPr>
          <w:p w14:paraId="23C7EECC" w14:textId="77777777" w:rsidR="001D65CC" w:rsidRPr="00BD77DB" w:rsidRDefault="003722FC">
            <w:r w:rsidRPr="00BD77DB">
              <w:rPr>
                <w:b/>
                <w:color w:val="1F1F1F"/>
                <w:sz w:val="16"/>
              </w:rPr>
              <w:t>Non-SMME weight</w:t>
            </w:r>
          </w:p>
        </w:tc>
        <w:tc>
          <w:tcPr>
            <w:tcW w:w="4056" w:type="pct"/>
            <w:shd w:val="clear" w:color="auto" w:fill="F4F8FB"/>
            <w:tcMar>
              <w:top w:w="70" w:type="dxa"/>
              <w:left w:w="80" w:type="dxa"/>
              <w:bottom w:w="70" w:type="dxa"/>
              <w:right w:w="80" w:type="dxa"/>
            </w:tcMar>
            <w:vAlign w:val="center"/>
          </w:tcPr>
          <w:p w14:paraId="4820DA15" w14:textId="77777777" w:rsidR="001D65CC" w:rsidRPr="00BD77DB" w:rsidRDefault="003722FC">
            <w:r w:rsidRPr="00BD77DB">
              <w:rPr>
                <w:color w:val="1F1F1F"/>
                <w:sz w:val="16"/>
              </w:rPr>
              <w:t>10%</w:t>
            </w:r>
          </w:p>
        </w:tc>
      </w:tr>
      <w:tr w:rsidR="001D65CC" w:rsidRPr="00BD77DB" w14:paraId="05FD3558" w14:textId="77777777" w:rsidTr="00EF73BA">
        <w:trPr>
          <w:jc w:val="center"/>
        </w:trPr>
        <w:tc>
          <w:tcPr>
            <w:tcW w:w="944" w:type="pct"/>
            <w:shd w:val="clear" w:color="auto" w:fill="D9EAF7"/>
            <w:tcMar>
              <w:top w:w="70" w:type="dxa"/>
              <w:left w:w="80" w:type="dxa"/>
              <w:bottom w:w="70" w:type="dxa"/>
              <w:right w:w="80" w:type="dxa"/>
            </w:tcMar>
            <w:vAlign w:val="center"/>
          </w:tcPr>
          <w:p w14:paraId="56E1ED25" w14:textId="77777777" w:rsidR="001D65CC" w:rsidRPr="00BD77DB" w:rsidRDefault="003722FC">
            <w:r w:rsidRPr="00BD77DB">
              <w:rPr>
                <w:b/>
                <w:color w:val="1F1F1F"/>
                <w:sz w:val="16"/>
              </w:rPr>
              <w:t>SMME weight</w:t>
            </w:r>
          </w:p>
        </w:tc>
        <w:tc>
          <w:tcPr>
            <w:tcW w:w="4056" w:type="pct"/>
            <w:shd w:val="clear" w:color="auto" w:fill="F4F8FB"/>
            <w:tcMar>
              <w:top w:w="70" w:type="dxa"/>
              <w:left w:w="80" w:type="dxa"/>
              <w:bottom w:w="70" w:type="dxa"/>
              <w:right w:w="80" w:type="dxa"/>
            </w:tcMar>
            <w:vAlign w:val="center"/>
          </w:tcPr>
          <w:p w14:paraId="3453980F" w14:textId="77777777" w:rsidR="001D65CC" w:rsidRPr="00BD77DB" w:rsidRDefault="003722FC">
            <w:r w:rsidRPr="00BD77DB">
              <w:rPr>
                <w:color w:val="1F1F1F"/>
                <w:sz w:val="16"/>
              </w:rPr>
              <w:t>10%</w:t>
            </w:r>
          </w:p>
        </w:tc>
      </w:tr>
      <w:tr w:rsidR="001D65CC" w:rsidRPr="00BD77DB" w14:paraId="056EC66B" w14:textId="77777777" w:rsidTr="00EF73BA">
        <w:trPr>
          <w:jc w:val="center"/>
        </w:trPr>
        <w:tc>
          <w:tcPr>
            <w:tcW w:w="944" w:type="pct"/>
            <w:shd w:val="clear" w:color="auto" w:fill="D9EAF7"/>
            <w:tcMar>
              <w:top w:w="70" w:type="dxa"/>
              <w:left w:w="80" w:type="dxa"/>
              <w:bottom w:w="70" w:type="dxa"/>
              <w:right w:w="80" w:type="dxa"/>
            </w:tcMar>
            <w:vAlign w:val="center"/>
          </w:tcPr>
          <w:p w14:paraId="5DF425CB" w14:textId="77777777" w:rsidR="001D65CC" w:rsidRPr="00BD77DB" w:rsidRDefault="003722FC">
            <w:r w:rsidRPr="00BD77DB">
              <w:rPr>
                <w:b/>
                <w:color w:val="1F1F1F"/>
                <w:sz w:val="16"/>
              </w:rPr>
              <w:t>Scoring</w:t>
            </w:r>
          </w:p>
        </w:tc>
        <w:tc>
          <w:tcPr>
            <w:tcW w:w="4056" w:type="pct"/>
            <w:shd w:val="clear" w:color="auto" w:fill="F4F8FB"/>
            <w:tcMar>
              <w:top w:w="70" w:type="dxa"/>
              <w:left w:w="80" w:type="dxa"/>
              <w:bottom w:w="70" w:type="dxa"/>
              <w:right w:w="80" w:type="dxa"/>
            </w:tcMar>
            <w:vAlign w:val="center"/>
          </w:tcPr>
          <w:p w14:paraId="7A5AB8C1" w14:textId="77777777" w:rsidR="001D65CC" w:rsidRPr="00BD77DB" w:rsidRDefault="003722FC">
            <w:r w:rsidRPr="00BD77DB">
              <w:rPr>
                <w:color w:val="1F1F1F"/>
                <w:sz w:val="16"/>
              </w:rPr>
              <w:t>&gt;10 years = 10 | 3–10 years = 8 | &lt;3 years = 5</w:t>
            </w:r>
          </w:p>
        </w:tc>
      </w:tr>
    </w:tbl>
    <w:p w14:paraId="364E2907" w14:textId="77777777" w:rsidR="00EF73BA" w:rsidRPr="00BD77DB" w:rsidRDefault="00EF73BA" w:rsidP="00EF73BA">
      <w:pPr>
        <w:spacing w:line="252" w:lineRule="auto"/>
        <w:rPr>
          <w:sz w:val="2"/>
          <w:szCs w:val="2"/>
        </w:rPr>
      </w:pPr>
    </w:p>
    <w:tbl>
      <w:tblPr>
        <w:tblStyle w:val="TableGrid"/>
        <w:tblW w:w="5000" w:type="pct"/>
        <w:jc w:val="center"/>
        <w:tblLook w:val="04A0" w:firstRow="1" w:lastRow="0" w:firstColumn="1" w:lastColumn="0" w:noHBand="0" w:noVBand="1"/>
      </w:tblPr>
      <w:tblGrid>
        <w:gridCol w:w="3702"/>
        <w:gridCol w:w="7564"/>
      </w:tblGrid>
      <w:tr w:rsidR="00EF73BA" w:rsidRPr="00BD77DB" w14:paraId="70BA0D9D" w14:textId="77777777" w:rsidTr="00EF73BA">
        <w:trPr>
          <w:cantSplit/>
          <w:jc w:val="center"/>
        </w:trPr>
        <w:tc>
          <w:tcPr>
            <w:tcW w:w="1643" w:type="pct"/>
            <w:shd w:val="clear" w:color="auto" w:fill="D9EAF7"/>
            <w:tcMar>
              <w:top w:w="70" w:type="dxa"/>
              <w:left w:w="80" w:type="dxa"/>
              <w:bottom w:w="70" w:type="dxa"/>
              <w:right w:w="80" w:type="dxa"/>
            </w:tcMar>
            <w:vAlign w:val="center"/>
          </w:tcPr>
          <w:p w14:paraId="33CA0E25" w14:textId="77777777" w:rsidR="00EF73BA" w:rsidRPr="00BD77DB" w:rsidRDefault="00EF73BA" w:rsidP="00432412">
            <w:r w:rsidRPr="00BD77DB">
              <w:rPr>
                <w:b/>
                <w:color w:val="1F1F1F"/>
                <w:sz w:val="17"/>
              </w:rPr>
              <w:t>Total years of relevant experience</w:t>
            </w:r>
          </w:p>
        </w:tc>
        <w:tc>
          <w:tcPr>
            <w:tcW w:w="3357" w:type="pct"/>
            <w:shd w:val="clear" w:color="auto" w:fill="F4F8FB"/>
            <w:tcMar>
              <w:top w:w="70" w:type="dxa"/>
              <w:left w:w="80" w:type="dxa"/>
              <w:bottom w:w="70" w:type="dxa"/>
              <w:right w:w="80" w:type="dxa"/>
            </w:tcMar>
            <w:vAlign w:val="center"/>
          </w:tcPr>
          <w:p w14:paraId="698D671F" w14:textId="1B9F5BCE" w:rsidR="00EF73BA" w:rsidRPr="00BD77DB" w:rsidRDefault="00EF73BA" w:rsidP="00432412"/>
        </w:tc>
      </w:tr>
      <w:tr w:rsidR="00EF73BA" w:rsidRPr="00BD77DB" w14:paraId="0F6D9E39" w14:textId="77777777" w:rsidTr="00EF73BA">
        <w:trPr>
          <w:cantSplit/>
          <w:jc w:val="center"/>
        </w:trPr>
        <w:tc>
          <w:tcPr>
            <w:tcW w:w="1643" w:type="pct"/>
            <w:shd w:val="clear" w:color="auto" w:fill="D9EAF7"/>
            <w:tcMar>
              <w:top w:w="70" w:type="dxa"/>
              <w:left w:w="80" w:type="dxa"/>
              <w:bottom w:w="70" w:type="dxa"/>
              <w:right w:w="80" w:type="dxa"/>
            </w:tcMar>
            <w:vAlign w:val="center"/>
          </w:tcPr>
          <w:p w14:paraId="2CA93BD1" w14:textId="77777777" w:rsidR="00EF73BA" w:rsidRPr="00BD77DB" w:rsidRDefault="00EF73BA" w:rsidP="00432412">
            <w:r w:rsidRPr="00BD77DB">
              <w:rPr>
                <w:b/>
                <w:color w:val="1F1F1F"/>
                <w:sz w:val="17"/>
              </w:rPr>
              <w:t>Year capability commenced</w:t>
            </w:r>
          </w:p>
        </w:tc>
        <w:tc>
          <w:tcPr>
            <w:tcW w:w="3357" w:type="pct"/>
            <w:shd w:val="clear" w:color="auto" w:fill="F4F8FB"/>
            <w:tcMar>
              <w:top w:w="70" w:type="dxa"/>
              <w:left w:w="80" w:type="dxa"/>
              <w:bottom w:w="70" w:type="dxa"/>
              <w:right w:w="80" w:type="dxa"/>
            </w:tcMar>
            <w:vAlign w:val="center"/>
          </w:tcPr>
          <w:p w14:paraId="73689D76" w14:textId="4B91BF22" w:rsidR="00EF73BA" w:rsidRPr="00BD77DB" w:rsidRDefault="00EF73BA" w:rsidP="00432412"/>
        </w:tc>
      </w:tr>
      <w:tr w:rsidR="00EF73BA" w:rsidRPr="00BD77DB" w14:paraId="54AAA1ED" w14:textId="77777777" w:rsidTr="00EF73BA">
        <w:trPr>
          <w:cantSplit/>
          <w:jc w:val="center"/>
        </w:trPr>
        <w:tc>
          <w:tcPr>
            <w:tcW w:w="1643" w:type="pct"/>
            <w:shd w:val="clear" w:color="auto" w:fill="D9EAF7"/>
            <w:tcMar>
              <w:top w:w="70" w:type="dxa"/>
              <w:left w:w="80" w:type="dxa"/>
              <w:bottom w:w="70" w:type="dxa"/>
              <w:right w:w="80" w:type="dxa"/>
            </w:tcMar>
            <w:vAlign w:val="center"/>
          </w:tcPr>
          <w:p w14:paraId="7B5BA8FA" w14:textId="77777777" w:rsidR="00EF73BA" w:rsidRPr="00BD77DB" w:rsidRDefault="00EF73BA" w:rsidP="00432412">
            <w:r w:rsidRPr="00BD77DB">
              <w:rPr>
                <w:b/>
                <w:color w:val="1F1F1F"/>
                <w:sz w:val="17"/>
              </w:rPr>
              <w:t>Evidence reference</w:t>
            </w:r>
          </w:p>
        </w:tc>
        <w:tc>
          <w:tcPr>
            <w:tcW w:w="3357" w:type="pct"/>
            <w:shd w:val="clear" w:color="auto" w:fill="F4F8FB"/>
            <w:tcMar>
              <w:top w:w="70" w:type="dxa"/>
              <w:left w:w="80" w:type="dxa"/>
              <w:bottom w:w="70" w:type="dxa"/>
              <w:right w:w="80" w:type="dxa"/>
            </w:tcMar>
            <w:vAlign w:val="center"/>
          </w:tcPr>
          <w:p w14:paraId="066E6879" w14:textId="315E5844" w:rsidR="00EF73BA" w:rsidRPr="00BD77DB" w:rsidRDefault="00EF73BA" w:rsidP="00432412"/>
        </w:tc>
      </w:tr>
    </w:tbl>
    <w:p w14:paraId="1B10FBDD" w14:textId="4B9F38AD" w:rsidR="001D65CC" w:rsidRPr="00BD77DB" w:rsidRDefault="003722FC">
      <w:pPr>
        <w:spacing w:after="60" w:line="252" w:lineRule="auto"/>
      </w:pPr>
      <w:r w:rsidRPr="00BD77DB">
        <w:t>Provide up to five representative projects. Add rows if necessary.</w:t>
      </w:r>
    </w:p>
    <w:tbl>
      <w:tblPr>
        <w:tblStyle w:val="TableGrid"/>
        <w:tblW w:w="5000" w:type="pct"/>
        <w:jc w:val="center"/>
        <w:tblLook w:val="04A0" w:firstRow="1" w:lastRow="0" w:firstColumn="1" w:lastColumn="0" w:noHBand="0" w:noVBand="1"/>
      </w:tblPr>
      <w:tblGrid>
        <w:gridCol w:w="1983"/>
        <w:gridCol w:w="2539"/>
        <w:gridCol w:w="3571"/>
        <w:gridCol w:w="1190"/>
        <w:gridCol w:w="1983"/>
      </w:tblGrid>
      <w:tr w:rsidR="001D65CC" w:rsidRPr="00BD77DB" w14:paraId="6B235E9E" w14:textId="77777777" w:rsidTr="00EF73BA">
        <w:trPr>
          <w:tblHeader/>
          <w:jc w:val="center"/>
        </w:trPr>
        <w:tc>
          <w:tcPr>
            <w:tcW w:w="880" w:type="pct"/>
            <w:shd w:val="clear" w:color="auto" w:fill="1F4E79"/>
            <w:tcMar>
              <w:top w:w="70" w:type="dxa"/>
              <w:left w:w="80" w:type="dxa"/>
              <w:bottom w:w="70" w:type="dxa"/>
              <w:right w:w="80" w:type="dxa"/>
            </w:tcMar>
            <w:vAlign w:val="center"/>
          </w:tcPr>
          <w:p w14:paraId="759B10DE" w14:textId="77777777" w:rsidR="001D65CC" w:rsidRPr="00BD77DB" w:rsidRDefault="003722FC">
            <w:pPr>
              <w:jc w:val="center"/>
            </w:pPr>
            <w:r w:rsidRPr="00BD77DB">
              <w:rPr>
                <w:b/>
                <w:color w:val="FFFFFF"/>
                <w:sz w:val="16"/>
              </w:rPr>
              <w:t>Client / sector</w:t>
            </w:r>
          </w:p>
        </w:tc>
        <w:tc>
          <w:tcPr>
            <w:tcW w:w="1127" w:type="pct"/>
            <w:shd w:val="clear" w:color="auto" w:fill="1F4E79"/>
            <w:tcMar>
              <w:top w:w="70" w:type="dxa"/>
              <w:left w:w="80" w:type="dxa"/>
              <w:bottom w:w="70" w:type="dxa"/>
              <w:right w:w="80" w:type="dxa"/>
            </w:tcMar>
            <w:vAlign w:val="center"/>
          </w:tcPr>
          <w:p w14:paraId="58E30EB5" w14:textId="77777777" w:rsidR="001D65CC" w:rsidRPr="00BD77DB" w:rsidRDefault="003722FC">
            <w:pPr>
              <w:jc w:val="center"/>
            </w:pPr>
            <w:r w:rsidRPr="00BD77DB">
              <w:rPr>
                <w:b/>
                <w:color w:val="FFFFFF"/>
                <w:sz w:val="16"/>
              </w:rPr>
              <w:t>Project / component</w:t>
            </w:r>
          </w:p>
        </w:tc>
        <w:tc>
          <w:tcPr>
            <w:tcW w:w="1585" w:type="pct"/>
            <w:shd w:val="clear" w:color="auto" w:fill="1F4E79"/>
            <w:tcMar>
              <w:top w:w="70" w:type="dxa"/>
              <w:left w:w="80" w:type="dxa"/>
              <w:bottom w:w="70" w:type="dxa"/>
              <w:right w:w="80" w:type="dxa"/>
            </w:tcMar>
            <w:vAlign w:val="center"/>
          </w:tcPr>
          <w:p w14:paraId="19B80B8D" w14:textId="77777777" w:rsidR="001D65CC" w:rsidRPr="00BD77DB" w:rsidRDefault="003722FC">
            <w:pPr>
              <w:jc w:val="center"/>
            </w:pPr>
            <w:r w:rsidRPr="00BD77DB">
              <w:rPr>
                <w:b/>
                <w:color w:val="FFFFFF"/>
                <w:sz w:val="16"/>
              </w:rPr>
              <w:t>Scope performed</w:t>
            </w:r>
          </w:p>
        </w:tc>
        <w:tc>
          <w:tcPr>
            <w:tcW w:w="528" w:type="pct"/>
            <w:shd w:val="clear" w:color="auto" w:fill="1F4E79"/>
            <w:tcMar>
              <w:top w:w="70" w:type="dxa"/>
              <w:left w:w="80" w:type="dxa"/>
              <w:bottom w:w="70" w:type="dxa"/>
              <w:right w:w="80" w:type="dxa"/>
            </w:tcMar>
            <w:vAlign w:val="center"/>
          </w:tcPr>
          <w:p w14:paraId="449FD2E0" w14:textId="77777777" w:rsidR="001D65CC" w:rsidRPr="00BD77DB" w:rsidRDefault="003722FC">
            <w:pPr>
              <w:jc w:val="center"/>
            </w:pPr>
            <w:r w:rsidRPr="00BD77DB">
              <w:rPr>
                <w:b/>
                <w:color w:val="FFFFFF"/>
                <w:sz w:val="16"/>
              </w:rPr>
              <w:t>Year(s)</w:t>
            </w:r>
          </w:p>
        </w:tc>
        <w:tc>
          <w:tcPr>
            <w:tcW w:w="880" w:type="pct"/>
            <w:shd w:val="clear" w:color="auto" w:fill="1F4E79"/>
            <w:tcMar>
              <w:top w:w="70" w:type="dxa"/>
              <w:left w:w="80" w:type="dxa"/>
              <w:bottom w:w="70" w:type="dxa"/>
              <w:right w:w="80" w:type="dxa"/>
            </w:tcMar>
            <w:vAlign w:val="center"/>
          </w:tcPr>
          <w:p w14:paraId="4269AD1F" w14:textId="77777777" w:rsidR="001D65CC" w:rsidRPr="00BD77DB" w:rsidRDefault="003722FC">
            <w:pPr>
              <w:jc w:val="center"/>
            </w:pPr>
            <w:r w:rsidRPr="00BD77DB">
              <w:rPr>
                <w:b/>
                <w:color w:val="FFFFFF"/>
                <w:sz w:val="16"/>
              </w:rPr>
              <w:t>Evidence / reference</w:t>
            </w:r>
          </w:p>
        </w:tc>
      </w:tr>
      <w:tr w:rsidR="001D65CC" w:rsidRPr="00BD77DB" w14:paraId="320EC78A" w14:textId="77777777" w:rsidTr="00EF73BA">
        <w:trPr>
          <w:cantSplit/>
          <w:jc w:val="center"/>
        </w:trPr>
        <w:tc>
          <w:tcPr>
            <w:tcW w:w="880" w:type="pct"/>
            <w:shd w:val="clear" w:color="auto" w:fill="F4F8FB"/>
            <w:tcMar>
              <w:top w:w="70" w:type="dxa"/>
              <w:left w:w="80" w:type="dxa"/>
              <w:bottom w:w="70" w:type="dxa"/>
              <w:right w:w="80" w:type="dxa"/>
            </w:tcMar>
            <w:vAlign w:val="center"/>
          </w:tcPr>
          <w:p w14:paraId="46F1C3DE" w14:textId="77777777" w:rsidR="001D65CC" w:rsidRPr="00BD77DB" w:rsidRDefault="001D65CC"/>
        </w:tc>
        <w:tc>
          <w:tcPr>
            <w:tcW w:w="1127" w:type="pct"/>
            <w:shd w:val="clear" w:color="auto" w:fill="F4F8FB"/>
            <w:tcMar>
              <w:top w:w="70" w:type="dxa"/>
              <w:left w:w="80" w:type="dxa"/>
              <w:bottom w:w="70" w:type="dxa"/>
              <w:right w:w="80" w:type="dxa"/>
            </w:tcMar>
            <w:vAlign w:val="center"/>
          </w:tcPr>
          <w:p w14:paraId="43F3E7DA" w14:textId="77777777" w:rsidR="001D65CC" w:rsidRPr="00BD77DB" w:rsidRDefault="001D65CC"/>
        </w:tc>
        <w:tc>
          <w:tcPr>
            <w:tcW w:w="1585" w:type="pct"/>
            <w:shd w:val="clear" w:color="auto" w:fill="F4F8FB"/>
            <w:tcMar>
              <w:top w:w="70" w:type="dxa"/>
              <w:left w:w="80" w:type="dxa"/>
              <w:bottom w:w="70" w:type="dxa"/>
              <w:right w:w="80" w:type="dxa"/>
            </w:tcMar>
            <w:vAlign w:val="center"/>
          </w:tcPr>
          <w:p w14:paraId="7F12659E" w14:textId="77777777" w:rsidR="001D65CC" w:rsidRPr="00BD77DB" w:rsidRDefault="001D65CC"/>
        </w:tc>
        <w:tc>
          <w:tcPr>
            <w:tcW w:w="528" w:type="pct"/>
            <w:shd w:val="clear" w:color="auto" w:fill="F4F8FB"/>
            <w:tcMar>
              <w:top w:w="70" w:type="dxa"/>
              <w:left w:w="80" w:type="dxa"/>
              <w:bottom w:w="70" w:type="dxa"/>
              <w:right w:w="80" w:type="dxa"/>
            </w:tcMar>
            <w:vAlign w:val="center"/>
          </w:tcPr>
          <w:p w14:paraId="7FD14CEA" w14:textId="77777777" w:rsidR="001D65CC" w:rsidRPr="00BD77DB" w:rsidRDefault="001D65CC"/>
        </w:tc>
        <w:tc>
          <w:tcPr>
            <w:tcW w:w="880" w:type="pct"/>
            <w:shd w:val="clear" w:color="auto" w:fill="F4F8FB"/>
            <w:tcMar>
              <w:top w:w="70" w:type="dxa"/>
              <w:left w:w="80" w:type="dxa"/>
              <w:bottom w:w="70" w:type="dxa"/>
              <w:right w:w="80" w:type="dxa"/>
            </w:tcMar>
            <w:vAlign w:val="center"/>
          </w:tcPr>
          <w:p w14:paraId="1B80AA37" w14:textId="77777777" w:rsidR="001D65CC" w:rsidRPr="00BD77DB" w:rsidRDefault="001D65CC"/>
        </w:tc>
      </w:tr>
      <w:tr w:rsidR="001D65CC" w:rsidRPr="00BD77DB" w14:paraId="55E01858" w14:textId="77777777" w:rsidTr="00EF73BA">
        <w:trPr>
          <w:cantSplit/>
          <w:jc w:val="center"/>
        </w:trPr>
        <w:tc>
          <w:tcPr>
            <w:tcW w:w="880" w:type="pct"/>
            <w:shd w:val="clear" w:color="auto" w:fill="F4F8FB"/>
            <w:tcMar>
              <w:top w:w="70" w:type="dxa"/>
              <w:left w:w="80" w:type="dxa"/>
              <w:bottom w:w="70" w:type="dxa"/>
              <w:right w:w="80" w:type="dxa"/>
            </w:tcMar>
            <w:vAlign w:val="center"/>
          </w:tcPr>
          <w:p w14:paraId="7C09BE83" w14:textId="77777777" w:rsidR="001D65CC" w:rsidRPr="00BD77DB" w:rsidRDefault="001D65CC"/>
        </w:tc>
        <w:tc>
          <w:tcPr>
            <w:tcW w:w="1127" w:type="pct"/>
            <w:shd w:val="clear" w:color="auto" w:fill="F4F8FB"/>
            <w:tcMar>
              <w:top w:w="70" w:type="dxa"/>
              <w:left w:w="80" w:type="dxa"/>
              <w:bottom w:w="70" w:type="dxa"/>
              <w:right w:w="80" w:type="dxa"/>
            </w:tcMar>
            <w:vAlign w:val="center"/>
          </w:tcPr>
          <w:p w14:paraId="1CDEAF70" w14:textId="77777777" w:rsidR="001D65CC" w:rsidRPr="00BD77DB" w:rsidRDefault="001D65CC"/>
        </w:tc>
        <w:tc>
          <w:tcPr>
            <w:tcW w:w="1585" w:type="pct"/>
            <w:shd w:val="clear" w:color="auto" w:fill="F4F8FB"/>
            <w:tcMar>
              <w:top w:w="70" w:type="dxa"/>
              <w:left w:w="80" w:type="dxa"/>
              <w:bottom w:w="70" w:type="dxa"/>
              <w:right w:w="80" w:type="dxa"/>
            </w:tcMar>
            <w:vAlign w:val="center"/>
          </w:tcPr>
          <w:p w14:paraId="25FD1B4E" w14:textId="77777777" w:rsidR="001D65CC" w:rsidRPr="00BD77DB" w:rsidRDefault="001D65CC"/>
        </w:tc>
        <w:tc>
          <w:tcPr>
            <w:tcW w:w="528" w:type="pct"/>
            <w:shd w:val="clear" w:color="auto" w:fill="F4F8FB"/>
            <w:tcMar>
              <w:top w:w="70" w:type="dxa"/>
              <w:left w:w="80" w:type="dxa"/>
              <w:bottom w:w="70" w:type="dxa"/>
              <w:right w:w="80" w:type="dxa"/>
            </w:tcMar>
            <w:vAlign w:val="center"/>
          </w:tcPr>
          <w:p w14:paraId="7A0D3AFA" w14:textId="77777777" w:rsidR="001D65CC" w:rsidRPr="00BD77DB" w:rsidRDefault="001D65CC"/>
        </w:tc>
        <w:tc>
          <w:tcPr>
            <w:tcW w:w="880" w:type="pct"/>
            <w:shd w:val="clear" w:color="auto" w:fill="F4F8FB"/>
            <w:tcMar>
              <w:top w:w="70" w:type="dxa"/>
              <w:left w:w="80" w:type="dxa"/>
              <w:bottom w:w="70" w:type="dxa"/>
              <w:right w:w="80" w:type="dxa"/>
            </w:tcMar>
            <w:vAlign w:val="center"/>
          </w:tcPr>
          <w:p w14:paraId="689C7923" w14:textId="77777777" w:rsidR="001D65CC" w:rsidRPr="00BD77DB" w:rsidRDefault="001D65CC"/>
        </w:tc>
      </w:tr>
      <w:tr w:rsidR="001D65CC" w:rsidRPr="00BD77DB" w14:paraId="0829D15C" w14:textId="77777777" w:rsidTr="00EF73BA">
        <w:trPr>
          <w:cantSplit/>
          <w:jc w:val="center"/>
        </w:trPr>
        <w:tc>
          <w:tcPr>
            <w:tcW w:w="880" w:type="pct"/>
            <w:shd w:val="clear" w:color="auto" w:fill="F4F8FB"/>
            <w:tcMar>
              <w:top w:w="70" w:type="dxa"/>
              <w:left w:w="80" w:type="dxa"/>
              <w:bottom w:w="70" w:type="dxa"/>
              <w:right w:w="80" w:type="dxa"/>
            </w:tcMar>
            <w:vAlign w:val="center"/>
          </w:tcPr>
          <w:p w14:paraId="1112BFA3" w14:textId="77777777" w:rsidR="001D65CC" w:rsidRPr="00BD77DB" w:rsidRDefault="001D65CC"/>
        </w:tc>
        <w:tc>
          <w:tcPr>
            <w:tcW w:w="1127" w:type="pct"/>
            <w:shd w:val="clear" w:color="auto" w:fill="F4F8FB"/>
            <w:tcMar>
              <w:top w:w="70" w:type="dxa"/>
              <w:left w:w="80" w:type="dxa"/>
              <w:bottom w:w="70" w:type="dxa"/>
              <w:right w:w="80" w:type="dxa"/>
            </w:tcMar>
            <w:vAlign w:val="center"/>
          </w:tcPr>
          <w:p w14:paraId="174E97A0" w14:textId="77777777" w:rsidR="001D65CC" w:rsidRPr="00BD77DB" w:rsidRDefault="001D65CC"/>
        </w:tc>
        <w:tc>
          <w:tcPr>
            <w:tcW w:w="1585" w:type="pct"/>
            <w:shd w:val="clear" w:color="auto" w:fill="F4F8FB"/>
            <w:tcMar>
              <w:top w:w="70" w:type="dxa"/>
              <w:left w:w="80" w:type="dxa"/>
              <w:bottom w:w="70" w:type="dxa"/>
              <w:right w:w="80" w:type="dxa"/>
            </w:tcMar>
            <w:vAlign w:val="center"/>
          </w:tcPr>
          <w:p w14:paraId="3D1B8C93" w14:textId="77777777" w:rsidR="001D65CC" w:rsidRPr="00BD77DB" w:rsidRDefault="001D65CC"/>
        </w:tc>
        <w:tc>
          <w:tcPr>
            <w:tcW w:w="528" w:type="pct"/>
            <w:shd w:val="clear" w:color="auto" w:fill="F4F8FB"/>
            <w:tcMar>
              <w:top w:w="70" w:type="dxa"/>
              <w:left w:w="80" w:type="dxa"/>
              <w:bottom w:w="70" w:type="dxa"/>
              <w:right w:w="80" w:type="dxa"/>
            </w:tcMar>
            <w:vAlign w:val="center"/>
          </w:tcPr>
          <w:p w14:paraId="64ECA6C3" w14:textId="77777777" w:rsidR="001D65CC" w:rsidRPr="00BD77DB" w:rsidRDefault="001D65CC"/>
        </w:tc>
        <w:tc>
          <w:tcPr>
            <w:tcW w:w="880" w:type="pct"/>
            <w:shd w:val="clear" w:color="auto" w:fill="F4F8FB"/>
            <w:tcMar>
              <w:top w:w="70" w:type="dxa"/>
              <w:left w:w="80" w:type="dxa"/>
              <w:bottom w:w="70" w:type="dxa"/>
              <w:right w:w="80" w:type="dxa"/>
            </w:tcMar>
            <w:vAlign w:val="center"/>
          </w:tcPr>
          <w:p w14:paraId="65C66BFE" w14:textId="77777777" w:rsidR="001D65CC" w:rsidRPr="00BD77DB" w:rsidRDefault="001D65CC"/>
        </w:tc>
      </w:tr>
      <w:tr w:rsidR="001D65CC" w:rsidRPr="00BD77DB" w14:paraId="664ACD11" w14:textId="77777777" w:rsidTr="00EF73BA">
        <w:trPr>
          <w:cantSplit/>
          <w:jc w:val="center"/>
        </w:trPr>
        <w:tc>
          <w:tcPr>
            <w:tcW w:w="880" w:type="pct"/>
            <w:shd w:val="clear" w:color="auto" w:fill="F4F8FB"/>
            <w:tcMar>
              <w:top w:w="70" w:type="dxa"/>
              <w:left w:w="80" w:type="dxa"/>
              <w:bottom w:w="70" w:type="dxa"/>
              <w:right w:w="80" w:type="dxa"/>
            </w:tcMar>
            <w:vAlign w:val="center"/>
          </w:tcPr>
          <w:p w14:paraId="475160FB" w14:textId="77777777" w:rsidR="001D65CC" w:rsidRPr="00BD77DB" w:rsidRDefault="001D65CC"/>
        </w:tc>
        <w:tc>
          <w:tcPr>
            <w:tcW w:w="1127" w:type="pct"/>
            <w:shd w:val="clear" w:color="auto" w:fill="F4F8FB"/>
            <w:tcMar>
              <w:top w:w="70" w:type="dxa"/>
              <w:left w:w="80" w:type="dxa"/>
              <w:bottom w:w="70" w:type="dxa"/>
              <w:right w:w="80" w:type="dxa"/>
            </w:tcMar>
            <w:vAlign w:val="center"/>
          </w:tcPr>
          <w:p w14:paraId="18025D9E" w14:textId="77777777" w:rsidR="001D65CC" w:rsidRPr="00BD77DB" w:rsidRDefault="001D65CC"/>
        </w:tc>
        <w:tc>
          <w:tcPr>
            <w:tcW w:w="1585" w:type="pct"/>
            <w:shd w:val="clear" w:color="auto" w:fill="F4F8FB"/>
            <w:tcMar>
              <w:top w:w="70" w:type="dxa"/>
              <w:left w:w="80" w:type="dxa"/>
              <w:bottom w:w="70" w:type="dxa"/>
              <w:right w:w="80" w:type="dxa"/>
            </w:tcMar>
            <w:vAlign w:val="center"/>
          </w:tcPr>
          <w:p w14:paraId="2DCE4779" w14:textId="77777777" w:rsidR="001D65CC" w:rsidRPr="00BD77DB" w:rsidRDefault="001D65CC"/>
        </w:tc>
        <w:tc>
          <w:tcPr>
            <w:tcW w:w="528" w:type="pct"/>
            <w:shd w:val="clear" w:color="auto" w:fill="F4F8FB"/>
            <w:tcMar>
              <w:top w:w="70" w:type="dxa"/>
              <w:left w:w="80" w:type="dxa"/>
              <w:bottom w:w="70" w:type="dxa"/>
              <w:right w:w="80" w:type="dxa"/>
            </w:tcMar>
            <w:vAlign w:val="center"/>
          </w:tcPr>
          <w:p w14:paraId="5D98B4F6" w14:textId="77777777" w:rsidR="001D65CC" w:rsidRPr="00BD77DB" w:rsidRDefault="001D65CC"/>
        </w:tc>
        <w:tc>
          <w:tcPr>
            <w:tcW w:w="880" w:type="pct"/>
            <w:shd w:val="clear" w:color="auto" w:fill="F4F8FB"/>
            <w:tcMar>
              <w:top w:w="70" w:type="dxa"/>
              <w:left w:w="80" w:type="dxa"/>
              <w:bottom w:w="70" w:type="dxa"/>
              <w:right w:w="80" w:type="dxa"/>
            </w:tcMar>
            <w:vAlign w:val="center"/>
          </w:tcPr>
          <w:p w14:paraId="46633090" w14:textId="77777777" w:rsidR="001D65CC" w:rsidRPr="00BD77DB" w:rsidRDefault="001D65CC"/>
        </w:tc>
      </w:tr>
      <w:tr w:rsidR="001D65CC" w:rsidRPr="00BD77DB" w14:paraId="5D6A46D6" w14:textId="77777777" w:rsidTr="00EF73BA">
        <w:trPr>
          <w:cantSplit/>
          <w:jc w:val="center"/>
        </w:trPr>
        <w:tc>
          <w:tcPr>
            <w:tcW w:w="880" w:type="pct"/>
            <w:shd w:val="clear" w:color="auto" w:fill="F4F8FB"/>
            <w:tcMar>
              <w:top w:w="70" w:type="dxa"/>
              <w:left w:w="80" w:type="dxa"/>
              <w:bottom w:w="70" w:type="dxa"/>
              <w:right w:w="80" w:type="dxa"/>
            </w:tcMar>
            <w:vAlign w:val="center"/>
          </w:tcPr>
          <w:p w14:paraId="5EA9ED53" w14:textId="77777777" w:rsidR="001D65CC" w:rsidRPr="00BD77DB" w:rsidRDefault="001D65CC"/>
        </w:tc>
        <w:tc>
          <w:tcPr>
            <w:tcW w:w="1127" w:type="pct"/>
            <w:shd w:val="clear" w:color="auto" w:fill="F4F8FB"/>
            <w:tcMar>
              <w:top w:w="70" w:type="dxa"/>
              <w:left w:w="80" w:type="dxa"/>
              <w:bottom w:w="70" w:type="dxa"/>
              <w:right w:w="80" w:type="dxa"/>
            </w:tcMar>
            <w:vAlign w:val="center"/>
          </w:tcPr>
          <w:p w14:paraId="3802756D" w14:textId="77777777" w:rsidR="001D65CC" w:rsidRPr="00BD77DB" w:rsidRDefault="001D65CC"/>
        </w:tc>
        <w:tc>
          <w:tcPr>
            <w:tcW w:w="1585" w:type="pct"/>
            <w:shd w:val="clear" w:color="auto" w:fill="F4F8FB"/>
            <w:tcMar>
              <w:top w:w="70" w:type="dxa"/>
              <w:left w:w="80" w:type="dxa"/>
              <w:bottom w:w="70" w:type="dxa"/>
              <w:right w:w="80" w:type="dxa"/>
            </w:tcMar>
            <w:vAlign w:val="center"/>
          </w:tcPr>
          <w:p w14:paraId="515F9C21" w14:textId="77777777" w:rsidR="001D65CC" w:rsidRPr="00BD77DB" w:rsidRDefault="001D65CC"/>
        </w:tc>
        <w:tc>
          <w:tcPr>
            <w:tcW w:w="528" w:type="pct"/>
            <w:shd w:val="clear" w:color="auto" w:fill="F4F8FB"/>
            <w:tcMar>
              <w:top w:w="70" w:type="dxa"/>
              <w:left w:w="80" w:type="dxa"/>
              <w:bottom w:w="70" w:type="dxa"/>
              <w:right w:w="80" w:type="dxa"/>
            </w:tcMar>
            <w:vAlign w:val="center"/>
          </w:tcPr>
          <w:p w14:paraId="5BF58D68" w14:textId="77777777" w:rsidR="001D65CC" w:rsidRPr="00BD77DB" w:rsidRDefault="001D65CC"/>
        </w:tc>
        <w:tc>
          <w:tcPr>
            <w:tcW w:w="880" w:type="pct"/>
            <w:shd w:val="clear" w:color="auto" w:fill="F4F8FB"/>
            <w:tcMar>
              <w:top w:w="70" w:type="dxa"/>
              <w:left w:w="80" w:type="dxa"/>
              <w:bottom w:w="70" w:type="dxa"/>
              <w:right w:w="80" w:type="dxa"/>
            </w:tcMar>
            <w:vAlign w:val="center"/>
          </w:tcPr>
          <w:p w14:paraId="763EAC70" w14:textId="77777777" w:rsidR="001D65CC" w:rsidRPr="00BD77DB" w:rsidRDefault="001D65CC"/>
        </w:tc>
      </w:tr>
    </w:tbl>
    <w:p w14:paraId="512C6D36" w14:textId="2B151114" w:rsidR="001D65CC" w:rsidRPr="00BD77DB" w:rsidRDefault="003722FC" w:rsidP="000F030F">
      <w:pPr>
        <w:pStyle w:val="Heading2"/>
      </w:pPr>
      <w:r w:rsidRPr="00BD77DB">
        <w:t>Product Design and Engineering Capability</w:t>
      </w:r>
    </w:p>
    <w:tbl>
      <w:tblPr>
        <w:tblStyle w:val="TableGrid"/>
        <w:tblW w:w="5000" w:type="pct"/>
        <w:jc w:val="center"/>
        <w:tblLook w:val="04A0" w:firstRow="1" w:lastRow="0" w:firstColumn="1" w:lastColumn="0" w:noHBand="0" w:noVBand="1"/>
      </w:tblPr>
      <w:tblGrid>
        <w:gridCol w:w="2127"/>
        <w:gridCol w:w="9139"/>
      </w:tblGrid>
      <w:tr w:rsidR="001D65CC" w:rsidRPr="00BD77DB" w14:paraId="43F078A3" w14:textId="77777777" w:rsidTr="00EF73BA">
        <w:trPr>
          <w:jc w:val="center"/>
        </w:trPr>
        <w:tc>
          <w:tcPr>
            <w:tcW w:w="944" w:type="pct"/>
            <w:shd w:val="clear" w:color="auto" w:fill="D9EAF7"/>
            <w:tcMar>
              <w:top w:w="70" w:type="dxa"/>
              <w:left w:w="80" w:type="dxa"/>
              <w:bottom w:w="70" w:type="dxa"/>
              <w:right w:w="80" w:type="dxa"/>
            </w:tcMar>
            <w:vAlign w:val="center"/>
          </w:tcPr>
          <w:p w14:paraId="306698EB" w14:textId="77777777" w:rsidR="001D65CC" w:rsidRPr="00BD77DB" w:rsidRDefault="003722FC">
            <w:r w:rsidRPr="00BD77DB">
              <w:rPr>
                <w:b/>
                <w:color w:val="1F1F1F"/>
                <w:sz w:val="16"/>
              </w:rPr>
              <w:t>Non-SMME weight</w:t>
            </w:r>
          </w:p>
        </w:tc>
        <w:tc>
          <w:tcPr>
            <w:tcW w:w="4056" w:type="pct"/>
            <w:shd w:val="clear" w:color="auto" w:fill="F4F8FB"/>
            <w:tcMar>
              <w:top w:w="70" w:type="dxa"/>
              <w:left w:w="80" w:type="dxa"/>
              <w:bottom w:w="70" w:type="dxa"/>
              <w:right w:w="80" w:type="dxa"/>
            </w:tcMar>
            <w:vAlign w:val="center"/>
          </w:tcPr>
          <w:p w14:paraId="6B054337" w14:textId="77777777" w:rsidR="001D65CC" w:rsidRPr="00BD77DB" w:rsidRDefault="003722FC">
            <w:r w:rsidRPr="00BD77DB">
              <w:rPr>
                <w:color w:val="1F1F1F"/>
                <w:sz w:val="16"/>
              </w:rPr>
              <w:t>10%</w:t>
            </w:r>
          </w:p>
        </w:tc>
      </w:tr>
      <w:tr w:rsidR="001D65CC" w:rsidRPr="00BD77DB" w14:paraId="3C235432" w14:textId="77777777" w:rsidTr="00EF73BA">
        <w:trPr>
          <w:jc w:val="center"/>
        </w:trPr>
        <w:tc>
          <w:tcPr>
            <w:tcW w:w="944" w:type="pct"/>
            <w:shd w:val="clear" w:color="auto" w:fill="D9EAF7"/>
            <w:tcMar>
              <w:top w:w="70" w:type="dxa"/>
              <w:left w:w="80" w:type="dxa"/>
              <w:bottom w:w="70" w:type="dxa"/>
              <w:right w:w="80" w:type="dxa"/>
            </w:tcMar>
            <w:vAlign w:val="center"/>
          </w:tcPr>
          <w:p w14:paraId="7B50CF2A" w14:textId="77777777" w:rsidR="001D65CC" w:rsidRPr="00BD77DB" w:rsidRDefault="003722FC">
            <w:r w:rsidRPr="00BD77DB">
              <w:rPr>
                <w:b/>
                <w:color w:val="1F1F1F"/>
                <w:sz w:val="16"/>
              </w:rPr>
              <w:t>SMME weight</w:t>
            </w:r>
          </w:p>
        </w:tc>
        <w:tc>
          <w:tcPr>
            <w:tcW w:w="4056" w:type="pct"/>
            <w:shd w:val="clear" w:color="auto" w:fill="F4F8FB"/>
            <w:tcMar>
              <w:top w:w="70" w:type="dxa"/>
              <w:left w:w="80" w:type="dxa"/>
              <w:bottom w:w="70" w:type="dxa"/>
              <w:right w:w="80" w:type="dxa"/>
            </w:tcMar>
            <w:vAlign w:val="center"/>
          </w:tcPr>
          <w:p w14:paraId="6628892C" w14:textId="77777777" w:rsidR="001D65CC" w:rsidRPr="00BD77DB" w:rsidRDefault="003722FC">
            <w:r w:rsidRPr="00BD77DB">
              <w:rPr>
                <w:color w:val="1F1F1F"/>
                <w:sz w:val="16"/>
              </w:rPr>
              <w:t>10%</w:t>
            </w:r>
          </w:p>
        </w:tc>
      </w:tr>
      <w:tr w:rsidR="001D65CC" w:rsidRPr="00BD77DB" w14:paraId="2675F535" w14:textId="77777777" w:rsidTr="00EF73BA">
        <w:trPr>
          <w:jc w:val="center"/>
        </w:trPr>
        <w:tc>
          <w:tcPr>
            <w:tcW w:w="944" w:type="pct"/>
            <w:shd w:val="clear" w:color="auto" w:fill="D9EAF7"/>
            <w:tcMar>
              <w:top w:w="70" w:type="dxa"/>
              <w:left w:w="80" w:type="dxa"/>
              <w:bottom w:w="70" w:type="dxa"/>
              <w:right w:w="80" w:type="dxa"/>
            </w:tcMar>
            <w:vAlign w:val="center"/>
          </w:tcPr>
          <w:p w14:paraId="3261DBA1" w14:textId="77777777" w:rsidR="001D65CC" w:rsidRPr="00BD77DB" w:rsidRDefault="003722FC">
            <w:r w:rsidRPr="00BD77DB">
              <w:rPr>
                <w:b/>
                <w:color w:val="1F1F1F"/>
                <w:sz w:val="16"/>
              </w:rPr>
              <w:t>Scoring</w:t>
            </w:r>
          </w:p>
        </w:tc>
        <w:tc>
          <w:tcPr>
            <w:tcW w:w="4056" w:type="pct"/>
            <w:shd w:val="clear" w:color="auto" w:fill="F4F8FB"/>
            <w:tcMar>
              <w:top w:w="70" w:type="dxa"/>
              <w:left w:w="80" w:type="dxa"/>
              <w:bottom w:w="70" w:type="dxa"/>
              <w:right w:w="80" w:type="dxa"/>
            </w:tcMar>
            <w:vAlign w:val="center"/>
          </w:tcPr>
          <w:p w14:paraId="6F3384AE" w14:textId="77777777" w:rsidR="001D65CC" w:rsidRPr="00BD77DB" w:rsidRDefault="003722FC">
            <w:r w:rsidRPr="00BD77DB">
              <w:rPr>
                <w:color w:val="1F1F1F"/>
                <w:sz w:val="16"/>
              </w:rPr>
              <w:t>Advanced capability + proven project experience = 10 | Moderate capability + limited project experience = 8 | Basic capability = 5</w:t>
            </w:r>
          </w:p>
        </w:tc>
      </w:tr>
    </w:tbl>
    <w:p w14:paraId="164CBE9C" w14:textId="77777777" w:rsidR="001D65CC" w:rsidRPr="00BD77DB" w:rsidRDefault="003722FC">
      <w:pPr>
        <w:spacing w:after="60" w:line="252" w:lineRule="auto"/>
      </w:pPr>
      <w:r w:rsidRPr="00BD77DB">
        <w:t>Describe capability in CAD, simulation, design for manufacture (DFM), casting optimisation and related engineering analysis. Identify software, personnel, methods and completed project evidence.</w:t>
      </w:r>
    </w:p>
    <w:tbl>
      <w:tblPr>
        <w:tblStyle w:val="TableGrid"/>
        <w:tblW w:w="5000" w:type="pct"/>
        <w:jc w:val="center"/>
        <w:tblLook w:val="04A0" w:firstRow="1" w:lastRow="0" w:firstColumn="1" w:lastColumn="0" w:noHBand="0" w:noVBand="1"/>
      </w:tblPr>
      <w:tblGrid>
        <w:gridCol w:w="2222"/>
        <w:gridCol w:w="2062"/>
        <w:gridCol w:w="2539"/>
        <w:gridCol w:w="2697"/>
        <w:gridCol w:w="1746"/>
      </w:tblGrid>
      <w:tr w:rsidR="001D65CC" w:rsidRPr="00BD77DB" w14:paraId="5D075AC9" w14:textId="77777777" w:rsidTr="00EF73BA">
        <w:trPr>
          <w:tblHeader/>
          <w:jc w:val="center"/>
        </w:trPr>
        <w:tc>
          <w:tcPr>
            <w:tcW w:w="986" w:type="pct"/>
            <w:shd w:val="clear" w:color="auto" w:fill="1F4E79"/>
            <w:tcMar>
              <w:top w:w="70" w:type="dxa"/>
              <w:left w:w="80" w:type="dxa"/>
              <w:bottom w:w="70" w:type="dxa"/>
              <w:right w:w="80" w:type="dxa"/>
            </w:tcMar>
            <w:vAlign w:val="center"/>
          </w:tcPr>
          <w:p w14:paraId="19391DAC" w14:textId="77777777" w:rsidR="001D65CC" w:rsidRPr="00BD77DB" w:rsidRDefault="003722FC">
            <w:pPr>
              <w:jc w:val="center"/>
            </w:pPr>
            <w:r w:rsidRPr="00BD77DB">
              <w:rPr>
                <w:b/>
                <w:color w:val="FFFFFF"/>
                <w:sz w:val="16"/>
              </w:rPr>
              <w:t>Capability area</w:t>
            </w:r>
          </w:p>
        </w:tc>
        <w:tc>
          <w:tcPr>
            <w:tcW w:w="915" w:type="pct"/>
            <w:shd w:val="clear" w:color="auto" w:fill="1F4E79"/>
            <w:tcMar>
              <w:top w:w="70" w:type="dxa"/>
              <w:left w:w="80" w:type="dxa"/>
              <w:bottom w:w="70" w:type="dxa"/>
              <w:right w:w="80" w:type="dxa"/>
            </w:tcMar>
            <w:vAlign w:val="center"/>
          </w:tcPr>
          <w:p w14:paraId="3F340F66" w14:textId="77777777" w:rsidR="001D65CC" w:rsidRPr="00BD77DB" w:rsidRDefault="003722FC">
            <w:pPr>
              <w:jc w:val="center"/>
            </w:pPr>
            <w:r w:rsidRPr="00BD77DB">
              <w:rPr>
                <w:b/>
                <w:color w:val="FFFFFF"/>
                <w:sz w:val="16"/>
              </w:rPr>
              <w:t>Software / tools</w:t>
            </w:r>
          </w:p>
        </w:tc>
        <w:tc>
          <w:tcPr>
            <w:tcW w:w="1127" w:type="pct"/>
            <w:shd w:val="clear" w:color="auto" w:fill="1F4E79"/>
            <w:tcMar>
              <w:top w:w="70" w:type="dxa"/>
              <w:left w:w="80" w:type="dxa"/>
              <w:bottom w:w="70" w:type="dxa"/>
              <w:right w:w="80" w:type="dxa"/>
            </w:tcMar>
            <w:vAlign w:val="center"/>
          </w:tcPr>
          <w:p w14:paraId="4B3F9392" w14:textId="77777777" w:rsidR="001D65CC" w:rsidRPr="00BD77DB" w:rsidRDefault="003722FC">
            <w:pPr>
              <w:jc w:val="center"/>
            </w:pPr>
            <w:r w:rsidRPr="00BD77DB">
              <w:rPr>
                <w:b/>
                <w:color w:val="FFFFFF"/>
                <w:sz w:val="16"/>
              </w:rPr>
              <w:t>Internal expertise / staff</w:t>
            </w:r>
          </w:p>
        </w:tc>
        <w:tc>
          <w:tcPr>
            <w:tcW w:w="1197" w:type="pct"/>
            <w:shd w:val="clear" w:color="auto" w:fill="1F4E79"/>
            <w:tcMar>
              <w:top w:w="70" w:type="dxa"/>
              <w:left w:w="80" w:type="dxa"/>
              <w:bottom w:w="70" w:type="dxa"/>
              <w:right w:w="80" w:type="dxa"/>
            </w:tcMar>
            <w:vAlign w:val="center"/>
          </w:tcPr>
          <w:p w14:paraId="610D27DF" w14:textId="77777777" w:rsidR="001D65CC" w:rsidRPr="00BD77DB" w:rsidRDefault="003722FC">
            <w:pPr>
              <w:jc w:val="center"/>
            </w:pPr>
            <w:r w:rsidRPr="00BD77DB">
              <w:rPr>
                <w:b/>
                <w:color w:val="FFFFFF"/>
                <w:sz w:val="16"/>
              </w:rPr>
              <w:t>Example project</w:t>
            </w:r>
          </w:p>
        </w:tc>
        <w:tc>
          <w:tcPr>
            <w:tcW w:w="775" w:type="pct"/>
            <w:shd w:val="clear" w:color="auto" w:fill="1F4E79"/>
            <w:tcMar>
              <w:top w:w="70" w:type="dxa"/>
              <w:left w:w="80" w:type="dxa"/>
              <w:bottom w:w="70" w:type="dxa"/>
              <w:right w:w="80" w:type="dxa"/>
            </w:tcMar>
            <w:vAlign w:val="center"/>
          </w:tcPr>
          <w:p w14:paraId="50BF7C10" w14:textId="77777777" w:rsidR="001D65CC" w:rsidRPr="00BD77DB" w:rsidRDefault="003722FC">
            <w:pPr>
              <w:jc w:val="center"/>
            </w:pPr>
            <w:r w:rsidRPr="00BD77DB">
              <w:rPr>
                <w:b/>
                <w:color w:val="FFFFFF"/>
                <w:sz w:val="16"/>
              </w:rPr>
              <w:t>Evidence ref.</w:t>
            </w:r>
          </w:p>
        </w:tc>
      </w:tr>
      <w:tr w:rsidR="001D65CC" w:rsidRPr="00BD77DB" w14:paraId="20B674DA" w14:textId="77777777" w:rsidTr="00EF73BA">
        <w:trPr>
          <w:cantSplit/>
          <w:jc w:val="center"/>
        </w:trPr>
        <w:tc>
          <w:tcPr>
            <w:tcW w:w="986" w:type="pct"/>
            <w:shd w:val="clear" w:color="auto" w:fill="F4F8FB"/>
            <w:tcMar>
              <w:top w:w="70" w:type="dxa"/>
              <w:left w:w="80" w:type="dxa"/>
              <w:bottom w:w="70" w:type="dxa"/>
              <w:right w:w="80" w:type="dxa"/>
            </w:tcMar>
            <w:vAlign w:val="center"/>
          </w:tcPr>
          <w:p w14:paraId="7E32BD36" w14:textId="77777777" w:rsidR="001D65CC" w:rsidRPr="00BD77DB" w:rsidRDefault="001D65CC"/>
        </w:tc>
        <w:tc>
          <w:tcPr>
            <w:tcW w:w="915" w:type="pct"/>
            <w:shd w:val="clear" w:color="auto" w:fill="F4F8FB"/>
            <w:tcMar>
              <w:top w:w="70" w:type="dxa"/>
              <w:left w:w="80" w:type="dxa"/>
              <w:bottom w:w="70" w:type="dxa"/>
              <w:right w:w="80" w:type="dxa"/>
            </w:tcMar>
            <w:vAlign w:val="center"/>
          </w:tcPr>
          <w:p w14:paraId="7B91CBE8" w14:textId="77777777" w:rsidR="001D65CC" w:rsidRPr="00BD77DB" w:rsidRDefault="001D65CC"/>
        </w:tc>
        <w:tc>
          <w:tcPr>
            <w:tcW w:w="1127" w:type="pct"/>
            <w:shd w:val="clear" w:color="auto" w:fill="F4F8FB"/>
            <w:tcMar>
              <w:top w:w="70" w:type="dxa"/>
              <w:left w:w="80" w:type="dxa"/>
              <w:bottom w:w="70" w:type="dxa"/>
              <w:right w:w="80" w:type="dxa"/>
            </w:tcMar>
            <w:vAlign w:val="center"/>
          </w:tcPr>
          <w:p w14:paraId="234876E6" w14:textId="77777777" w:rsidR="001D65CC" w:rsidRPr="00BD77DB" w:rsidRDefault="001D65CC"/>
        </w:tc>
        <w:tc>
          <w:tcPr>
            <w:tcW w:w="1197" w:type="pct"/>
            <w:shd w:val="clear" w:color="auto" w:fill="F4F8FB"/>
            <w:tcMar>
              <w:top w:w="70" w:type="dxa"/>
              <w:left w:w="80" w:type="dxa"/>
              <w:bottom w:w="70" w:type="dxa"/>
              <w:right w:w="80" w:type="dxa"/>
            </w:tcMar>
            <w:vAlign w:val="center"/>
          </w:tcPr>
          <w:p w14:paraId="2E061386" w14:textId="77777777" w:rsidR="001D65CC" w:rsidRPr="00BD77DB" w:rsidRDefault="001D65CC"/>
        </w:tc>
        <w:tc>
          <w:tcPr>
            <w:tcW w:w="775" w:type="pct"/>
            <w:shd w:val="clear" w:color="auto" w:fill="F4F8FB"/>
            <w:tcMar>
              <w:top w:w="70" w:type="dxa"/>
              <w:left w:w="80" w:type="dxa"/>
              <w:bottom w:w="70" w:type="dxa"/>
              <w:right w:w="80" w:type="dxa"/>
            </w:tcMar>
            <w:vAlign w:val="center"/>
          </w:tcPr>
          <w:p w14:paraId="3A27B779" w14:textId="77777777" w:rsidR="001D65CC" w:rsidRPr="00BD77DB" w:rsidRDefault="001D65CC"/>
        </w:tc>
      </w:tr>
      <w:tr w:rsidR="001D65CC" w:rsidRPr="00BD77DB" w14:paraId="660ADE26" w14:textId="77777777" w:rsidTr="00EF73BA">
        <w:trPr>
          <w:cantSplit/>
          <w:jc w:val="center"/>
        </w:trPr>
        <w:tc>
          <w:tcPr>
            <w:tcW w:w="986" w:type="pct"/>
            <w:shd w:val="clear" w:color="auto" w:fill="F4F8FB"/>
            <w:tcMar>
              <w:top w:w="70" w:type="dxa"/>
              <w:left w:w="80" w:type="dxa"/>
              <w:bottom w:w="70" w:type="dxa"/>
              <w:right w:w="80" w:type="dxa"/>
            </w:tcMar>
            <w:vAlign w:val="center"/>
          </w:tcPr>
          <w:p w14:paraId="12AD8526" w14:textId="77777777" w:rsidR="001D65CC" w:rsidRPr="00BD77DB" w:rsidRDefault="001D65CC"/>
        </w:tc>
        <w:tc>
          <w:tcPr>
            <w:tcW w:w="915" w:type="pct"/>
            <w:shd w:val="clear" w:color="auto" w:fill="F4F8FB"/>
            <w:tcMar>
              <w:top w:w="70" w:type="dxa"/>
              <w:left w:w="80" w:type="dxa"/>
              <w:bottom w:w="70" w:type="dxa"/>
              <w:right w:w="80" w:type="dxa"/>
            </w:tcMar>
            <w:vAlign w:val="center"/>
          </w:tcPr>
          <w:p w14:paraId="25D9ADE4" w14:textId="77777777" w:rsidR="001D65CC" w:rsidRPr="00BD77DB" w:rsidRDefault="001D65CC"/>
        </w:tc>
        <w:tc>
          <w:tcPr>
            <w:tcW w:w="1127" w:type="pct"/>
            <w:shd w:val="clear" w:color="auto" w:fill="F4F8FB"/>
            <w:tcMar>
              <w:top w:w="70" w:type="dxa"/>
              <w:left w:w="80" w:type="dxa"/>
              <w:bottom w:w="70" w:type="dxa"/>
              <w:right w:w="80" w:type="dxa"/>
            </w:tcMar>
            <w:vAlign w:val="center"/>
          </w:tcPr>
          <w:p w14:paraId="2AF0C850" w14:textId="77777777" w:rsidR="001D65CC" w:rsidRPr="00BD77DB" w:rsidRDefault="001D65CC"/>
        </w:tc>
        <w:tc>
          <w:tcPr>
            <w:tcW w:w="1197" w:type="pct"/>
            <w:shd w:val="clear" w:color="auto" w:fill="F4F8FB"/>
            <w:tcMar>
              <w:top w:w="70" w:type="dxa"/>
              <w:left w:w="80" w:type="dxa"/>
              <w:bottom w:w="70" w:type="dxa"/>
              <w:right w:w="80" w:type="dxa"/>
            </w:tcMar>
            <w:vAlign w:val="center"/>
          </w:tcPr>
          <w:p w14:paraId="72417FA6" w14:textId="77777777" w:rsidR="001D65CC" w:rsidRPr="00BD77DB" w:rsidRDefault="001D65CC"/>
        </w:tc>
        <w:tc>
          <w:tcPr>
            <w:tcW w:w="775" w:type="pct"/>
            <w:shd w:val="clear" w:color="auto" w:fill="F4F8FB"/>
            <w:tcMar>
              <w:top w:w="70" w:type="dxa"/>
              <w:left w:w="80" w:type="dxa"/>
              <w:bottom w:w="70" w:type="dxa"/>
              <w:right w:w="80" w:type="dxa"/>
            </w:tcMar>
            <w:vAlign w:val="center"/>
          </w:tcPr>
          <w:p w14:paraId="55CAF44C" w14:textId="77777777" w:rsidR="001D65CC" w:rsidRPr="00BD77DB" w:rsidRDefault="001D65CC"/>
        </w:tc>
      </w:tr>
      <w:tr w:rsidR="001D65CC" w:rsidRPr="00BD77DB" w14:paraId="1741558E" w14:textId="77777777" w:rsidTr="00EF73BA">
        <w:trPr>
          <w:cantSplit/>
          <w:jc w:val="center"/>
        </w:trPr>
        <w:tc>
          <w:tcPr>
            <w:tcW w:w="986" w:type="pct"/>
            <w:shd w:val="clear" w:color="auto" w:fill="F4F8FB"/>
            <w:tcMar>
              <w:top w:w="70" w:type="dxa"/>
              <w:left w:w="80" w:type="dxa"/>
              <w:bottom w:w="70" w:type="dxa"/>
              <w:right w:w="80" w:type="dxa"/>
            </w:tcMar>
            <w:vAlign w:val="center"/>
          </w:tcPr>
          <w:p w14:paraId="49F95024" w14:textId="77777777" w:rsidR="001D65CC" w:rsidRPr="00BD77DB" w:rsidRDefault="001D65CC"/>
        </w:tc>
        <w:tc>
          <w:tcPr>
            <w:tcW w:w="915" w:type="pct"/>
            <w:shd w:val="clear" w:color="auto" w:fill="F4F8FB"/>
            <w:tcMar>
              <w:top w:w="70" w:type="dxa"/>
              <w:left w:w="80" w:type="dxa"/>
              <w:bottom w:w="70" w:type="dxa"/>
              <w:right w:w="80" w:type="dxa"/>
            </w:tcMar>
            <w:vAlign w:val="center"/>
          </w:tcPr>
          <w:p w14:paraId="7C8443F9" w14:textId="77777777" w:rsidR="001D65CC" w:rsidRPr="00BD77DB" w:rsidRDefault="001D65CC"/>
        </w:tc>
        <w:tc>
          <w:tcPr>
            <w:tcW w:w="1127" w:type="pct"/>
            <w:shd w:val="clear" w:color="auto" w:fill="F4F8FB"/>
            <w:tcMar>
              <w:top w:w="70" w:type="dxa"/>
              <w:left w:w="80" w:type="dxa"/>
              <w:bottom w:w="70" w:type="dxa"/>
              <w:right w:w="80" w:type="dxa"/>
            </w:tcMar>
            <w:vAlign w:val="center"/>
          </w:tcPr>
          <w:p w14:paraId="7930B1EC" w14:textId="77777777" w:rsidR="001D65CC" w:rsidRPr="00BD77DB" w:rsidRDefault="001D65CC"/>
        </w:tc>
        <w:tc>
          <w:tcPr>
            <w:tcW w:w="1197" w:type="pct"/>
            <w:shd w:val="clear" w:color="auto" w:fill="F4F8FB"/>
            <w:tcMar>
              <w:top w:w="70" w:type="dxa"/>
              <w:left w:w="80" w:type="dxa"/>
              <w:bottom w:w="70" w:type="dxa"/>
              <w:right w:w="80" w:type="dxa"/>
            </w:tcMar>
            <w:vAlign w:val="center"/>
          </w:tcPr>
          <w:p w14:paraId="5C269E59" w14:textId="77777777" w:rsidR="001D65CC" w:rsidRPr="00BD77DB" w:rsidRDefault="001D65CC"/>
        </w:tc>
        <w:tc>
          <w:tcPr>
            <w:tcW w:w="775" w:type="pct"/>
            <w:shd w:val="clear" w:color="auto" w:fill="F4F8FB"/>
            <w:tcMar>
              <w:top w:w="70" w:type="dxa"/>
              <w:left w:w="80" w:type="dxa"/>
              <w:bottom w:w="70" w:type="dxa"/>
              <w:right w:w="80" w:type="dxa"/>
            </w:tcMar>
            <w:vAlign w:val="center"/>
          </w:tcPr>
          <w:p w14:paraId="5095A0A9" w14:textId="77777777" w:rsidR="001D65CC" w:rsidRPr="00BD77DB" w:rsidRDefault="001D65CC"/>
        </w:tc>
      </w:tr>
      <w:tr w:rsidR="001D65CC" w:rsidRPr="00BD77DB" w14:paraId="4E1FA440" w14:textId="77777777" w:rsidTr="00EF73BA">
        <w:trPr>
          <w:cantSplit/>
          <w:jc w:val="center"/>
        </w:trPr>
        <w:tc>
          <w:tcPr>
            <w:tcW w:w="986" w:type="pct"/>
            <w:shd w:val="clear" w:color="auto" w:fill="F4F8FB"/>
            <w:tcMar>
              <w:top w:w="70" w:type="dxa"/>
              <w:left w:w="80" w:type="dxa"/>
              <w:bottom w:w="70" w:type="dxa"/>
              <w:right w:w="80" w:type="dxa"/>
            </w:tcMar>
            <w:vAlign w:val="center"/>
          </w:tcPr>
          <w:p w14:paraId="407BDA1D" w14:textId="77777777" w:rsidR="001D65CC" w:rsidRPr="00BD77DB" w:rsidRDefault="001D65CC"/>
        </w:tc>
        <w:tc>
          <w:tcPr>
            <w:tcW w:w="915" w:type="pct"/>
            <w:shd w:val="clear" w:color="auto" w:fill="F4F8FB"/>
            <w:tcMar>
              <w:top w:w="70" w:type="dxa"/>
              <w:left w:w="80" w:type="dxa"/>
              <w:bottom w:w="70" w:type="dxa"/>
              <w:right w:w="80" w:type="dxa"/>
            </w:tcMar>
            <w:vAlign w:val="center"/>
          </w:tcPr>
          <w:p w14:paraId="6A6B66D8" w14:textId="77777777" w:rsidR="001D65CC" w:rsidRPr="00BD77DB" w:rsidRDefault="001D65CC"/>
        </w:tc>
        <w:tc>
          <w:tcPr>
            <w:tcW w:w="1127" w:type="pct"/>
            <w:shd w:val="clear" w:color="auto" w:fill="F4F8FB"/>
            <w:tcMar>
              <w:top w:w="70" w:type="dxa"/>
              <w:left w:w="80" w:type="dxa"/>
              <w:bottom w:w="70" w:type="dxa"/>
              <w:right w:w="80" w:type="dxa"/>
            </w:tcMar>
            <w:vAlign w:val="center"/>
          </w:tcPr>
          <w:p w14:paraId="35556448" w14:textId="77777777" w:rsidR="001D65CC" w:rsidRPr="00BD77DB" w:rsidRDefault="001D65CC"/>
        </w:tc>
        <w:tc>
          <w:tcPr>
            <w:tcW w:w="1197" w:type="pct"/>
            <w:shd w:val="clear" w:color="auto" w:fill="F4F8FB"/>
            <w:tcMar>
              <w:top w:w="70" w:type="dxa"/>
              <w:left w:w="80" w:type="dxa"/>
              <w:bottom w:w="70" w:type="dxa"/>
              <w:right w:w="80" w:type="dxa"/>
            </w:tcMar>
            <w:vAlign w:val="center"/>
          </w:tcPr>
          <w:p w14:paraId="27F4E2A4" w14:textId="77777777" w:rsidR="001D65CC" w:rsidRPr="00BD77DB" w:rsidRDefault="001D65CC"/>
        </w:tc>
        <w:tc>
          <w:tcPr>
            <w:tcW w:w="775" w:type="pct"/>
            <w:shd w:val="clear" w:color="auto" w:fill="F4F8FB"/>
            <w:tcMar>
              <w:top w:w="70" w:type="dxa"/>
              <w:left w:w="80" w:type="dxa"/>
              <w:bottom w:w="70" w:type="dxa"/>
              <w:right w:w="80" w:type="dxa"/>
            </w:tcMar>
            <w:vAlign w:val="center"/>
          </w:tcPr>
          <w:p w14:paraId="78A7882A" w14:textId="77777777" w:rsidR="001D65CC" w:rsidRPr="00BD77DB" w:rsidRDefault="001D65CC"/>
        </w:tc>
      </w:tr>
      <w:tr w:rsidR="001D65CC" w:rsidRPr="00BD77DB" w14:paraId="39950F6A" w14:textId="77777777" w:rsidTr="00EF73BA">
        <w:trPr>
          <w:cantSplit/>
          <w:jc w:val="center"/>
        </w:trPr>
        <w:tc>
          <w:tcPr>
            <w:tcW w:w="986" w:type="pct"/>
            <w:shd w:val="clear" w:color="auto" w:fill="F4F8FB"/>
            <w:tcMar>
              <w:top w:w="70" w:type="dxa"/>
              <w:left w:w="80" w:type="dxa"/>
              <w:bottom w:w="70" w:type="dxa"/>
              <w:right w:w="80" w:type="dxa"/>
            </w:tcMar>
            <w:vAlign w:val="center"/>
          </w:tcPr>
          <w:p w14:paraId="2EED01CB" w14:textId="77777777" w:rsidR="001D65CC" w:rsidRPr="00BD77DB" w:rsidRDefault="001D65CC"/>
        </w:tc>
        <w:tc>
          <w:tcPr>
            <w:tcW w:w="915" w:type="pct"/>
            <w:shd w:val="clear" w:color="auto" w:fill="F4F8FB"/>
            <w:tcMar>
              <w:top w:w="70" w:type="dxa"/>
              <w:left w:w="80" w:type="dxa"/>
              <w:bottom w:w="70" w:type="dxa"/>
              <w:right w:w="80" w:type="dxa"/>
            </w:tcMar>
            <w:vAlign w:val="center"/>
          </w:tcPr>
          <w:p w14:paraId="556A9AB7" w14:textId="77777777" w:rsidR="001D65CC" w:rsidRPr="00BD77DB" w:rsidRDefault="001D65CC"/>
        </w:tc>
        <w:tc>
          <w:tcPr>
            <w:tcW w:w="1127" w:type="pct"/>
            <w:shd w:val="clear" w:color="auto" w:fill="F4F8FB"/>
            <w:tcMar>
              <w:top w:w="70" w:type="dxa"/>
              <w:left w:w="80" w:type="dxa"/>
              <w:bottom w:w="70" w:type="dxa"/>
              <w:right w:w="80" w:type="dxa"/>
            </w:tcMar>
            <w:vAlign w:val="center"/>
          </w:tcPr>
          <w:p w14:paraId="75BE53BE" w14:textId="77777777" w:rsidR="001D65CC" w:rsidRPr="00BD77DB" w:rsidRDefault="001D65CC"/>
        </w:tc>
        <w:tc>
          <w:tcPr>
            <w:tcW w:w="1197" w:type="pct"/>
            <w:shd w:val="clear" w:color="auto" w:fill="F4F8FB"/>
            <w:tcMar>
              <w:top w:w="70" w:type="dxa"/>
              <w:left w:w="80" w:type="dxa"/>
              <w:bottom w:w="70" w:type="dxa"/>
              <w:right w:w="80" w:type="dxa"/>
            </w:tcMar>
            <w:vAlign w:val="center"/>
          </w:tcPr>
          <w:p w14:paraId="219F8421" w14:textId="77777777" w:rsidR="001D65CC" w:rsidRPr="00BD77DB" w:rsidRDefault="001D65CC"/>
        </w:tc>
        <w:tc>
          <w:tcPr>
            <w:tcW w:w="775" w:type="pct"/>
            <w:shd w:val="clear" w:color="auto" w:fill="F4F8FB"/>
            <w:tcMar>
              <w:top w:w="70" w:type="dxa"/>
              <w:left w:w="80" w:type="dxa"/>
              <w:bottom w:w="70" w:type="dxa"/>
              <w:right w:w="80" w:type="dxa"/>
            </w:tcMar>
            <w:vAlign w:val="center"/>
          </w:tcPr>
          <w:p w14:paraId="7F9CB33C" w14:textId="77777777" w:rsidR="001D65CC" w:rsidRPr="00BD77DB" w:rsidRDefault="001D65CC"/>
        </w:tc>
      </w:tr>
      <w:tr w:rsidR="001D65CC" w:rsidRPr="00BD77DB" w14:paraId="2BC7B86B" w14:textId="77777777">
        <w:trPr>
          <w:cantSplit/>
          <w:jc w:val="center"/>
        </w:trPr>
        <w:tc>
          <w:tcPr>
            <w:tcW w:w="10368" w:type="dxa"/>
            <w:gridSpan w:val="5"/>
            <w:shd w:val="clear" w:color="auto" w:fill="F4F8FB"/>
            <w:tcMar>
              <w:top w:w="70" w:type="dxa"/>
              <w:left w:w="80" w:type="dxa"/>
              <w:bottom w:w="70" w:type="dxa"/>
              <w:right w:w="80" w:type="dxa"/>
            </w:tcMar>
            <w:vAlign w:val="center"/>
          </w:tcPr>
          <w:p w14:paraId="267D30D9" w14:textId="6C60288C" w:rsidR="001D65CC" w:rsidRPr="00BD77DB" w:rsidRDefault="003722FC">
            <w:r w:rsidRPr="00BD77DB">
              <w:rPr>
                <w:color w:val="666666"/>
                <w:sz w:val="18"/>
              </w:rPr>
              <w:lastRenderedPageBreak/>
              <w:t>[Optional concise explanatory note, maximum 200 words]</w:t>
            </w:r>
            <w:r w:rsidRPr="00BD77DB">
              <w:br/>
            </w:r>
            <w:r w:rsidR="007D7DDB">
              <w:br/>
            </w:r>
            <w:r w:rsidRPr="00BD77DB">
              <w:br/>
            </w:r>
          </w:p>
        </w:tc>
      </w:tr>
    </w:tbl>
    <w:p w14:paraId="27FAB491" w14:textId="695C4589" w:rsidR="001D65CC" w:rsidRPr="00BD77DB" w:rsidRDefault="003722FC" w:rsidP="000F030F">
      <w:pPr>
        <w:pStyle w:val="Heading2"/>
      </w:pPr>
      <w:r w:rsidRPr="00BD77DB">
        <w:t>Percentage of Black Ownership</w:t>
      </w:r>
    </w:p>
    <w:tbl>
      <w:tblPr>
        <w:tblStyle w:val="TableGrid"/>
        <w:tblW w:w="5000" w:type="pct"/>
        <w:jc w:val="center"/>
        <w:tblLook w:val="04A0" w:firstRow="1" w:lastRow="0" w:firstColumn="1" w:lastColumn="0" w:noHBand="0" w:noVBand="1"/>
      </w:tblPr>
      <w:tblGrid>
        <w:gridCol w:w="2127"/>
        <w:gridCol w:w="9139"/>
      </w:tblGrid>
      <w:tr w:rsidR="001D65CC" w:rsidRPr="00BD77DB" w14:paraId="5D816087" w14:textId="77777777" w:rsidTr="00EF73BA">
        <w:trPr>
          <w:jc w:val="center"/>
        </w:trPr>
        <w:tc>
          <w:tcPr>
            <w:tcW w:w="944" w:type="pct"/>
            <w:shd w:val="clear" w:color="auto" w:fill="D9EAF7"/>
            <w:tcMar>
              <w:top w:w="70" w:type="dxa"/>
              <w:left w:w="80" w:type="dxa"/>
              <w:bottom w:w="70" w:type="dxa"/>
              <w:right w:w="80" w:type="dxa"/>
            </w:tcMar>
            <w:vAlign w:val="center"/>
          </w:tcPr>
          <w:p w14:paraId="57EDF465" w14:textId="77777777" w:rsidR="001D65CC" w:rsidRPr="00BD77DB" w:rsidRDefault="003722FC">
            <w:r w:rsidRPr="00BD77DB">
              <w:rPr>
                <w:b/>
                <w:color w:val="1F1F1F"/>
                <w:sz w:val="16"/>
              </w:rPr>
              <w:t>Non-SMME weight</w:t>
            </w:r>
          </w:p>
        </w:tc>
        <w:tc>
          <w:tcPr>
            <w:tcW w:w="4056" w:type="pct"/>
            <w:shd w:val="clear" w:color="auto" w:fill="F4F8FB"/>
            <w:tcMar>
              <w:top w:w="70" w:type="dxa"/>
              <w:left w:w="80" w:type="dxa"/>
              <w:bottom w:w="70" w:type="dxa"/>
              <w:right w:w="80" w:type="dxa"/>
            </w:tcMar>
            <w:vAlign w:val="center"/>
          </w:tcPr>
          <w:p w14:paraId="5EC598BD" w14:textId="77777777" w:rsidR="001D65CC" w:rsidRPr="00BD77DB" w:rsidRDefault="003722FC">
            <w:r w:rsidRPr="00BD77DB">
              <w:rPr>
                <w:color w:val="1F1F1F"/>
                <w:sz w:val="16"/>
              </w:rPr>
              <w:t>10%</w:t>
            </w:r>
          </w:p>
        </w:tc>
      </w:tr>
      <w:tr w:rsidR="001D65CC" w:rsidRPr="00BD77DB" w14:paraId="66EB975A" w14:textId="77777777" w:rsidTr="00EF73BA">
        <w:trPr>
          <w:jc w:val="center"/>
        </w:trPr>
        <w:tc>
          <w:tcPr>
            <w:tcW w:w="944" w:type="pct"/>
            <w:shd w:val="clear" w:color="auto" w:fill="D9EAF7"/>
            <w:tcMar>
              <w:top w:w="70" w:type="dxa"/>
              <w:left w:w="80" w:type="dxa"/>
              <w:bottom w:w="70" w:type="dxa"/>
              <w:right w:w="80" w:type="dxa"/>
            </w:tcMar>
            <w:vAlign w:val="center"/>
          </w:tcPr>
          <w:p w14:paraId="4760FB07" w14:textId="77777777" w:rsidR="001D65CC" w:rsidRPr="00BD77DB" w:rsidRDefault="003722FC">
            <w:r w:rsidRPr="00BD77DB">
              <w:rPr>
                <w:b/>
                <w:color w:val="1F1F1F"/>
                <w:sz w:val="16"/>
              </w:rPr>
              <w:t>SMME weight</w:t>
            </w:r>
          </w:p>
        </w:tc>
        <w:tc>
          <w:tcPr>
            <w:tcW w:w="4056" w:type="pct"/>
            <w:shd w:val="clear" w:color="auto" w:fill="F4F8FB"/>
            <w:tcMar>
              <w:top w:w="70" w:type="dxa"/>
              <w:left w:w="80" w:type="dxa"/>
              <w:bottom w:w="70" w:type="dxa"/>
              <w:right w:w="80" w:type="dxa"/>
            </w:tcMar>
            <w:vAlign w:val="center"/>
          </w:tcPr>
          <w:p w14:paraId="6E8B092B" w14:textId="77777777" w:rsidR="001D65CC" w:rsidRPr="00BD77DB" w:rsidRDefault="003722FC">
            <w:r w:rsidRPr="00BD77DB">
              <w:rPr>
                <w:color w:val="1F1F1F"/>
                <w:sz w:val="16"/>
              </w:rPr>
              <w:t>15%</w:t>
            </w:r>
          </w:p>
        </w:tc>
      </w:tr>
      <w:tr w:rsidR="001D65CC" w:rsidRPr="00BD77DB" w14:paraId="18987A9A" w14:textId="77777777" w:rsidTr="00EF73BA">
        <w:trPr>
          <w:jc w:val="center"/>
        </w:trPr>
        <w:tc>
          <w:tcPr>
            <w:tcW w:w="944" w:type="pct"/>
            <w:shd w:val="clear" w:color="auto" w:fill="D9EAF7"/>
            <w:tcMar>
              <w:top w:w="70" w:type="dxa"/>
              <w:left w:w="80" w:type="dxa"/>
              <w:bottom w:w="70" w:type="dxa"/>
              <w:right w:w="80" w:type="dxa"/>
            </w:tcMar>
            <w:vAlign w:val="center"/>
          </w:tcPr>
          <w:p w14:paraId="771A44B7" w14:textId="77777777" w:rsidR="001D65CC" w:rsidRPr="00BD77DB" w:rsidRDefault="003722FC">
            <w:r w:rsidRPr="00BD77DB">
              <w:rPr>
                <w:b/>
                <w:color w:val="1F1F1F"/>
                <w:sz w:val="16"/>
              </w:rPr>
              <w:t>Scoring</w:t>
            </w:r>
          </w:p>
        </w:tc>
        <w:tc>
          <w:tcPr>
            <w:tcW w:w="4056" w:type="pct"/>
            <w:shd w:val="clear" w:color="auto" w:fill="F4F8FB"/>
            <w:tcMar>
              <w:top w:w="70" w:type="dxa"/>
              <w:left w:w="80" w:type="dxa"/>
              <w:bottom w:w="70" w:type="dxa"/>
              <w:right w:w="80" w:type="dxa"/>
            </w:tcMar>
            <w:vAlign w:val="center"/>
          </w:tcPr>
          <w:p w14:paraId="45CB0555" w14:textId="77777777" w:rsidR="001D65CC" w:rsidRPr="00BD77DB" w:rsidRDefault="003722FC">
            <w:r w:rsidRPr="00BD77DB">
              <w:rPr>
                <w:color w:val="1F1F1F"/>
                <w:sz w:val="16"/>
              </w:rPr>
              <w:t>≥50% = 10 | 1–49% = 7 | 0% = 5</w:t>
            </w:r>
          </w:p>
        </w:tc>
      </w:tr>
    </w:tbl>
    <w:p w14:paraId="373F59F1" w14:textId="77777777" w:rsidR="00EF73BA" w:rsidRPr="00BD77DB" w:rsidRDefault="00EF73BA" w:rsidP="00EF73BA">
      <w:pPr>
        <w:rPr>
          <w:sz w:val="2"/>
          <w:szCs w:val="2"/>
        </w:rPr>
      </w:pPr>
    </w:p>
    <w:tbl>
      <w:tblPr>
        <w:tblStyle w:val="TableGrid"/>
        <w:tblW w:w="5000" w:type="pct"/>
        <w:jc w:val="center"/>
        <w:tblLook w:val="04A0" w:firstRow="1" w:lastRow="0" w:firstColumn="1" w:lastColumn="0" w:noHBand="0" w:noVBand="1"/>
      </w:tblPr>
      <w:tblGrid>
        <w:gridCol w:w="3702"/>
        <w:gridCol w:w="7564"/>
      </w:tblGrid>
      <w:tr w:rsidR="001D65CC" w:rsidRPr="00BD77DB" w14:paraId="3DF5F54B" w14:textId="77777777" w:rsidTr="00EF73BA">
        <w:trPr>
          <w:cantSplit/>
          <w:jc w:val="center"/>
        </w:trPr>
        <w:tc>
          <w:tcPr>
            <w:tcW w:w="1643" w:type="pct"/>
            <w:shd w:val="clear" w:color="auto" w:fill="D9EAF7"/>
            <w:tcMar>
              <w:top w:w="70" w:type="dxa"/>
              <w:left w:w="80" w:type="dxa"/>
              <w:bottom w:w="70" w:type="dxa"/>
              <w:right w:w="80" w:type="dxa"/>
            </w:tcMar>
            <w:vAlign w:val="center"/>
          </w:tcPr>
          <w:p w14:paraId="2CA42EED" w14:textId="77777777" w:rsidR="001D65CC" w:rsidRPr="00BD77DB" w:rsidRDefault="003722FC">
            <w:r w:rsidRPr="00BD77DB">
              <w:rPr>
                <w:b/>
                <w:color w:val="1F1F1F"/>
                <w:sz w:val="17"/>
              </w:rPr>
              <w:t>Black ownership (%)</w:t>
            </w:r>
          </w:p>
        </w:tc>
        <w:tc>
          <w:tcPr>
            <w:tcW w:w="3357" w:type="pct"/>
            <w:shd w:val="clear" w:color="auto" w:fill="F4F8FB"/>
            <w:tcMar>
              <w:top w:w="70" w:type="dxa"/>
              <w:left w:w="80" w:type="dxa"/>
              <w:bottom w:w="70" w:type="dxa"/>
              <w:right w:w="80" w:type="dxa"/>
            </w:tcMar>
            <w:vAlign w:val="center"/>
          </w:tcPr>
          <w:p w14:paraId="31A910CA" w14:textId="400084EF" w:rsidR="001D65CC" w:rsidRPr="00BD77DB" w:rsidRDefault="001D65CC"/>
        </w:tc>
      </w:tr>
      <w:tr w:rsidR="001D65CC" w:rsidRPr="00BD77DB" w14:paraId="11FFD024" w14:textId="77777777" w:rsidTr="00EF73BA">
        <w:trPr>
          <w:cantSplit/>
          <w:jc w:val="center"/>
        </w:trPr>
        <w:tc>
          <w:tcPr>
            <w:tcW w:w="1643" w:type="pct"/>
            <w:shd w:val="clear" w:color="auto" w:fill="D9EAF7"/>
            <w:tcMar>
              <w:top w:w="70" w:type="dxa"/>
              <w:left w:w="80" w:type="dxa"/>
              <w:bottom w:w="70" w:type="dxa"/>
              <w:right w:w="80" w:type="dxa"/>
            </w:tcMar>
            <w:vAlign w:val="center"/>
          </w:tcPr>
          <w:p w14:paraId="1FD004E8" w14:textId="77777777" w:rsidR="001D65CC" w:rsidRPr="00BD77DB" w:rsidRDefault="003722FC">
            <w:r w:rsidRPr="00BD77DB">
              <w:rPr>
                <w:b/>
                <w:color w:val="1F1F1F"/>
                <w:sz w:val="17"/>
              </w:rPr>
              <w:t>Evidence type</w:t>
            </w:r>
          </w:p>
        </w:tc>
        <w:tc>
          <w:tcPr>
            <w:tcW w:w="3357" w:type="pct"/>
            <w:shd w:val="clear" w:color="auto" w:fill="F4F8FB"/>
            <w:tcMar>
              <w:top w:w="70" w:type="dxa"/>
              <w:left w:w="80" w:type="dxa"/>
              <w:bottom w:w="70" w:type="dxa"/>
              <w:right w:w="80" w:type="dxa"/>
            </w:tcMar>
            <w:vAlign w:val="center"/>
          </w:tcPr>
          <w:p w14:paraId="0A58F6C6" w14:textId="77777777" w:rsidR="001D65CC" w:rsidRPr="00BD77DB" w:rsidRDefault="003722FC">
            <w:r w:rsidRPr="00BD77DB">
              <w:rPr>
                <w:color w:val="1F1F1F"/>
                <w:sz w:val="18"/>
              </w:rPr>
              <w:t>B-BBEE certificate / affidavit</w:t>
            </w:r>
          </w:p>
        </w:tc>
      </w:tr>
      <w:tr w:rsidR="001D65CC" w:rsidRPr="00BD77DB" w14:paraId="31638153" w14:textId="77777777" w:rsidTr="00EF73BA">
        <w:trPr>
          <w:cantSplit/>
          <w:jc w:val="center"/>
        </w:trPr>
        <w:tc>
          <w:tcPr>
            <w:tcW w:w="1643" w:type="pct"/>
            <w:shd w:val="clear" w:color="auto" w:fill="D9EAF7"/>
            <w:tcMar>
              <w:top w:w="70" w:type="dxa"/>
              <w:left w:w="80" w:type="dxa"/>
              <w:bottom w:w="70" w:type="dxa"/>
              <w:right w:w="80" w:type="dxa"/>
            </w:tcMar>
            <w:vAlign w:val="center"/>
          </w:tcPr>
          <w:p w14:paraId="1DE0B020" w14:textId="77777777" w:rsidR="001D65CC" w:rsidRPr="00BD77DB" w:rsidRDefault="003722FC">
            <w:r w:rsidRPr="00BD77DB">
              <w:rPr>
                <w:b/>
                <w:color w:val="1F1F1F"/>
                <w:sz w:val="17"/>
              </w:rPr>
              <w:t>Evidence reference</w:t>
            </w:r>
          </w:p>
        </w:tc>
        <w:tc>
          <w:tcPr>
            <w:tcW w:w="3357" w:type="pct"/>
            <w:shd w:val="clear" w:color="auto" w:fill="F4F8FB"/>
            <w:tcMar>
              <w:top w:w="70" w:type="dxa"/>
              <w:left w:w="80" w:type="dxa"/>
              <w:bottom w:w="70" w:type="dxa"/>
              <w:right w:w="80" w:type="dxa"/>
            </w:tcMar>
            <w:vAlign w:val="center"/>
          </w:tcPr>
          <w:p w14:paraId="4FD17432" w14:textId="3A98B62C" w:rsidR="001D65CC" w:rsidRPr="00BD77DB" w:rsidRDefault="001D65CC"/>
        </w:tc>
      </w:tr>
    </w:tbl>
    <w:p w14:paraId="51651ADA" w14:textId="46B1C477" w:rsidR="001D65CC" w:rsidRPr="00BD77DB" w:rsidRDefault="003722FC" w:rsidP="000F030F">
      <w:pPr>
        <w:pStyle w:val="Heading2"/>
      </w:pPr>
      <w:r w:rsidRPr="00BD77DB">
        <w:t>B-BBEE Level Contribution</w:t>
      </w:r>
    </w:p>
    <w:tbl>
      <w:tblPr>
        <w:tblStyle w:val="TableGrid"/>
        <w:tblW w:w="5000" w:type="pct"/>
        <w:jc w:val="center"/>
        <w:tblLook w:val="04A0" w:firstRow="1" w:lastRow="0" w:firstColumn="1" w:lastColumn="0" w:noHBand="0" w:noVBand="1"/>
      </w:tblPr>
      <w:tblGrid>
        <w:gridCol w:w="2127"/>
        <w:gridCol w:w="9139"/>
      </w:tblGrid>
      <w:tr w:rsidR="001D65CC" w:rsidRPr="00BD77DB" w14:paraId="68ACADB6" w14:textId="77777777" w:rsidTr="00EF73BA">
        <w:trPr>
          <w:jc w:val="center"/>
        </w:trPr>
        <w:tc>
          <w:tcPr>
            <w:tcW w:w="944" w:type="pct"/>
            <w:shd w:val="clear" w:color="auto" w:fill="D9EAF7"/>
            <w:tcMar>
              <w:top w:w="70" w:type="dxa"/>
              <w:left w:w="80" w:type="dxa"/>
              <w:bottom w:w="70" w:type="dxa"/>
              <w:right w:w="80" w:type="dxa"/>
            </w:tcMar>
            <w:vAlign w:val="center"/>
          </w:tcPr>
          <w:p w14:paraId="2EC404E6" w14:textId="77777777" w:rsidR="001D65CC" w:rsidRPr="00BD77DB" w:rsidRDefault="003722FC">
            <w:r w:rsidRPr="00BD77DB">
              <w:rPr>
                <w:b/>
                <w:color w:val="1F1F1F"/>
                <w:sz w:val="16"/>
              </w:rPr>
              <w:t>Non-SMME weight</w:t>
            </w:r>
          </w:p>
        </w:tc>
        <w:tc>
          <w:tcPr>
            <w:tcW w:w="4056" w:type="pct"/>
            <w:shd w:val="clear" w:color="auto" w:fill="F4F8FB"/>
            <w:tcMar>
              <w:top w:w="70" w:type="dxa"/>
              <w:left w:w="80" w:type="dxa"/>
              <w:bottom w:w="70" w:type="dxa"/>
              <w:right w:w="80" w:type="dxa"/>
            </w:tcMar>
            <w:vAlign w:val="center"/>
          </w:tcPr>
          <w:p w14:paraId="30FCAE04" w14:textId="77777777" w:rsidR="001D65CC" w:rsidRPr="00BD77DB" w:rsidRDefault="003722FC">
            <w:r w:rsidRPr="00BD77DB">
              <w:rPr>
                <w:color w:val="1F1F1F"/>
                <w:sz w:val="16"/>
              </w:rPr>
              <w:t>10%</w:t>
            </w:r>
          </w:p>
        </w:tc>
      </w:tr>
      <w:tr w:rsidR="001D65CC" w:rsidRPr="00BD77DB" w14:paraId="15369E08" w14:textId="77777777" w:rsidTr="00EF73BA">
        <w:trPr>
          <w:jc w:val="center"/>
        </w:trPr>
        <w:tc>
          <w:tcPr>
            <w:tcW w:w="944" w:type="pct"/>
            <w:shd w:val="clear" w:color="auto" w:fill="D9EAF7"/>
            <w:tcMar>
              <w:top w:w="70" w:type="dxa"/>
              <w:left w:w="80" w:type="dxa"/>
              <w:bottom w:w="70" w:type="dxa"/>
              <w:right w:w="80" w:type="dxa"/>
            </w:tcMar>
            <w:vAlign w:val="center"/>
          </w:tcPr>
          <w:p w14:paraId="43910C4A" w14:textId="77777777" w:rsidR="001D65CC" w:rsidRPr="00BD77DB" w:rsidRDefault="003722FC">
            <w:r w:rsidRPr="00BD77DB">
              <w:rPr>
                <w:b/>
                <w:color w:val="1F1F1F"/>
                <w:sz w:val="16"/>
              </w:rPr>
              <w:t>SMME weight</w:t>
            </w:r>
          </w:p>
        </w:tc>
        <w:tc>
          <w:tcPr>
            <w:tcW w:w="4056" w:type="pct"/>
            <w:shd w:val="clear" w:color="auto" w:fill="F4F8FB"/>
            <w:tcMar>
              <w:top w:w="70" w:type="dxa"/>
              <w:left w:w="80" w:type="dxa"/>
              <w:bottom w:w="70" w:type="dxa"/>
              <w:right w:w="80" w:type="dxa"/>
            </w:tcMar>
            <w:vAlign w:val="center"/>
          </w:tcPr>
          <w:p w14:paraId="2E913F50" w14:textId="77777777" w:rsidR="001D65CC" w:rsidRPr="00BD77DB" w:rsidRDefault="003722FC">
            <w:r w:rsidRPr="00BD77DB">
              <w:rPr>
                <w:color w:val="1F1F1F"/>
                <w:sz w:val="16"/>
              </w:rPr>
              <w:t>10%</w:t>
            </w:r>
          </w:p>
        </w:tc>
      </w:tr>
      <w:tr w:rsidR="001D65CC" w:rsidRPr="00BD77DB" w14:paraId="43FBC9C2" w14:textId="77777777" w:rsidTr="00EF73BA">
        <w:trPr>
          <w:jc w:val="center"/>
        </w:trPr>
        <w:tc>
          <w:tcPr>
            <w:tcW w:w="944" w:type="pct"/>
            <w:shd w:val="clear" w:color="auto" w:fill="D9EAF7"/>
            <w:tcMar>
              <w:top w:w="70" w:type="dxa"/>
              <w:left w:w="80" w:type="dxa"/>
              <w:bottom w:w="70" w:type="dxa"/>
              <w:right w:w="80" w:type="dxa"/>
            </w:tcMar>
            <w:vAlign w:val="center"/>
          </w:tcPr>
          <w:p w14:paraId="6B5954B2" w14:textId="77777777" w:rsidR="001D65CC" w:rsidRPr="00BD77DB" w:rsidRDefault="003722FC">
            <w:r w:rsidRPr="00BD77DB">
              <w:rPr>
                <w:b/>
                <w:color w:val="1F1F1F"/>
                <w:sz w:val="16"/>
              </w:rPr>
              <w:t>Scoring</w:t>
            </w:r>
          </w:p>
        </w:tc>
        <w:tc>
          <w:tcPr>
            <w:tcW w:w="4056" w:type="pct"/>
            <w:shd w:val="clear" w:color="auto" w:fill="F4F8FB"/>
            <w:tcMar>
              <w:top w:w="70" w:type="dxa"/>
              <w:left w:w="80" w:type="dxa"/>
              <w:bottom w:w="70" w:type="dxa"/>
              <w:right w:w="80" w:type="dxa"/>
            </w:tcMar>
            <w:vAlign w:val="center"/>
          </w:tcPr>
          <w:p w14:paraId="5D132EEB" w14:textId="77777777" w:rsidR="001D65CC" w:rsidRPr="00BD77DB" w:rsidRDefault="003722FC">
            <w:r w:rsidRPr="00BD77DB">
              <w:rPr>
                <w:color w:val="1F1F1F"/>
                <w:sz w:val="16"/>
              </w:rPr>
              <w:t>Level 1–2 = 10 | Level 3–4 = 8 | Level 5–8 = 5 | Non-Compliant = 0</w:t>
            </w:r>
          </w:p>
        </w:tc>
      </w:tr>
    </w:tbl>
    <w:p w14:paraId="00FEE0C4" w14:textId="77777777" w:rsidR="00EF73BA" w:rsidRPr="00BD77DB" w:rsidRDefault="00EF73BA" w:rsidP="00EF73BA">
      <w:pPr>
        <w:pStyle w:val="NoSpacing"/>
        <w:rPr>
          <w:sz w:val="2"/>
          <w:szCs w:val="2"/>
          <w:lang w:val="en-ZA"/>
        </w:rPr>
      </w:pPr>
    </w:p>
    <w:tbl>
      <w:tblPr>
        <w:tblStyle w:val="TableGrid"/>
        <w:tblW w:w="5000" w:type="pct"/>
        <w:jc w:val="center"/>
        <w:tblLook w:val="04A0" w:firstRow="1" w:lastRow="0" w:firstColumn="1" w:lastColumn="0" w:noHBand="0" w:noVBand="1"/>
      </w:tblPr>
      <w:tblGrid>
        <w:gridCol w:w="3702"/>
        <w:gridCol w:w="7564"/>
      </w:tblGrid>
      <w:tr w:rsidR="001D65CC" w:rsidRPr="00BD77DB" w14:paraId="075EF68D" w14:textId="77777777" w:rsidTr="00EF73BA">
        <w:trPr>
          <w:cantSplit/>
          <w:jc w:val="center"/>
        </w:trPr>
        <w:tc>
          <w:tcPr>
            <w:tcW w:w="1643" w:type="pct"/>
            <w:shd w:val="clear" w:color="auto" w:fill="D9EAF7"/>
            <w:tcMar>
              <w:top w:w="70" w:type="dxa"/>
              <w:left w:w="80" w:type="dxa"/>
              <w:bottom w:w="70" w:type="dxa"/>
              <w:right w:w="80" w:type="dxa"/>
            </w:tcMar>
            <w:vAlign w:val="center"/>
          </w:tcPr>
          <w:p w14:paraId="2D77EFE5" w14:textId="77777777" w:rsidR="001D65CC" w:rsidRPr="00BD77DB" w:rsidRDefault="003722FC">
            <w:r w:rsidRPr="00BD77DB">
              <w:rPr>
                <w:b/>
                <w:color w:val="1F1F1F"/>
                <w:sz w:val="17"/>
              </w:rPr>
              <w:t>B-BBEE level</w:t>
            </w:r>
          </w:p>
        </w:tc>
        <w:tc>
          <w:tcPr>
            <w:tcW w:w="3357" w:type="pct"/>
            <w:shd w:val="clear" w:color="auto" w:fill="F4F8FB"/>
            <w:tcMar>
              <w:top w:w="70" w:type="dxa"/>
              <w:left w:w="80" w:type="dxa"/>
              <w:bottom w:w="70" w:type="dxa"/>
              <w:right w:w="80" w:type="dxa"/>
            </w:tcMar>
            <w:vAlign w:val="center"/>
          </w:tcPr>
          <w:p w14:paraId="6D3AE48D" w14:textId="0F9199DE" w:rsidR="001D65CC" w:rsidRPr="00BD77DB" w:rsidRDefault="001D65CC"/>
        </w:tc>
      </w:tr>
      <w:tr w:rsidR="001D65CC" w:rsidRPr="00BD77DB" w14:paraId="1DA1B58E" w14:textId="77777777" w:rsidTr="00EF73BA">
        <w:trPr>
          <w:cantSplit/>
          <w:jc w:val="center"/>
        </w:trPr>
        <w:tc>
          <w:tcPr>
            <w:tcW w:w="1643" w:type="pct"/>
            <w:shd w:val="clear" w:color="auto" w:fill="D9EAF7"/>
            <w:tcMar>
              <w:top w:w="70" w:type="dxa"/>
              <w:left w:w="80" w:type="dxa"/>
              <w:bottom w:w="70" w:type="dxa"/>
              <w:right w:w="80" w:type="dxa"/>
            </w:tcMar>
            <w:vAlign w:val="center"/>
          </w:tcPr>
          <w:p w14:paraId="6125467A" w14:textId="77777777" w:rsidR="001D65CC" w:rsidRPr="00BD77DB" w:rsidRDefault="003722FC">
            <w:r w:rsidRPr="00BD77DB">
              <w:rPr>
                <w:b/>
                <w:color w:val="1F1F1F"/>
                <w:sz w:val="17"/>
              </w:rPr>
              <w:t>Certificate / affidavit expiry date</w:t>
            </w:r>
          </w:p>
        </w:tc>
        <w:tc>
          <w:tcPr>
            <w:tcW w:w="3357" w:type="pct"/>
            <w:shd w:val="clear" w:color="auto" w:fill="F4F8FB"/>
            <w:tcMar>
              <w:top w:w="70" w:type="dxa"/>
              <w:left w:w="80" w:type="dxa"/>
              <w:bottom w:w="70" w:type="dxa"/>
              <w:right w:w="80" w:type="dxa"/>
            </w:tcMar>
            <w:vAlign w:val="center"/>
          </w:tcPr>
          <w:p w14:paraId="6E0DAC8E" w14:textId="5FC891FE" w:rsidR="001D65CC" w:rsidRPr="00BD77DB" w:rsidRDefault="001D65CC"/>
        </w:tc>
      </w:tr>
      <w:tr w:rsidR="001D65CC" w:rsidRPr="00BD77DB" w14:paraId="1E6CC1EA" w14:textId="77777777" w:rsidTr="00EF73BA">
        <w:trPr>
          <w:cantSplit/>
          <w:jc w:val="center"/>
        </w:trPr>
        <w:tc>
          <w:tcPr>
            <w:tcW w:w="1643" w:type="pct"/>
            <w:shd w:val="clear" w:color="auto" w:fill="D9EAF7"/>
            <w:tcMar>
              <w:top w:w="70" w:type="dxa"/>
              <w:left w:w="80" w:type="dxa"/>
              <w:bottom w:w="70" w:type="dxa"/>
              <w:right w:w="80" w:type="dxa"/>
            </w:tcMar>
            <w:vAlign w:val="center"/>
          </w:tcPr>
          <w:p w14:paraId="5FBEC6B3" w14:textId="77777777" w:rsidR="001D65CC" w:rsidRPr="00BD77DB" w:rsidRDefault="003722FC">
            <w:r w:rsidRPr="00BD77DB">
              <w:rPr>
                <w:b/>
                <w:color w:val="1F1F1F"/>
                <w:sz w:val="17"/>
              </w:rPr>
              <w:t>Evidence reference</w:t>
            </w:r>
          </w:p>
        </w:tc>
        <w:tc>
          <w:tcPr>
            <w:tcW w:w="3357" w:type="pct"/>
            <w:shd w:val="clear" w:color="auto" w:fill="F4F8FB"/>
            <w:tcMar>
              <w:top w:w="70" w:type="dxa"/>
              <w:left w:w="80" w:type="dxa"/>
              <w:bottom w:w="70" w:type="dxa"/>
              <w:right w:w="80" w:type="dxa"/>
            </w:tcMar>
            <w:vAlign w:val="center"/>
          </w:tcPr>
          <w:p w14:paraId="34D9B11F" w14:textId="2C95ADE4" w:rsidR="001D65CC" w:rsidRPr="00BD77DB" w:rsidRDefault="001D65CC"/>
        </w:tc>
      </w:tr>
    </w:tbl>
    <w:p w14:paraId="4D57E4B4" w14:textId="441BFC85" w:rsidR="001D65CC" w:rsidRPr="00BD77DB" w:rsidRDefault="003722FC" w:rsidP="000F030F">
      <w:pPr>
        <w:pStyle w:val="Heading2"/>
      </w:pPr>
      <w:r w:rsidRPr="00BD77DB">
        <w:t>Design, Manufacture, Integration or Supply of Products / Components</w:t>
      </w:r>
    </w:p>
    <w:tbl>
      <w:tblPr>
        <w:tblStyle w:val="TableGrid"/>
        <w:tblW w:w="5000" w:type="pct"/>
        <w:jc w:val="center"/>
        <w:tblLook w:val="04A0" w:firstRow="1" w:lastRow="0" w:firstColumn="1" w:lastColumn="0" w:noHBand="0" w:noVBand="1"/>
      </w:tblPr>
      <w:tblGrid>
        <w:gridCol w:w="2127"/>
        <w:gridCol w:w="9139"/>
      </w:tblGrid>
      <w:tr w:rsidR="001D65CC" w:rsidRPr="00BD77DB" w14:paraId="3812FBBE" w14:textId="77777777" w:rsidTr="00EF73BA">
        <w:trPr>
          <w:jc w:val="center"/>
        </w:trPr>
        <w:tc>
          <w:tcPr>
            <w:tcW w:w="944" w:type="pct"/>
            <w:shd w:val="clear" w:color="auto" w:fill="D9EAF7"/>
            <w:tcMar>
              <w:top w:w="70" w:type="dxa"/>
              <w:left w:w="80" w:type="dxa"/>
              <w:bottom w:w="70" w:type="dxa"/>
              <w:right w:w="80" w:type="dxa"/>
            </w:tcMar>
            <w:vAlign w:val="center"/>
          </w:tcPr>
          <w:p w14:paraId="3FEDBE28" w14:textId="77777777" w:rsidR="001D65CC" w:rsidRPr="00BD77DB" w:rsidRDefault="003722FC">
            <w:r w:rsidRPr="00BD77DB">
              <w:rPr>
                <w:b/>
                <w:color w:val="1F1F1F"/>
                <w:sz w:val="16"/>
              </w:rPr>
              <w:t>Non-SMME weight</w:t>
            </w:r>
          </w:p>
        </w:tc>
        <w:tc>
          <w:tcPr>
            <w:tcW w:w="4056" w:type="pct"/>
            <w:shd w:val="clear" w:color="auto" w:fill="F4F8FB"/>
            <w:tcMar>
              <w:top w:w="70" w:type="dxa"/>
              <w:left w:w="80" w:type="dxa"/>
              <w:bottom w:w="70" w:type="dxa"/>
              <w:right w:w="80" w:type="dxa"/>
            </w:tcMar>
            <w:vAlign w:val="center"/>
          </w:tcPr>
          <w:p w14:paraId="1EA4EC89" w14:textId="77777777" w:rsidR="001D65CC" w:rsidRPr="00BD77DB" w:rsidRDefault="003722FC">
            <w:r w:rsidRPr="00BD77DB">
              <w:rPr>
                <w:color w:val="1F1F1F"/>
                <w:sz w:val="16"/>
              </w:rPr>
              <w:t>15%</w:t>
            </w:r>
          </w:p>
        </w:tc>
      </w:tr>
      <w:tr w:rsidR="001D65CC" w:rsidRPr="00BD77DB" w14:paraId="428513FF" w14:textId="77777777" w:rsidTr="00EF73BA">
        <w:trPr>
          <w:jc w:val="center"/>
        </w:trPr>
        <w:tc>
          <w:tcPr>
            <w:tcW w:w="944" w:type="pct"/>
            <w:shd w:val="clear" w:color="auto" w:fill="D9EAF7"/>
            <w:tcMar>
              <w:top w:w="70" w:type="dxa"/>
              <w:left w:w="80" w:type="dxa"/>
              <w:bottom w:w="70" w:type="dxa"/>
              <w:right w:w="80" w:type="dxa"/>
            </w:tcMar>
            <w:vAlign w:val="center"/>
          </w:tcPr>
          <w:p w14:paraId="4B5075CC" w14:textId="77777777" w:rsidR="001D65CC" w:rsidRPr="00BD77DB" w:rsidRDefault="003722FC">
            <w:r w:rsidRPr="00BD77DB">
              <w:rPr>
                <w:b/>
                <w:color w:val="1F1F1F"/>
                <w:sz w:val="16"/>
              </w:rPr>
              <w:t>SMME weight</w:t>
            </w:r>
          </w:p>
        </w:tc>
        <w:tc>
          <w:tcPr>
            <w:tcW w:w="4056" w:type="pct"/>
            <w:shd w:val="clear" w:color="auto" w:fill="F4F8FB"/>
            <w:tcMar>
              <w:top w:w="70" w:type="dxa"/>
              <w:left w:w="80" w:type="dxa"/>
              <w:bottom w:w="70" w:type="dxa"/>
              <w:right w:w="80" w:type="dxa"/>
            </w:tcMar>
            <w:vAlign w:val="center"/>
          </w:tcPr>
          <w:p w14:paraId="68C401C7" w14:textId="77777777" w:rsidR="001D65CC" w:rsidRPr="00BD77DB" w:rsidRDefault="003722FC">
            <w:r w:rsidRPr="00BD77DB">
              <w:rPr>
                <w:color w:val="1F1F1F"/>
                <w:sz w:val="16"/>
              </w:rPr>
              <w:t>20%</w:t>
            </w:r>
          </w:p>
        </w:tc>
      </w:tr>
      <w:tr w:rsidR="001D65CC" w:rsidRPr="00BD77DB" w14:paraId="0F2866AB" w14:textId="77777777" w:rsidTr="00EF73BA">
        <w:trPr>
          <w:jc w:val="center"/>
        </w:trPr>
        <w:tc>
          <w:tcPr>
            <w:tcW w:w="944" w:type="pct"/>
            <w:shd w:val="clear" w:color="auto" w:fill="D9EAF7"/>
            <w:tcMar>
              <w:top w:w="70" w:type="dxa"/>
              <w:left w:w="80" w:type="dxa"/>
              <w:bottom w:w="70" w:type="dxa"/>
              <w:right w:w="80" w:type="dxa"/>
            </w:tcMar>
            <w:vAlign w:val="center"/>
          </w:tcPr>
          <w:p w14:paraId="065CFC46" w14:textId="77777777" w:rsidR="001D65CC" w:rsidRPr="00BD77DB" w:rsidRDefault="003722FC">
            <w:r w:rsidRPr="00BD77DB">
              <w:rPr>
                <w:b/>
                <w:color w:val="1F1F1F"/>
                <w:sz w:val="16"/>
              </w:rPr>
              <w:t>Scoring</w:t>
            </w:r>
          </w:p>
        </w:tc>
        <w:tc>
          <w:tcPr>
            <w:tcW w:w="4056" w:type="pct"/>
            <w:shd w:val="clear" w:color="auto" w:fill="F4F8FB"/>
            <w:tcMar>
              <w:top w:w="70" w:type="dxa"/>
              <w:left w:w="80" w:type="dxa"/>
              <w:bottom w:w="70" w:type="dxa"/>
              <w:right w:w="80" w:type="dxa"/>
            </w:tcMar>
            <w:vAlign w:val="center"/>
          </w:tcPr>
          <w:p w14:paraId="3846CCB7" w14:textId="77777777" w:rsidR="001D65CC" w:rsidRPr="00BD77DB" w:rsidRDefault="003722FC">
            <w:r w:rsidRPr="00BD77DB">
              <w:rPr>
                <w:color w:val="1F1F1F"/>
                <w:sz w:val="16"/>
              </w:rPr>
              <w:t>&gt;5 OEMs/integrators/products = 10 | 3–4 = 8 | 1–2 = 5</w:t>
            </w:r>
          </w:p>
        </w:tc>
      </w:tr>
    </w:tbl>
    <w:p w14:paraId="1BF76DF6" w14:textId="77777777" w:rsidR="001D65CC" w:rsidRPr="00BD77DB" w:rsidRDefault="003722FC">
      <w:pPr>
        <w:spacing w:after="60" w:line="252" w:lineRule="auto"/>
      </w:pPr>
      <w:r w:rsidRPr="00BD77DB">
        <w:t>List distinct OEMs, integrators, foundries, manufacturing companies and/or distinct products/components supplied or developed. Use entries that can be verified. The evaluator will determine the applicable count in accordance with the EoI scoring rule.</w:t>
      </w:r>
    </w:p>
    <w:tbl>
      <w:tblPr>
        <w:tblStyle w:val="TableGrid"/>
        <w:tblW w:w="5000" w:type="pct"/>
        <w:jc w:val="center"/>
        <w:tblLook w:val="04A0" w:firstRow="1" w:lastRow="0" w:firstColumn="1" w:lastColumn="0" w:noHBand="0" w:noVBand="1"/>
      </w:tblPr>
      <w:tblGrid>
        <w:gridCol w:w="2194"/>
        <w:gridCol w:w="2048"/>
        <w:gridCol w:w="3585"/>
        <w:gridCol w:w="1316"/>
        <w:gridCol w:w="2123"/>
      </w:tblGrid>
      <w:tr w:rsidR="001D65CC" w:rsidRPr="00BD77DB" w14:paraId="61BD5A14" w14:textId="77777777" w:rsidTr="00EF73BA">
        <w:trPr>
          <w:tblHeader/>
          <w:jc w:val="center"/>
        </w:trPr>
        <w:tc>
          <w:tcPr>
            <w:tcW w:w="974" w:type="pct"/>
            <w:shd w:val="clear" w:color="auto" w:fill="1F4E79"/>
            <w:tcMar>
              <w:top w:w="70" w:type="dxa"/>
              <w:left w:w="80" w:type="dxa"/>
              <w:bottom w:w="70" w:type="dxa"/>
              <w:right w:w="80" w:type="dxa"/>
            </w:tcMar>
            <w:vAlign w:val="center"/>
          </w:tcPr>
          <w:p w14:paraId="7E4246E9" w14:textId="77777777" w:rsidR="001D65CC" w:rsidRPr="00BD77DB" w:rsidRDefault="003722FC">
            <w:pPr>
              <w:jc w:val="center"/>
            </w:pPr>
            <w:r w:rsidRPr="00BD77DB">
              <w:rPr>
                <w:b/>
                <w:color w:val="FFFFFF"/>
                <w:sz w:val="16"/>
              </w:rPr>
              <w:t>OEM / integrator / customer</w:t>
            </w:r>
          </w:p>
        </w:tc>
        <w:tc>
          <w:tcPr>
            <w:tcW w:w="909" w:type="pct"/>
            <w:shd w:val="clear" w:color="auto" w:fill="1F4E79"/>
            <w:tcMar>
              <w:top w:w="70" w:type="dxa"/>
              <w:left w:w="80" w:type="dxa"/>
              <w:bottom w:w="70" w:type="dxa"/>
              <w:right w:w="80" w:type="dxa"/>
            </w:tcMar>
            <w:vAlign w:val="center"/>
          </w:tcPr>
          <w:p w14:paraId="4FA762F6" w14:textId="77777777" w:rsidR="001D65CC" w:rsidRPr="00BD77DB" w:rsidRDefault="003722FC">
            <w:pPr>
              <w:jc w:val="center"/>
            </w:pPr>
            <w:r w:rsidRPr="00BD77DB">
              <w:rPr>
                <w:b/>
                <w:color w:val="FFFFFF"/>
                <w:sz w:val="16"/>
              </w:rPr>
              <w:t>Product / component</w:t>
            </w:r>
          </w:p>
        </w:tc>
        <w:tc>
          <w:tcPr>
            <w:tcW w:w="1591" w:type="pct"/>
            <w:shd w:val="clear" w:color="auto" w:fill="1F4E79"/>
            <w:tcMar>
              <w:top w:w="70" w:type="dxa"/>
              <w:left w:w="80" w:type="dxa"/>
              <w:bottom w:w="70" w:type="dxa"/>
              <w:right w:w="80" w:type="dxa"/>
            </w:tcMar>
            <w:vAlign w:val="center"/>
          </w:tcPr>
          <w:p w14:paraId="638C5D31" w14:textId="77777777" w:rsidR="001D65CC" w:rsidRPr="00BD77DB" w:rsidRDefault="003722FC">
            <w:pPr>
              <w:jc w:val="center"/>
            </w:pPr>
            <w:r w:rsidRPr="00BD77DB">
              <w:rPr>
                <w:b/>
                <w:color w:val="FFFFFF"/>
                <w:sz w:val="16"/>
              </w:rPr>
              <w:t>Role: design / manufacture / integrate / supply</w:t>
            </w:r>
          </w:p>
        </w:tc>
        <w:tc>
          <w:tcPr>
            <w:tcW w:w="584" w:type="pct"/>
            <w:shd w:val="clear" w:color="auto" w:fill="1F4E79"/>
            <w:tcMar>
              <w:top w:w="70" w:type="dxa"/>
              <w:left w:w="80" w:type="dxa"/>
              <w:bottom w:w="70" w:type="dxa"/>
              <w:right w:w="80" w:type="dxa"/>
            </w:tcMar>
            <w:vAlign w:val="center"/>
          </w:tcPr>
          <w:p w14:paraId="1AE01B3C" w14:textId="77777777" w:rsidR="001D65CC" w:rsidRPr="00BD77DB" w:rsidRDefault="003722FC">
            <w:pPr>
              <w:jc w:val="center"/>
            </w:pPr>
            <w:r w:rsidRPr="00BD77DB">
              <w:rPr>
                <w:b/>
                <w:color w:val="FFFFFF"/>
                <w:sz w:val="16"/>
              </w:rPr>
              <w:t>Status / year</w:t>
            </w:r>
          </w:p>
        </w:tc>
        <w:tc>
          <w:tcPr>
            <w:tcW w:w="942" w:type="pct"/>
            <w:shd w:val="clear" w:color="auto" w:fill="1F4E79"/>
            <w:tcMar>
              <w:top w:w="70" w:type="dxa"/>
              <w:left w:w="80" w:type="dxa"/>
              <w:bottom w:w="70" w:type="dxa"/>
              <w:right w:w="80" w:type="dxa"/>
            </w:tcMar>
            <w:vAlign w:val="center"/>
          </w:tcPr>
          <w:p w14:paraId="22819EFF" w14:textId="77777777" w:rsidR="001D65CC" w:rsidRPr="00BD77DB" w:rsidRDefault="003722FC">
            <w:pPr>
              <w:jc w:val="center"/>
            </w:pPr>
            <w:r w:rsidRPr="00BD77DB">
              <w:rPr>
                <w:b/>
                <w:color w:val="FFFFFF"/>
                <w:sz w:val="16"/>
              </w:rPr>
              <w:t>Evidence ref.</w:t>
            </w:r>
          </w:p>
        </w:tc>
      </w:tr>
      <w:tr w:rsidR="001D65CC" w:rsidRPr="00BD77DB" w14:paraId="2386A983" w14:textId="77777777" w:rsidTr="00EF73BA">
        <w:trPr>
          <w:cantSplit/>
          <w:jc w:val="center"/>
        </w:trPr>
        <w:tc>
          <w:tcPr>
            <w:tcW w:w="974" w:type="pct"/>
            <w:shd w:val="clear" w:color="auto" w:fill="F4F8FB"/>
            <w:tcMar>
              <w:top w:w="70" w:type="dxa"/>
              <w:left w:w="80" w:type="dxa"/>
              <w:bottom w:w="70" w:type="dxa"/>
              <w:right w:w="80" w:type="dxa"/>
            </w:tcMar>
            <w:vAlign w:val="center"/>
          </w:tcPr>
          <w:p w14:paraId="38358902" w14:textId="77777777" w:rsidR="001D65CC" w:rsidRPr="00BD77DB" w:rsidRDefault="001D65CC"/>
        </w:tc>
        <w:tc>
          <w:tcPr>
            <w:tcW w:w="909" w:type="pct"/>
            <w:shd w:val="clear" w:color="auto" w:fill="F4F8FB"/>
            <w:tcMar>
              <w:top w:w="70" w:type="dxa"/>
              <w:left w:w="80" w:type="dxa"/>
              <w:bottom w:w="70" w:type="dxa"/>
              <w:right w:w="80" w:type="dxa"/>
            </w:tcMar>
            <w:vAlign w:val="center"/>
          </w:tcPr>
          <w:p w14:paraId="78D5E019" w14:textId="77777777" w:rsidR="001D65CC" w:rsidRPr="00BD77DB" w:rsidRDefault="001D65CC"/>
        </w:tc>
        <w:tc>
          <w:tcPr>
            <w:tcW w:w="1591" w:type="pct"/>
            <w:shd w:val="clear" w:color="auto" w:fill="F4F8FB"/>
            <w:tcMar>
              <w:top w:w="70" w:type="dxa"/>
              <w:left w:w="80" w:type="dxa"/>
              <w:bottom w:w="70" w:type="dxa"/>
              <w:right w:w="80" w:type="dxa"/>
            </w:tcMar>
            <w:vAlign w:val="center"/>
          </w:tcPr>
          <w:p w14:paraId="40031F23" w14:textId="77777777" w:rsidR="001D65CC" w:rsidRPr="00BD77DB" w:rsidRDefault="001D65CC"/>
        </w:tc>
        <w:tc>
          <w:tcPr>
            <w:tcW w:w="584" w:type="pct"/>
            <w:shd w:val="clear" w:color="auto" w:fill="F4F8FB"/>
            <w:tcMar>
              <w:top w:w="70" w:type="dxa"/>
              <w:left w:w="80" w:type="dxa"/>
              <w:bottom w:w="70" w:type="dxa"/>
              <w:right w:w="80" w:type="dxa"/>
            </w:tcMar>
            <w:vAlign w:val="center"/>
          </w:tcPr>
          <w:p w14:paraId="52CE4586" w14:textId="77777777" w:rsidR="001D65CC" w:rsidRPr="00BD77DB" w:rsidRDefault="001D65CC"/>
        </w:tc>
        <w:tc>
          <w:tcPr>
            <w:tcW w:w="942" w:type="pct"/>
            <w:shd w:val="clear" w:color="auto" w:fill="F4F8FB"/>
            <w:tcMar>
              <w:top w:w="70" w:type="dxa"/>
              <w:left w:w="80" w:type="dxa"/>
              <w:bottom w:w="70" w:type="dxa"/>
              <w:right w:w="80" w:type="dxa"/>
            </w:tcMar>
            <w:vAlign w:val="center"/>
          </w:tcPr>
          <w:p w14:paraId="4E4E0E47" w14:textId="77777777" w:rsidR="001D65CC" w:rsidRPr="00BD77DB" w:rsidRDefault="001D65CC"/>
        </w:tc>
      </w:tr>
      <w:tr w:rsidR="001D65CC" w:rsidRPr="00BD77DB" w14:paraId="5F8FAB2C" w14:textId="77777777" w:rsidTr="00EF73BA">
        <w:trPr>
          <w:cantSplit/>
          <w:jc w:val="center"/>
        </w:trPr>
        <w:tc>
          <w:tcPr>
            <w:tcW w:w="974" w:type="pct"/>
            <w:shd w:val="clear" w:color="auto" w:fill="F4F8FB"/>
            <w:tcMar>
              <w:top w:w="70" w:type="dxa"/>
              <w:left w:w="80" w:type="dxa"/>
              <w:bottom w:w="70" w:type="dxa"/>
              <w:right w:w="80" w:type="dxa"/>
            </w:tcMar>
            <w:vAlign w:val="center"/>
          </w:tcPr>
          <w:p w14:paraId="0021D9C4" w14:textId="77777777" w:rsidR="001D65CC" w:rsidRPr="00BD77DB" w:rsidRDefault="001D65CC"/>
        </w:tc>
        <w:tc>
          <w:tcPr>
            <w:tcW w:w="909" w:type="pct"/>
            <w:shd w:val="clear" w:color="auto" w:fill="F4F8FB"/>
            <w:tcMar>
              <w:top w:w="70" w:type="dxa"/>
              <w:left w:w="80" w:type="dxa"/>
              <w:bottom w:w="70" w:type="dxa"/>
              <w:right w:w="80" w:type="dxa"/>
            </w:tcMar>
            <w:vAlign w:val="center"/>
          </w:tcPr>
          <w:p w14:paraId="2DABD925" w14:textId="77777777" w:rsidR="001D65CC" w:rsidRPr="00BD77DB" w:rsidRDefault="001D65CC"/>
        </w:tc>
        <w:tc>
          <w:tcPr>
            <w:tcW w:w="1591" w:type="pct"/>
            <w:shd w:val="clear" w:color="auto" w:fill="F4F8FB"/>
            <w:tcMar>
              <w:top w:w="70" w:type="dxa"/>
              <w:left w:w="80" w:type="dxa"/>
              <w:bottom w:w="70" w:type="dxa"/>
              <w:right w:w="80" w:type="dxa"/>
            </w:tcMar>
            <w:vAlign w:val="center"/>
          </w:tcPr>
          <w:p w14:paraId="34B628F9" w14:textId="77777777" w:rsidR="001D65CC" w:rsidRPr="00BD77DB" w:rsidRDefault="001D65CC"/>
        </w:tc>
        <w:tc>
          <w:tcPr>
            <w:tcW w:w="584" w:type="pct"/>
            <w:shd w:val="clear" w:color="auto" w:fill="F4F8FB"/>
            <w:tcMar>
              <w:top w:w="70" w:type="dxa"/>
              <w:left w:w="80" w:type="dxa"/>
              <w:bottom w:w="70" w:type="dxa"/>
              <w:right w:w="80" w:type="dxa"/>
            </w:tcMar>
            <w:vAlign w:val="center"/>
          </w:tcPr>
          <w:p w14:paraId="4B4EBA17" w14:textId="77777777" w:rsidR="001D65CC" w:rsidRPr="00BD77DB" w:rsidRDefault="001D65CC"/>
        </w:tc>
        <w:tc>
          <w:tcPr>
            <w:tcW w:w="942" w:type="pct"/>
            <w:shd w:val="clear" w:color="auto" w:fill="F4F8FB"/>
            <w:tcMar>
              <w:top w:w="70" w:type="dxa"/>
              <w:left w:w="80" w:type="dxa"/>
              <w:bottom w:w="70" w:type="dxa"/>
              <w:right w:w="80" w:type="dxa"/>
            </w:tcMar>
            <w:vAlign w:val="center"/>
          </w:tcPr>
          <w:p w14:paraId="2645D1D5" w14:textId="77777777" w:rsidR="001D65CC" w:rsidRPr="00BD77DB" w:rsidRDefault="001D65CC"/>
        </w:tc>
      </w:tr>
      <w:tr w:rsidR="001D65CC" w:rsidRPr="00BD77DB" w14:paraId="47226132" w14:textId="77777777" w:rsidTr="00EF73BA">
        <w:trPr>
          <w:cantSplit/>
          <w:jc w:val="center"/>
        </w:trPr>
        <w:tc>
          <w:tcPr>
            <w:tcW w:w="974" w:type="pct"/>
            <w:shd w:val="clear" w:color="auto" w:fill="F4F8FB"/>
            <w:tcMar>
              <w:top w:w="70" w:type="dxa"/>
              <w:left w:w="80" w:type="dxa"/>
              <w:bottom w:w="70" w:type="dxa"/>
              <w:right w:w="80" w:type="dxa"/>
            </w:tcMar>
            <w:vAlign w:val="center"/>
          </w:tcPr>
          <w:p w14:paraId="25A6AC2D" w14:textId="77777777" w:rsidR="001D65CC" w:rsidRPr="00BD77DB" w:rsidRDefault="001D65CC"/>
        </w:tc>
        <w:tc>
          <w:tcPr>
            <w:tcW w:w="909" w:type="pct"/>
            <w:shd w:val="clear" w:color="auto" w:fill="F4F8FB"/>
            <w:tcMar>
              <w:top w:w="70" w:type="dxa"/>
              <w:left w:w="80" w:type="dxa"/>
              <w:bottom w:w="70" w:type="dxa"/>
              <w:right w:w="80" w:type="dxa"/>
            </w:tcMar>
            <w:vAlign w:val="center"/>
          </w:tcPr>
          <w:p w14:paraId="0627F120" w14:textId="77777777" w:rsidR="001D65CC" w:rsidRPr="00BD77DB" w:rsidRDefault="001D65CC"/>
        </w:tc>
        <w:tc>
          <w:tcPr>
            <w:tcW w:w="1591" w:type="pct"/>
            <w:shd w:val="clear" w:color="auto" w:fill="F4F8FB"/>
            <w:tcMar>
              <w:top w:w="70" w:type="dxa"/>
              <w:left w:w="80" w:type="dxa"/>
              <w:bottom w:w="70" w:type="dxa"/>
              <w:right w:w="80" w:type="dxa"/>
            </w:tcMar>
            <w:vAlign w:val="center"/>
          </w:tcPr>
          <w:p w14:paraId="455A03A2" w14:textId="77777777" w:rsidR="001D65CC" w:rsidRPr="00BD77DB" w:rsidRDefault="001D65CC"/>
        </w:tc>
        <w:tc>
          <w:tcPr>
            <w:tcW w:w="584" w:type="pct"/>
            <w:shd w:val="clear" w:color="auto" w:fill="F4F8FB"/>
            <w:tcMar>
              <w:top w:w="70" w:type="dxa"/>
              <w:left w:w="80" w:type="dxa"/>
              <w:bottom w:w="70" w:type="dxa"/>
              <w:right w:w="80" w:type="dxa"/>
            </w:tcMar>
            <w:vAlign w:val="center"/>
          </w:tcPr>
          <w:p w14:paraId="294A41BC" w14:textId="77777777" w:rsidR="001D65CC" w:rsidRPr="00BD77DB" w:rsidRDefault="001D65CC"/>
        </w:tc>
        <w:tc>
          <w:tcPr>
            <w:tcW w:w="942" w:type="pct"/>
            <w:shd w:val="clear" w:color="auto" w:fill="F4F8FB"/>
            <w:tcMar>
              <w:top w:w="70" w:type="dxa"/>
              <w:left w:w="80" w:type="dxa"/>
              <w:bottom w:w="70" w:type="dxa"/>
              <w:right w:w="80" w:type="dxa"/>
            </w:tcMar>
            <w:vAlign w:val="center"/>
          </w:tcPr>
          <w:p w14:paraId="20C881A5" w14:textId="77777777" w:rsidR="001D65CC" w:rsidRPr="00BD77DB" w:rsidRDefault="001D65CC"/>
        </w:tc>
      </w:tr>
      <w:tr w:rsidR="001D65CC" w:rsidRPr="00BD77DB" w14:paraId="10DE6BA7" w14:textId="77777777" w:rsidTr="00EF73BA">
        <w:trPr>
          <w:cantSplit/>
          <w:jc w:val="center"/>
        </w:trPr>
        <w:tc>
          <w:tcPr>
            <w:tcW w:w="974" w:type="pct"/>
            <w:shd w:val="clear" w:color="auto" w:fill="F4F8FB"/>
            <w:tcMar>
              <w:top w:w="70" w:type="dxa"/>
              <w:left w:w="80" w:type="dxa"/>
              <w:bottom w:w="70" w:type="dxa"/>
              <w:right w:w="80" w:type="dxa"/>
            </w:tcMar>
            <w:vAlign w:val="center"/>
          </w:tcPr>
          <w:p w14:paraId="0CF7953B" w14:textId="77777777" w:rsidR="001D65CC" w:rsidRPr="00BD77DB" w:rsidRDefault="001D65CC"/>
        </w:tc>
        <w:tc>
          <w:tcPr>
            <w:tcW w:w="909" w:type="pct"/>
            <w:shd w:val="clear" w:color="auto" w:fill="F4F8FB"/>
            <w:tcMar>
              <w:top w:w="70" w:type="dxa"/>
              <w:left w:w="80" w:type="dxa"/>
              <w:bottom w:w="70" w:type="dxa"/>
              <w:right w:w="80" w:type="dxa"/>
            </w:tcMar>
            <w:vAlign w:val="center"/>
          </w:tcPr>
          <w:p w14:paraId="1124B8A6" w14:textId="77777777" w:rsidR="001D65CC" w:rsidRPr="00BD77DB" w:rsidRDefault="001D65CC"/>
        </w:tc>
        <w:tc>
          <w:tcPr>
            <w:tcW w:w="1591" w:type="pct"/>
            <w:shd w:val="clear" w:color="auto" w:fill="F4F8FB"/>
            <w:tcMar>
              <w:top w:w="70" w:type="dxa"/>
              <w:left w:w="80" w:type="dxa"/>
              <w:bottom w:w="70" w:type="dxa"/>
              <w:right w:w="80" w:type="dxa"/>
            </w:tcMar>
            <w:vAlign w:val="center"/>
          </w:tcPr>
          <w:p w14:paraId="48CC8555" w14:textId="77777777" w:rsidR="001D65CC" w:rsidRPr="00BD77DB" w:rsidRDefault="001D65CC"/>
        </w:tc>
        <w:tc>
          <w:tcPr>
            <w:tcW w:w="584" w:type="pct"/>
            <w:shd w:val="clear" w:color="auto" w:fill="F4F8FB"/>
            <w:tcMar>
              <w:top w:w="70" w:type="dxa"/>
              <w:left w:w="80" w:type="dxa"/>
              <w:bottom w:w="70" w:type="dxa"/>
              <w:right w:w="80" w:type="dxa"/>
            </w:tcMar>
            <w:vAlign w:val="center"/>
          </w:tcPr>
          <w:p w14:paraId="6923DD3A" w14:textId="77777777" w:rsidR="001D65CC" w:rsidRPr="00BD77DB" w:rsidRDefault="001D65CC"/>
        </w:tc>
        <w:tc>
          <w:tcPr>
            <w:tcW w:w="942" w:type="pct"/>
            <w:shd w:val="clear" w:color="auto" w:fill="F4F8FB"/>
            <w:tcMar>
              <w:top w:w="70" w:type="dxa"/>
              <w:left w:w="80" w:type="dxa"/>
              <w:bottom w:w="70" w:type="dxa"/>
              <w:right w:w="80" w:type="dxa"/>
            </w:tcMar>
            <w:vAlign w:val="center"/>
          </w:tcPr>
          <w:p w14:paraId="1FEAE1A0" w14:textId="77777777" w:rsidR="001D65CC" w:rsidRPr="00BD77DB" w:rsidRDefault="001D65CC"/>
        </w:tc>
      </w:tr>
      <w:tr w:rsidR="001D65CC" w:rsidRPr="00BD77DB" w14:paraId="5D4D1372" w14:textId="77777777" w:rsidTr="00EF73BA">
        <w:trPr>
          <w:cantSplit/>
          <w:jc w:val="center"/>
        </w:trPr>
        <w:tc>
          <w:tcPr>
            <w:tcW w:w="974" w:type="pct"/>
            <w:shd w:val="clear" w:color="auto" w:fill="F4F8FB"/>
            <w:tcMar>
              <w:top w:w="70" w:type="dxa"/>
              <w:left w:w="80" w:type="dxa"/>
              <w:bottom w:w="70" w:type="dxa"/>
              <w:right w:w="80" w:type="dxa"/>
            </w:tcMar>
            <w:vAlign w:val="center"/>
          </w:tcPr>
          <w:p w14:paraId="3FD4A5CF" w14:textId="77777777" w:rsidR="001D65CC" w:rsidRPr="00BD77DB" w:rsidRDefault="001D65CC"/>
        </w:tc>
        <w:tc>
          <w:tcPr>
            <w:tcW w:w="909" w:type="pct"/>
            <w:shd w:val="clear" w:color="auto" w:fill="F4F8FB"/>
            <w:tcMar>
              <w:top w:w="70" w:type="dxa"/>
              <w:left w:w="80" w:type="dxa"/>
              <w:bottom w:w="70" w:type="dxa"/>
              <w:right w:w="80" w:type="dxa"/>
            </w:tcMar>
            <w:vAlign w:val="center"/>
          </w:tcPr>
          <w:p w14:paraId="5BE9BC41" w14:textId="77777777" w:rsidR="001D65CC" w:rsidRPr="00BD77DB" w:rsidRDefault="001D65CC"/>
        </w:tc>
        <w:tc>
          <w:tcPr>
            <w:tcW w:w="1591" w:type="pct"/>
            <w:shd w:val="clear" w:color="auto" w:fill="F4F8FB"/>
            <w:tcMar>
              <w:top w:w="70" w:type="dxa"/>
              <w:left w:w="80" w:type="dxa"/>
              <w:bottom w:w="70" w:type="dxa"/>
              <w:right w:w="80" w:type="dxa"/>
            </w:tcMar>
            <w:vAlign w:val="center"/>
          </w:tcPr>
          <w:p w14:paraId="30E80373" w14:textId="77777777" w:rsidR="001D65CC" w:rsidRPr="00BD77DB" w:rsidRDefault="001D65CC"/>
        </w:tc>
        <w:tc>
          <w:tcPr>
            <w:tcW w:w="584" w:type="pct"/>
            <w:shd w:val="clear" w:color="auto" w:fill="F4F8FB"/>
            <w:tcMar>
              <w:top w:w="70" w:type="dxa"/>
              <w:left w:w="80" w:type="dxa"/>
              <w:bottom w:w="70" w:type="dxa"/>
              <w:right w:w="80" w:type="dxa"/>
            </w:tcMar>
            <w:vAlign w:val="center"/>
          </w:tcPr>
          <w:p w14:paraId="4FD91397" w14:textId="77777777" w:rsidR="001D65CC" w:rsidRPr="00BD77DB" w:rsidRDefault="001D65CC"/>
        </w:tc>
        <w:tc>
          <w:tcPr>
            <w:tcW w:w="942" w:type="pct"/>
            <w:shd w:val="clear" w:color="auto" w:fill="F4F8FB"/>
            <w:tcMar>
              <w:top w:w="70" w:type="dxa"/>
              <w:left w:w="80" w:type="dxa"/>
              <w:bottom w:w="70" w:type="dxa"/>
              <w:right w:w="80" w:type="dxa"/>
            </w:tcMar>
            <w:vAlign w:val="center"/>
          </w:tcPr>
          <w:p w14:paraId="55D16644" w14:textId="77777777" w:rsidR="001D65CC" w:rsidRPr="00BD77DB" w:rsidRDefault="001D65CC"/>
        </w:tc>
      </w:tr>
      <w:tr w:rsidR="001D65CC" w:rsidRPr="00BD77DB" w14:paraId="424BA398" w14:textId="77777777" w:rsidTr="00EF73BA">
        <w:trPr>
          <w:cantSplit/>
          <w:jc w:val="center"/>
        </w:trPr>
        <w:tc>
          <w:tcPr>
            <w:tcW w:w="974" w:type="pct"/>
            <w:shd w:val="clear" w:color="auto" w:fill="F4F8FB"/>
            <w:tcMar>
              <w:top w:w="70" w:type="dxa"/>
              <w:left w:w="80" w:type="dxa"/>
              <w:bottom w:w="70" w:type="dxa"/>
              <w:right w:w="80" w:type="dxa"/>
            </w:tcMar>
            <w:vAlign w:val="center"/>
          </w:tcPr>
          <w:p w14:paraId="70EFE6F6" w14:textId="77777777" w:rsidR="001D65CC" w:rsidRPr="00BD77DB" w:rsidRDefault="001D65CC"/>
        </w:tc>
        <w:tc>
          <w:tcPr>
            <w:tcW w:w="909" w:type="pct"/>
            <w:shd w:val="clear" w:color="auto" w:fill="F4F8FB"/>
            <w:tcMar>
              <w:top w:w="70" w:type="dxa"/>
              <w:left w:w="80" w:type="dxa"/>
              <w:bottom w:w="70" w:type="dxa"/>
              <w:right w:w="80" w:type="dxa"/>
            </w:tcMar>
            <w:vAlign w:val="center"/>
          </w:tcPr>
          <w:p w14:paraId="3E7C5072" w14:textId="77777777" w:rsidR="001D65CC" w:rsidRPr="00BD77DB" w:rsidRDefault="001D65CC"/>
        </w:tc>
        <w:tc>
          <w:tcPr>
            <w:tcW w:w="1591" w:type="pct"/>
            <w:shd w:val="clear" w:color="auto" w:fill="F4F8FB"/>
            <w:tcMar>
              <w:top w:w="70" w:type="dxa"/>
              <w:left w:w="80" w:type="dxa"/>
              <w:bottom w:w="70" w:type="dxa"/>
              <w:right w:w="80" w:type="dxa"/>
            </w:tcMar>
            <w:vAlign w:val="center"/>
          </w:tcPr>
          <w:p w14:paraId="4227009A" w14:textId="77777777" w:rsidR="001D65CC" w:rsidRPr="00BD77DB" w:rsidRDefault="001D65CC"/>
        </w:tc>
        <w:tc>
          <w:tcPr>
            <w:tcW w:w="584" w:type="pct"/>
            <w:shd w:val="clear" w:color="auto" w:fill="F4F8FB"/>
            <w:tcMar>
              <w:top w:w="70" w:type="dxa"/>
              <w:left w:w="80" w:type="dxa"/>
              <w:bottom w:w="70" w:type="dxa"/>
              <w:right w:w="80" w:type="dxa"/>
            </w:tcMar>
            <w:vAlign w:val="center"/>
          </w:tcPr>
          <w:p w14:paraId="6D4EEFF4" w14:textId="77777777" w:rsidR="001D65CC" w:rsidRPr="00BD77DB" w:rsidRDefault="001D65CC"/>
        </w:tc>
        <w:tc>
          <w:tcPr>
            <w:tcW w:w="942" w:type="pct"/>
            <w:shd w:val="clear" w:color="auto" w:fill="F4F8FB"/>
            <w:tcMar>
              <w:top w:w="70" w:type="dxa"/>
              <w:left w:w="80" w:type="dxa"/>
              <w:bottom w:w="70" w:type="dxa"/>
              <w:right w:w="80" w:type="dxa"/>
            </w:tcMar>
            <w:vAlign w:val="center"/>
          </w:tcPr>
          <w:p w14:paraId="085865F2" w14:textId="77777777" w:rsidR="001D65CC" w:rsidRPr="00BD77DB" w:rsidRDefault="001D65CC"/>
        </w:tc>
      </w:tr>
      <w:tr w:rsidR="001D65CC" w:rsidRPr="00BD77DB" w14:paraId="08180055" w14:textId="77777777" w:rsidTr="00EF73BA">
        <w:trPr>
          <w:cantSplit/>
          <w:jc w:val="center"/>
        </w:trPr>
        <w:tc>
          <w:tcPr>
            <w:tcW w:w="974" w:type="pct"/>
            <w:shd w:val="clear" w:color="auto" w:fill="F4F8FB"/>
            <w:tcMar>
              <w:top w:w="70" w:type="dxa"/>
              <w:left w:w="80" w:type="dxa"/>
              <w:bottom w:w="70" w:type="dxa"/>
              <w:right w:w="80" w:type="dxa"/>
            </w:tcMar>
            <w:vAlign w:val="center"/>
          </w:tcPr>
          <w:p w14:paraId="6ACFDE46" w14:textId="77777777" w:rsidR="001D65CC" w:rsidRPr="00BD77DB" w:rsidRDefault="001D65CC"/>
        </w:tc>
        <w:tc>
          <w:tcPr>
            <w:tcW w:w="909" w:type="pct"/>
            <w:shd w:val="clear" w:color="auto" w:fill="F4F8FB"/>
            <w:tcMar>
              <w:top w:w="70" w:type="dxa"/>
              <w:left w:w="80" w:type="dxa"/>
              <w:bottom w:w="70" w:type="dxa"/>
              <w:right w:w="80" w:type="dxa"/>
            </w:tcMar>
            <w:vAlign w:val="center"/>
          </w:tcPr>
          <w:p w14:paraId="438F1E63" w14:textId="77777777" w:rsidR="001D65CC" w:rsidRPr="00BD77DB" w:rsidRDefault="001D65CC"/>
        </w:tc>
        <w:tc>
          <w:tcPr>
            <w:tcW w:w="1591" w:type="pct"/>
            <w:shd w:val="clear" w:color="auto" w:fill="F4F8FB"/>
            <w:tcMar>
              <w:top w:w="70" w:type="dxa"/>
              <w:left w:w="80" w:type="dxa"/>
              <w:bottom w:w="70" w:type="dxa"/>
              <w:right w:w="80" w:type="dxa"/>
            </w:tcMar>
            <w:vAlign w:val="center"/>
          </w:tcPr>
          <w:p w14:paraId="648D98A6" w14:textId="77777777" w:rsidR="001D65CC" w:rsidRPr="00BD77DB" w:rsidRDefault="001D65CC"/>
        </w:tc>
        <w:tc>
          <w:tcPr>
            <w:tcW w:w="584" w:type="pct"/>
            <w:shd w:val="clear" w:color="auto" w:fill="F4F8FB"/>
            <w:tcMar>
              <w:top w:w="70" w:type="dxa"/>
              <w:left w:w="80" w:type="dxa"/>
              <w:bottom w:w="70" w:type="dxa"/>
              <w:right w:w="80" w:type="dxa"/>
            </w:tcMar>
            <w:vAlign w:val="center"/>
          </w:tcPr>
          <w:p w14:paraId="27260C98" w14:textId="77777777" w:rsidR="001D65CC" w:rsidRPr="00BD77DB" w:rsidRDefault="001D65CC"/>
        </w:tc>
        <w:tc>
          <w:tcPr>
            <w:tcW w:w="942" w:type="pct"/>
            <w:shd w:val="clear" w:color="auto" w:fill="F4F8FB"/>
            <w:tcMar>
              <w:top w:w="70" w:type="dxa"/>
              <w:left w:w="80" w:type="dxa"/>
              <w:bottom w:w="70" w:type="dxa"/>
              <w:right w:w="80" w:type="dxa"/>
            </w:tcMar>
            <w:vAlign w:val="center"/>
          </w:tcPr>
          <w:p w14:paraId="79BDF975" w14:textId="77777777" w:rsidR="001D65CC" w:rsidRPr="00BD77DB" w:rsidRDefault="001D65CC"/>
        </w:tc>
      </w:tr>
      <w:tr w:rsidR="001D65CC" w:rsidRPr="00BD77DB" w14:paraId="25056304" w14:textId="77777777" w:rsidTr="00EF73BA">
        <w:trPr>
          <w:cantSplit/>
          <w:jc w:val="center"/>
        </w:trPr>
        <w:tc>
          <w:tcPr>
            <w:tcW w:w="1883" w:type="pct"/>
            <w:gridSpan w:val="2"/>
            <w:shd w:val="clear" w:color="auto" w:fill="D9EAF7"/>
            <w:tcMar>
              <w:top w:w="70" w:type="dxa"/>
              <w:left w:w="80" w:type="dxa"/>
              <w:bottom w:w="70" w:type="dxa"/>
              <w:right w:w="80" w:type="dxa"/>
            </w:tcMar>
            <w:vAlign w:val="center"/>
          </w:tcPr>
          <w:p w14:paraId="1BD1760D" w14:textId="77777777" w:rsidR="001D65CC" w:rsidRPr="00BD77DB" w:rsidRDefault="003722FC">
            <w:r w:rsidRPr="00BD77DB">
              <w:rPr>
                <w:b/>
                <w:color w:val="1F1F1F"/>
                <w:sz w:val="17"/>
              </w:rPr>
              <w:t>Number claimed for scoring</w:t>
            </w:r>
          </w:p>
        </w:tc>
        <w:tc>
          <w:tcPr>
            <w:tcW w:w="3117" w:type="pct"/>
            <w:gridSpan w:val="3"/>
            <w:shd w:val="clear" w:color="auto" w:fill="F4F8FB"/>
            <w:tcMar>
              <w:top w:w="70" w:type="dxa"/>
              <w:left w:w="80" w:type="dxa"/>
              <w:bottom w:w="70" w:type="dxa"/>
              <w:right w:w="80" w:type="dxa"/>
            </w:tcMar>
            <w:vAlign w:val="center"/>
          </w:tcPr>
          <w:p w14:paraId="4DAA9AE7" w14:textId="053CDDE5" w:rsidR="001D65CC" w:rsidRPr="00BD77DB" w:rsidRDefault="001D65CC"/>
        </w:tc>
      </w:tr>
      <w:tr w:rsidR="001D65CC" w:rsidRPr="00BD77DB" w14:paraId="63F9AA23" w14:textId="77777777" w:rsidTr="00EF73BA">
        <w:trPr>
          <w:cantSplit/>
          <w:jc w:val="center"/>
        </w:trPr>
        <w:tc>
          <w:tcPr>
            <w:tcW w:w="1883" w:type="pct"/>
            <w:gridSpan w:val="2"/>
            <w:shd w:val="clear" w:color="auto" w:fill="D9EAF7"/>
            <w:tcMar>
              <w:top w:w="70" w:type="dxa"/>
              <w:left w:w="80" w:type="dxa"/>
              <w:bottom w:w="70" w:type="dxa"/>
              <w:right w:w="80" w:type="dxa"/>
            </w:tcMar>
            <w:vAlign w:val="center"/>
          </w:tcPr>
          <w:p w14:paraId="5AB454C9" w14:textId="77777777" w:rsidR="001D65CC" w:rsidRPr="00BD77DB" w:rsidRDefault="003722FC">
            <w:r w:rsidRPr="00BD77DB">
              <w:rPr>
                <w:b/>
                <w:color w:val="1F1F1F"/>
                <w:sz w:val="17"/>
              </w:rPr>
              <w:t>Evidence summary</w:t>
            </w:r>
          </w:p>
        </w:tc>
        <w:tc>
          <w:tcPr>
            <w:tcW w:w="3117" w:type="pct"/>
            <w:gridSpan w:val="3"/>
            <w:shd w:val="clear" w:color="auto" w:fill="F4F8FB"/>
            <w:tcMar>
              <w:top w:w="70" w:type="dxa"/>
              <w:left w:w="80" w:type="dxa"/>
              <w:bottom w:w="70" w:type="dxa"/>
              <w:right w:w="80" w:type="dxa"/>
            </w:tcMar>
            <w:vAlign w:val="center"/>
          </w:tcPr>
          <w:p w14:paraId="53259609" w14:textId="0B195A69" w:rsidR="001D65CC" w:rsidRPr="00BD77DB" w:rsidRDefault="001D65CC"/>
        </w:tc>
      </w:tr>
    </w:tbl>
    <w:p w14:paraId="7C00FCDE" w14:textId="68A1B807" w:rsidR="001D65CC" w:rsidRPr="00BD77DB" w:rsidRDefault="003722FC" w:rsidP="000F030F">
      <w:pPr>
        <w:pStyle w:val="Heading2"/>
      </w:pPr>
      <w:r w:rsidRPr="00BD77DB">
        <w:t>Technology Readiness and Industrialisation Capability</w:t>
      </w:r>
    </w:p>
    <w:tbl>
      <w:tblPr>
        <w:tblStyle w:val="TableGrid"/>
        <w:tblW w:w="5000" w:type="pct"/>
        <w:jc w:val="center"/>
        <w:tblLook w:val="04A0" w:firstRow="1" w:lastRow="0" w:firstColumn="1" w:lastColumn="0" w:noHBand="0" w:noVBand="1"/>
      </w:tblPr>
      <w:tblGrid>
        <w:gridCol w:w="2127"/>
        <w:gridCol w:w="9139"/>
      </w:tblGrid>
      <w:tr w:rsidR="001D65CC" w:rsidRPr="00BD77DB" w14:paraId="1E81ED3E" w14:textId="77777777" w:rsidTr="009E62E6">
        <w:trPr>
          <w:jc w:val="center"/>
        </w:trPr>
        <w:tc>
          <w:tcPr>
            <w:tcW w:w="944" w:type="pct"/>
            <w:shd w:val="clear" w:color="auto" w:fill="D9EAF7"/>
            <w:tcMar>
              <w:top w:w="70" w:type="dxa"/>
              <w:left w:w="80" w:type="dxa"/>
              <w:bottom w:w="70" w:type="dxa"/>
              <w:right w:w="80" w:type="dxa"/>
            </w:tcMar>
            <w:vAlign w:val="center"/>
          </w:tcPr>
          <w:p w14:paraId="4CF1D007" w14:textId="77777777" w:rsidR="001D65CC" w:rsidRPr="00BD77DB" w:rsidRDefault="003722FC">
            <w:r w:rsidRPr="00BD77DB">
              <w:rPr>
                <w:b/>
                <w:color w:val="1F1F1F"/>
                <w:sz w:val="16"/>
              </w:rPr>
              <w:t>Non-SMME weight</w:t>
            </w:r>
          </w:p>
        </w:tc>
        <w:tc>
          <w:tcPr>
            <w:tcW w:w="4056" w:type="pct"/>
            <w:shd w:val="clear" w:color="auto" w:fill="F4F8FB"/>
            <w:tcMar>
              <w:top w:w="70" w:type="dxa"/>
              <w:left w:w="80" w:type="dxa"/>
              <w:bottom w:w="70" w:type="dxa"/>
              <w:right w:w="80" w:type="dxa"/>
            </w:tcMar>
            <w:vAlign w:val="center"/>
          </w:tcPr>
          <w:p w14:paraId="73C66E49" w14:textId="77777777" w:rsidR="001D65CC" w:rsidRPr="00BD77DB" w:rsidRDefault="003722FC">
            <w:r w:rsidRPr="00BD77DB">
              <w:rPr>
                <w:color w:val="1F1F1F"/>
                <w:sz w:val="16"/>
              </w:rPr>
              <w:t>10%</w:t>
            </w:r>
          </w:p>
        </w:tc>
      </w:tr>
      <w:tr w:rsidR="001D65CC" w:rsidRPr="00BD77DB" w14:paraId="3CEE5AC9" w14:textId="77777777" w:rsidTr="009E62E6">
        <w:trPr>
          <w:jc w:val="center"/>
        </w:trPr>
        <w:tc>
          <w:tcPr>
            <w:tcW w:w="944" w:type="pct"/>
            <w:shd w:val="clear" w:color="auto" w:fill="D9EAF7"/>
            <w:tcMar>
              <w:top w:w="70" w:type="dxa"/>
              <w:left w:w="80" w:type="dxa"/>
              <w:bottom w:w="70" w:type="dxa"/>
              <w:right w:w="80" w:type="dxa"/>
            </w:tcMar>
            <w:vAlign w:val="center"/>
          </w:tcPr>
          <w:p w14:paraId="79772DC6" w14:textId="77777777" w:rsidR="001D65CC" w:rsidRPr="00BD77DB" w:rsidRDefault="003722FC">
            <w:r w:rsidRPr="00BD77DB">
              <w:rPr>
                <w:b/>
                <w:color w:val="1F1F1F"/>
                <w:sz w:val="16"/>
              </w:rPr>
              <w:t>SMME weight</w:t>
            </w:r>
          </w:p>
        </w:tc>
        <w:tc>
          <w:tcPr>
            <w:tcW w:w="4056" w:type="pct"/>
            <w:shd w:val="clear" w:color="auto" w:fill="F4F8FB"/>
            <w:tcMar>
              <w:top w:w="70" w:type="dxa"/>
              <w:left w:w="80" w:type="dxa"/>
              <w:bottom w:w="70" w:type="dxa"/>
              <w:right w:w="80" w:type="dxa"/>
            </w:tcMar>
            <w:vAlign w:val="center"/>
          </w:tcPr>
          <w:p w14:paraId="6C24055B" w14:textId="77777777" w:rsidR="001D65CC" w:rsidRPr="00BD77DB" w:rsidRDefault="003722FC">
            <w:r w:rsidRPr="00BD77DB">
              <w:rPr>
                <w:color w:val="1F1F1F"/>
                <w:sz w:val="16"/>
              </w:rPr>
              <w:t>10%</w:t>
            </w:r>
          </w:p>
        </w:tc>
      </w:tr>
      <w:tr w:rsidR="001D65CC" w:rsidRPr="00BD77DB" w14:paraId="55CEBDDC" w14:textId="77777777" w:rsidTr="009E62E6">
        <w:trPr>
          <w:jc w:val="center"/>
        </w:trPr>
        <w:tc>
          <w:tcPr>
            <w:tcW w:w="944" w:type="pct"/>
            <w:shd w:val="clear" w:color="auto" w:fill="D9EAF7"/>
            <w:tcMar>
              <w:top w:w="70" w:type="dxa"/>
              <w:left w:w="80" w:type="dxa"/>
              <w:bottom w:w="70" w:type="dxa"/>
              <w:right w:w="80" w:type="dxa"/>
            </w:tcMar>
            <w:vAlign w:val="center"/>
          </w:tcPr>
          <w:p w14:paraId="1F1DAC0F" w14:textId="77777777" w:rsidR="001D65CC" w:rsidRPr="00BD77DB" w:rsidRDefault="003722FC">
            <w:r w:rsidRPr="00BD77DB">
              <w:rPr>
                <w:b/>
                <w:color w:val="1F1F1F"/>
                <w:sz w:val="16"/>
              </w:rPr>
              <w:t>Scoring</w:t>
            </w:r>
          </w:p>
        </w:tc>
        <w:tc>
          <w:tcPr>
            <w:tcW w:w="4056" w:type="pct"/>
            <w:shd w:val="clear" w:color="auto" w:fill="F4F8FB"/>
            <w:tcMar>
              <w:top w:w="70" w:type="dxa"/>
              <w:left w:w="80" w:type="dxa"/>
              <w:bottom w:w="70" w:type="dxa"/>
              <w:right w:w="80" w:type="dxa"/>
            </w:tcMar>
            <w:vAlign w:val="center"/>
          </w:tcPr>
          <w:p w14:paraId="505E8986" w14:textId="77777777" w:rsidR="001D65CC" w:rsidRPr="00BD77DB" w:rsidRDefault="003722FC">
            <w:r w:rsidRPr="00BD77DB">
              <w:rPr>
                <w:color w:val="1F1F1F"/>
                <w:sz w:val="16"/>
              </w:rPr>
              <w:t>TRL 7–9 / commercial production = 10 | TRL 5–6 / pilot-scale = 8 | Below TRL 5 = 5</w:t>
            </w:r>
          </w:p>
        </w:tc>
      </w:tr>
    </w:tbl>
    <w:p w14:paraId="5BFC0028" w14:textId="77777777" w:rsidR="009E62E6" w:rsidRPr="00BD77DB" w:rsidRDefault="009E62E6" w:rsidP="009E62E6">
      <w:pPr>
        <w:pStyle w:val="NoSpacing"/>
        <w:rPr>
          <w:sz w:val="2"/>
          <w:szCs w:val="2"/>
          <w:lang w:val="en-ZA"/>
        </w:rPr>
      </w:pPr>
    </w:p>
    <w:tbl>
      <w:tblPr>
        <w:tblStyle w:val="TableGrid"/>
        <w:tblW w:w="5000" w:type="pct"/>
        <w:jc w:val="center"/>
        <w:tblLook w:val="04A0" w:firstRow="1" w:lastRow="0" w:firstColumn="1" w:lastColumn="0" w:noHBand="0" w:noVBand="1"/>
      </w:tblPr>
      <w:tblGrid>
        <w:gridCol w:w="2315"/>
        <w:gridCol w:w="1543"/>
        <w:gridCol w:w="2778"/>
        <w:gridCol w:w="2778"/>
        <w:gridCol w:w="1852"/>
      </w:tblGrid>
      <w:tr w:rsidR="001D65CC" w:rsidRPr="00BD77DB" w14:paraId="7938E140" w14:textId="77777777" w:rsidTr="009E62E6">
        <w:trPr>
          <w:cantSplit/>
          <w:jc w:val="center"/>
        </w:trPr>
        <w:tc>
          <w:tcPr>
            <w:tcW w:w="1712" w:type="pct"/>
            <w:gridSpan w:val="2"/>
            <w:shd w:val="clear" w:color="auto" w:fill="D9EAF7"/>
            <w:tcMar>
              <w:top w:w="70" w:type="dxa"/>
              <w:left w:w="80" w:type="dxa"/>
              <w:bottom w:w="70" w:type="dxa"/>
              <w:right w:w="80" w:type="dxa"/>
            </w:tcMar>
            <w:vAlign w:val="center"/>
          </w:tcPr>
          <w:p w14:paraId="77567523" w14:textId="77777777" w:rsidR="001D65CC" w:rsidRPr="00BD77DB" w:rsidRDefault="003722FC">
            <w:r w:rsidRPr="00BD77DB">
              <w:rPr>
                <w:b/>
                <w:color w:val="1F1F1F"/>
                <w:sz w:val="17"/>
              </w:rPr>
              <w:t>Highest demonstrated TRL / production state</w:t>
            </w:r>
          </w:p>
        </w:tc>
        <w:tc>
          <w:tcPr>
            <w:tcW w:w="3288" w:type="pct"/>
            <w:gridSpan w:val="3"/>
            <w:shd w:val="clear" w:color="auto" w:fill="F4F8FB"/>
            <w:tcMar>
              <w:top w:w="70" w:type="dxa"/>
              <w:left w:w="80" w:type="dxa"/>
              <w:bottom w:w="70" w:type="dxa"/>
              <w:right w:w="80" w:type="dxa"/>
            </w:tcMar>
            <w:vAlign w:val="center"/>
          </w:tcPr>
          <w:p w14:paraId="4AD8C636" w14:textId="66AE14CE" w:rsidR="001D65CC" w:rsidRPr="00BD77DB" w:rsidRDefault="001D65CC"/>
        </w:tc>
      </w:tr>
      <w:tr w:rsidR="001D65CC" w:rsidRPr="00BD77DB" w14:paraId="1B79457F" w14:textId="77777777" w:rsidTr="009E62E6">
        <w:trPr>
          <w:cantSplit/>
          <w:jc w:val="center"/>
        </w:trPr>
        <w:tc>
          <w:tcPr>
            <w:tcW w:w="1712" w:type="pct"/>
            <w:gridSpan w:val="2"/>
            <w:shd w:val="clear" w:color="auto" w:fill="D9EAF7"/>
            <w:tcMar>
              <w:top w:w="70" w:type="dxa"/>
              <w:left w:w="80" w:type="dxa"/>
              <w:bottom w:w="70" w:type="dxa"/>
              <w:right w:w="80" w:type="dxa"/>
            </w:tcMar>
            <w:vAlign w:val="center"/>
          </w:tcPr>
          <w:p w14:paraId="16265A13" w14:textId="77777777" w:rsidR="001D65CC" w:rsidRPr="00BD77DB" w:rsidRDefault="003722FC">
            <w:r w:rsidRPr="00BD77DB">
              <w:rPr>
                <w:b/>
                <w:color w:val="1F1F1F"/>
                <w:sz w:val="17"/>
              </w:rPr>
              <w:lastRenderedPageBreak/>
              <w:t>Basis for TRL / production claim</w:t>
            </w:r>
          </w:p>
        </w:tc>
        <w:tc>
          <w:tcPr>
            <w:tcW w:w="3288" w:type="pct"/>
            <w:gridSpan w:val="3"/>
            <w:shd w:val="clear" w:color="auto" w:fill="F4F8FB"/>
            <w:tcMar>
              <w:top w:w="70" w:type="dxa"/>
              <w:left w:w="80" w:type="dxa"/>
              <w:bottom w:w="70" w:type="dxa"/>
              <w:right w:w="80" w:type="dxa"/>
            </w:tcMar>
            <w:vAlign w:val="center"/>
          </w:tcPr>
          <w:p w14:paraId="585A4E43" w14:textId="3F61188C" w:rsidR="001D65CC" w:rsidRPr="00BD77DB" w:rsidRDefault="001D65CC"/>
        </w:tc>
      </w:tr>
      <w:tr w:rsidR="001D65CC" w:rsidRPr="00BD77DB" w14:paraId="22EC9D1E" w14:textId="77777777" w:rsidTr="009E62E6">
        <w:trPr>
          <w:cantSplit/>
          <w:jc w:val="center"/>
        </w:trPr>
        <w:tc>
          <w:tcPr>
            <w:tcW w:w="1712" w:type="pct"/>
            <w:gridSpan w:val="2"/>
            <w:shd w:val="clear" w:color="auto" w:fill="D9EAF7"/>
            <w:tcMar>
              <w:top w:w="70" w:type="dxa"/>
              <w:left w:w="80" w:type="dxa"/>
              <w:bottom w:w="70" w:type="dxa"/>
              <w:right w:w="80" w:type="dxa"/>
            </w:tcMar>
            <w:vAlign w:val="center"/>
          </w:tcPr>
          <w:p w14:paraId="166BD4DC" w14:textId="77777777" w:rsidR="001D65CC" w:rsidRPr="00BD77DB" w:rsidRDefault="003722FC">
            <w:r w:rsidRPr="00BD77DB">
              <w:rPr>
                <w:b/>
                <w:color w:val="1F1F1F"/>
                <w:sz w:val="17"/>
              </w:rPr>
              <w:t>Evidence reference</w:t>
            </w:r>
          </w:p>
        </w:tc>
        <w:tc>
          <w:tcPr>
            <w:tcW w:w="3288" w:type="pct"/>
            <w:gridSpan w:val="3"/>
            <w:shd w:val="clear" w:color="auto" w:fill="F4F8FB"/>
            <w:tcMar>
              <w:top w:w="70" w:type="dxa"/>
              <w:left w:w="80" w:type="dxa"/>
              <w:bottom w:w="70" w:type="dxa"/>
              <w:right w:w="80" w:type="dxa"/>
            </w:tcMar>
            <w:vAlign w:val="center"/>
          </w:tcPr>
          <w:p w14:paraId="41D1A67B" w14:textId="0AF79A6A" w:rsidR="001D65CC" w:rsidRPr="00BD77DB" w:rsidRDefault="001D65CC"/>
        </w:tc>
      </w:tr>
      <w:tr w:rsidR="001D65CC" w:rsidRPr="00BD77DB" w14:paraId="19FAA8ED" w14:textId="77777777" w:rsidTr="009E62E6">
        <w:trPr>
          <w:tblHeader/>
          <w:jc w:val="center"/>
        </w:trPr>
        <w:tc>
          <w:tcPr>
            <w:tcW w:w="1027" w:type="pct"/>
            <w:shd w:val="clear" w:color="auto" w:fill="1F4E79"/>
            <w:tcMar>
              <w:top w:w="70" w:type="dxa"/>
              <w:left w:w="80" w:type="dxa"/>
              <w:bottom w:w="70" w:type="dxa"/>
              <w:right w:w="80" w:type="dxa"/>
            </w:tcMar>
            <w:vAlign w:val="center"/>
          </w:tcPr>
          <w:p w14:paraId="6A5458F8" w14:textId="77777777" w:rsidR="001D65CC" w:rsidRPr="00BD77DB" w:rsidRDefault="003722FC">
            <w:pPr>
              <w:jc w:val="center"/>
            </w:pPr>
            <w:r w:rsidRPr="00BD77DB">
              <w:rPr>
                <w:b/>
                <w:color w:val="FFFFFF"/>
                <w:sz w:val="16"/>
              </w:rPr>
              <w:t>Product / technology</w:t>
            </w:r>
          </w:p>
        </w:tc>
        <w:tc>
          <w:tcPr>
            <w:tcW w:w="685" w:type="pct"/>
            <w:shd w:val="clear" w:color="auto" w:fill="1F4E79"/>
            <w:tcMar>
              <w:top w:w="70" w:type="dxa"/>
              <w:left w:w="80" w:type="dxa"/>
              <w:bottom w:w="70" w:type="dxa"/>
              <w:right w:w="80" w:type="dxa"/>
            </w:tcMar>
            <w:vAlign w:val="center"/>
          </w:tcPr>
          <w:p w14:paraId="40E61077" w14:textId="77777777" w:rsidR="001D65CC" w:rsidRPr="00BD77DB" w:rsidRDefault="003722FC">
            <w:pPr>
              <w:jc w:val="center"/>
            </w:pPr>
            <w:r w:rsidRPr="00BD77DB">
              <w:rPr>
                <w:b/>
                <w:color w:val="FFFFFF"/>
                <w:sz w:val="16"/>
              </w:rPr>
              <w:t>Current TRL / stage</w:t>
            </w:r>
          </w:p>
        </w:tc>
        <w:tc>
          <w:tcPr>
            <w:tcW w:w="1233" w:type="pct"/>
            <w:shd w:val="clear" w:color="auto" w:fill="1F4E79"/>
            <w:tcMar>
              <w:top w:w="70" w:type="dxa"/>
              <w:left w:w="80" w:type="dxa"/>
              <w:bottom w:w="70" w:type="dxa"/>
              <w:right w:w="80" w:type="dxa"/>
            </w:tcMar>
            <w:vAlign w:val="center"/>
          </w:tcPr>
          <w:p w14:paraId="55126E0F" w14:textId="77777777" w:rsidR="001D65CC" w:rsidRPr="00BD77DB" w:rsidRDefault="003722FC">
            <w:pPr>
              <w:jc w:val="center"/>
            </w:pPr>
            <w:r w:rsidRPr="00BD77DB">
              <w:rPr>
                <w:b/>
                <w:color w:val="FFFFFF"/>
                <w:sz w:val="16"/>
              </w:rPr>
              <w:t>Pilot / commercial evidence</w:t>
            </w:r>
          </w:p>
        </w:tc>
        <w:tc>
          <w:tcPr>
            <w:tcW w:w="1233" w:type="pct"/>
            <w:shd w:val="clear" w:color="auto" w:fill="1F4E79"/>
            <w:tcMar>
              <w:top w:w="70" w:type="dxa"/>
              <w:left w:w="80" w:type="dxa"/>
              <w:bottom w:w="70" w:type="dxa"/>
              <w:right w:w="80" w:type="dxa"/>
            </w:tcMar>
            <w:vAlign w:val="center"/>
          </w:tcPr>
          <w:p w14:paraId="3F152491" w14:textId="77777777" w:rsidR="001D65CC" w:rsidRPr="00BD77DB" w:rsidRDefault="003722FC">
            <w:pPr>
              <w:jc w:val="center"/>
            </w:pPr>
            <w:r w:rsidRPr="00BD77DB">
              <w:rPr>
                <w:b/>
                <w:color w:val="FFFFFF"/>
                <w:sz w:val="16"/>
              </w:rPr>
              <w:t>Manufacturing capacity / scale</w:t>
            </w:r>
          </w:p>
        </w:tc>
        <w:tc>
          <w:tcPr>
            <w:tcW w:w="822" w:type="pct"/>
            <w:shd w:val="clear" w:color="auto" w:fill="1F4E79"/>
            <w:tcMar>
              <w:top w:w="70" w:type="dxa"/>
              <w:left w:w="80" w:type="dxa"/>
              <w:bottom w:w="70" w:type="dxa"/>
              <w:right w:w="80" w:type="dxa"/>
            </w:tcMar>
            <w:vAlign w:val="center"/>
          </w:tcPr>
          <w:p w14:paraId="2928B6D4" w14:textId="77777777" w:rsidR="001D65CC" w:rsidRPr="00BD77DB" w:rsidRDefault="003722FC">
            <w:pPr>
              <w:jc w:val="center"/>
            </w:pPr>
            <w:r w:rsidRPr="00BD77DB">
              <w:rPr>
                <w:b/>
                <w:color w:val="FFFFFF"/>
                <w:sz w:val="16"/>
              </w:rPr>
              <w:t>Evidence ref.</w:t>
            </w:r>
          </w:p>
        </w:tc>
      </w:tr>
      <w:tr w:rsidR="001D65CC" w:rsidRPr="00BD77DB" w14:paraId="09859455" w14:textId="77777777" w:rsidTr="009E62E6">
        <w:trPr>
          <w:cantSplit/>
          <w:jc w:val="center"/>
        </w:trPr>
        <w:tc>
          <w:tcPr>
            <w:tcW w:w="1027" w:type="pct"/>
            <w:shd w:val="clear" w:color="auto" w:fill="F4F8FB"/>
            <w:tcMar>
              <w:top w:w="70" w:type="dxa"/>
              <w:left w:w="80" w:type="dxa"/>
              <w:bottom w:w="70" w:type="dxa"/>
              <w:right w:w="80" w:type="dxa"/>
            </w:tcMar>
            <w:vAlign w:val="center"/>
          </w:tcPr>
          <w:p w14:paraId="402F51A2" w14:textId="77777777" w:rsidR="001D65CC" w:rsidRPr="00BD77DB" w:rsidRDefault="001D65CC"/>
        </w:tc>
        <w:tc>
          <w:tcPr>
            <w:tcW w:w="685" w:type="pct"/>
            <w:shd w:val="clear" w:color="auto" w:fill="F4F8FB"/>
            <w:tcMar>
              <w:top w:w="70" w:type="dxa"/>
              <w:left w:w="80" w:type="dxa"/>
              <w:bottom w:w="70" w:type="dxa"/>
              <w:right w:w="80" w:type="dxa"/>
            </w:tcMar>
            <w:vAlign w:val="center"/>
          </w:tcPr>
          <w:p w14:paraId="725B7CE7" w14:textId="77777777" w:rsidR="001D65CC" w:rsidRPr="00BD77DB" w:rsidRDefault="001D65CC"/>
        </w:tc>
        <w:tc>
          <w:tcPr>
            <w:tcW w:w="1233" w:type="pct"/>
            <w:shd w:val="clear" w:color="auto" w:fill="F4F8FB"/>
            <w:tcMar>
              <w:top w:w="70" w:type="dxa"/>
              <w:left w:w="80" w:type="dxa"/>
              <w:bottom w:w="70" w:type="dxa"/>
              <w:right w:w="80" w:type="dxa"/>
            </w:tcMar>
            <w:vAlign w:val="center"/>
          </w:tcPr>
          <w:p w14:paraId="3AD3ADF1" w14:textId="77777777" w:rsidR="001D65CC" w:rsidRPr="00BD77DB" w:rsidRDefault="001D65CC"/>
        </w:tc>
        <w:tc>
          <w:tcPr>
            <w:tcW w:w="1233" w:type="pct"/>
            <w:shd w:val="clear" w:color="auto" w:fill="F4F8FB"/>
            <w:tcMar>
              <w:top w:w="70" w:type="dxa"/>
              <w:left w:w="80" w:type="dxa"/>
              <w:bottom w:w="70" w:type="dxa"/>
              <w:right w:w="80" w:type="dxa"/>
            </w:tcMar>
            <w:vAlign w:val="center"/>
          </w:tcPr>
          <w:p w14:paraId="65C4D27C" w14:textId="77777777" w:rsidR="001D65CC" w:rsidRPr="00BD77DB" w:rsidRDefault="001D65CC"/>
        </w:tc>
        <w:tc>
          <w:tcPr>
            <w:tcW w:w="822" w:type="pct"/>
            <w:shd w:val="clear" w:color="auto" w:fill="F4F8FB"/>
            <w:tcMar>
              <w:top w:w="70" w:type="dxa"/>
              <w:left w:w="80" w:type="dxa"/>
              <w:bottom w:w="70" w:type="dxa"/>
              <w:right w:w="80" w:type="dxa"/>
            </w:tcMar>
            <w:vAlign w:val="center"/>
          </w:tcPr>
          <w:p w14:paraId="4ACBDA61" w14:textId="77777777" w:rsidR="001D65CC" w:rsidRPr="00BD77DB" w:rsidRDefault="001D65CC"/>
        </w:tc>
      </w:tr>
      <w:tr w:rsidR="001D65CC" w:rsidRPr="00BD77DB" w14:paraId="379355A8" w14:textId="77777777" w:rsidTr="009E62E6">
        <w:trPr>
          <w:cantSplit/>
          <w:jc w:val="center"/>
        </w:trPr>
        <w:tc>
          <w:tcPr>
            <w:tcW w:w="1027" w:type="pct"/>
            <w:shd w:val="clear" w:color="auto" w:fill="F4F8FB"/>
            <w:tcMar>
              <w:top w:w="70" w:type="dxa"/>
              <w:left w:w="80" w:type="dxa"/>
              <w:bottom w:w="70" w:type="dxa"/>
              <w:right w:w="80" w:type="dxa"/>
            </w:tcMar>
            <w:vAlign w:val="center"/>
          </w:tcPr>
          <w:p w14:paraId="6498333B" w14:textId="77777777" w:rsidR="001D65CC" w:rsidRPr="00BD77DB" w:rsidRDefault="001D65CC"/>
        </w:tc>
        <w:tc>
          <w:tcPr>
            <w:tcW w:w="685" w:type="pct"/>
            <w:shd w:val="clear" w:color="auto" w:fill="F4F8FB"/>
            <w:tcMar>
              <w:top w:w="70" w:type="dxa"/>
              <w:left w:w="80" w:type="dxa"/>
              <w:bottom w:w="70" w:type="dxa"/>
              <w:right w:w="80" w:type="dxa"/>
            </w:tcMar>
            <w:vAlign w:val="center"/>
          </w:tcPr>
          <w:p w14:paraId="3DF23AAC" w14:textId="77777777" w:rsidR="001D65CC" w:rsidRPr="00BD77DB" w:rsidRDefault="001D65CC"/>
        </w:tc>
        <w:tc>
          <w:tcPr>
            <w:tcW w:w="1233" w:type="pct"/>
            <w:shd w:val="clear" w:color="auto" w:fill="F4F8FB"/>
            <w:tcMar>
              <w:top w:w="70" w:type="dxa"/>
              <w:left w:w="80" w:type="dxa"/>
              <w:bottom w:w="70" w:type="dxa"/>
              <w:right w:w="80" w:type="dxa"/>
            </w:tcMar>
            <w:vAlign w:val="center"/>
          </w:tcPr>
          <w:p w14:paraId="10C1A2F7" w14:textId="77777777" w:rsidR="001D65CC" w:rsidRPr="00BD77DB" w:rsidRDefault="001D65CC"/>
        </w:tc>
        <w:tc>
          <w:tcPr>
            <w:tcW w:w="1233" w:type="pct"/>
            <w:shd w:val="clear" w:color="auto" w:fill="F4F8FB"/>
            <w:tcMar>
              <w:top w:w="70" w:type="dxa"/>
              <w:left w:w="80" w:type="dxa"/>
              <w:bottom w:w="70" w:type="dxa"/>
              <w:right w:w="80" w:type="dxa"/>
            </w:tcMar>
            <w:vAlign w:val="center"/>
          </w:tcPr>
          <w:p w14:paraId="6F95A655" w14:textId="77777777" w:rsidR="001D65CC" w:rsidRPr="00BD77DB" w:rsidRDefault="001D65CC"/>
        </w:tc>
        <w:tc>
          <w:tcPr>
            <w:tcW w:w="822" w:type="pct"/>
            <w:shd w:val="clear" w:color="auto" w:fill="F4F8FB"/>
            <w:tcMar>
              <w:top w:w="70" w:type="dxa"/>
              <w:left w:w="80" w:type="dxa"/>
              <w:bottom w:w="70" w:type="dxa"/>
              <w:right w:w="80" w:type="dxa"/>
            </w:tcMar>
            <w:vAlign w:val="center"/>
          </w:tcPr>
          <w:p w14:paraId="5B1B0B74" w14:textId="77777777" w:rsidR="001D65CC" w:rsidRPr="00BD77DB" w:rsidRDefault="001D65CC"/>
        </w:tc>
      </w:tr>
      <w:tr w:rsidR="001D65CC" w:rsidRPr="00BD77DB" w14:paraId="0A61F1BF" w14:textId="77777777" w:rsidTr="009E62E6">
        <w:trPr>
          <w:cantSplit/>
          <w:jc w:val="center"/>
        </w:trPr>
        <w:tc>
          <w:tcPr>
            <w:tcW w:w="1027" w:type="pct"/>
            <w:shd w:val="clear" w:color="auto" w:fill="F4F8FB"/>
            <w:tcMar>
              <w:top w:w="70" w:type="dxa"/>
              <w:left w:w="80" w:type="dxa"/>
              <w:bottom w:w="70" w:type="dxa"/>
              <w:right w:w="80" w:type="dxa"/>
            </w:tcMar>
            <w:vAlign w:val="center"/>
          </w:tcPr>
          <w:p w14:paraId="2A49D2D1" w14:textId="77777777" w:rsidR="001D65CC" w:rsidRPr="00BD77DB" w:rsidRDefault="001D65CC"/>
        </w:tc>
        <w:tc>
          <w:tcPr>
            <w:tcW w:w="685" w:type="pct"/>
            <w:shd w:val="clear" w:color="auto" w:fill="F4F8FB"/>
            <w:tcMar>
              <w:top w:w="70" w:type="dxa"/>
              <w:left w:w="80" w:type="dxa"/>
              <w:bottom w:w="70" w:type="dxa"/>
              <w:right w:w="80" w:type="dxa"/>
            </w:tcMar>
            <w:vAlign w:val="center"/>
          </w:tcPr>
          <w:p w14:paraId="6D296C06" w14:textId="77777777" w:rsidR="001D65CC" w:rsidRPr="00BD77DB" w:rsidRDefault="001D65CC"/>
        </w:tc>
        <w:tc>
          <w:tcPr>
            <w:tcW w:w="1233" w:type="pct"/>
            <w:shd w:val="clear" w:color="auto" w:fill="F4F8FB"/>
            <w:tcMar>
              <w:top w:w="70" w:type="dxa"/>
              <w:left w:w="80" w:type="dxa"/>
              <w:bottom w:w="70" w:type="dxa"/>
              <w:right w:w="80" w:type="dxa"/>
            </w:tcMar>
            <w:vAlign w:val="center"/>
          </w:tcPr>
          <w:p w14:paraId="692202AF" w14:textId="77777777" w:rsidR="001D65CC" w:rsidRPr="00BD77DB" w:rsidRDefault="001D65CC"/>
        </w:tc>
        <w:tc>
          <w:tcPr>
            <w:tcW w:w="1233" w:type="pct"/>
            <w:shd w:val="clear" w:color="auto" w:fill="F4F8FB"/>
            <w:tcMar>
              <w:top w:w="70" w:type="dxa"/>
              <w:left w:w="80" w:type="dxa"/>
              <w:bottom w:w="70" w:type="dxa"/>
              <w:right w:w="80" w:type="dxa"/>
            </w:tcMar>
            <w:vAlign w:val="center"/>
          </w:tcPr>
          <w:p w14:paraId="58CDF1FA" w14:textId="77777777" w:rsidR="001D65CC" w:rsidRPr="00BD77DB" w:rsidRDefault="001D65CC"/>
        </w:tc>
        <w:tc>
          <w:tcPr>
            <w:tcW w:w="822" w:type="pct"/>
            <w:shd w:val="clear" w:color="auto" w:fill="F4F8FB"/>
            <w:tcMar>
              <w:top w:w="70" w:type="dxa"/>
              <w:left w:w="80" w:type="dxa"/>
              <w:bottom w:w="70" w:type="dxa"/>
              <w:right w:w="80" w:type="dxa"/>
            </w:tcMar>
            <w:vAlign w:val="center"/>
          </w:tcPr>
          <w:p w14:paraId="6FC8EE11" w14:textId="77777777" w:rsidR="001D65CC" w:rsidRPr="00BD77DB" w:rsidRDefault="001D65CC"/>
        </w:tc>
      </w:tr>
    </w:tbl>
    <w:p w14:paraId="6A83F1B1" w14:textId="52896C1F" w:rsidR="001D65CC" w:rsidRPr="00BD77DB" w:rsidRDefault="003722FC" w:rsidP="000F030F">
      <w:pPr>
        <w:pStyle w:val="Heading2"/>
      </w:pPr>
      <w:r w:rsidRPr="00BD77DB">
        <w:t>Innovation and Technology Development Capability</w:t>
      </w:r>
    </w:p>
    <w:tbl>
      <w:tblPr>
        <w:tblStyle w:val="TableGrid"/>
        <w:tblW w:w="5000" w:type="pct"/>
        <w:jc w:val="center"/>
        <w:tblLook w:val="04A0" w:firstRow="1" w:lastRow="0" w:firstColumn="1" w:lastColumn="0" w:noHBand="0" w:noVBand="1"/>
      </w:tblPr>
      <w:tblGrid>
        <w:gridCol w:w="2127"/>
        <w:gridCol w:w="9139"/>
      </w:tblGrid>
      <w:tr w:rsidR="001D65CC" w:rsidRPr="00BD77DB" w14:paraId="61BED32C" w14:textId="77777777" w:rsidTr="009E62E6">
        <w:trPr>
          <w:jc w:val="center"/>
        </w:trPr>
        <w:tc>
          <w:tcPr>
            <w:tcW w:w="944" w:type="pct"/>
            <w:shd w:val="clear" w:color="auto" w:fill="D9EAF7"/>
            <w:tcMar>
              <w:top w:w="70" w:type="dxa"/>
              <w:left w:w="80" w:type="dxa"/>
              <w:bottom w:w="70" w:type="dxa"/>
              <w:right w:w="80" w:type="dxa"/>
            </w:tcMar>
            <w:vAlign w:val="center"/>
          </w:tcPr>
          <w:p w14:paraId="62DC142D" w14:textId="77777777" w:rsidR="001D65CC" w:rsidRPr="00BD77DB" w:rsidRDefault="003722FC">
            <w:r w:rsidRPr="00BD77DB">
              <w:rPr>
                <w:b/>
                <w:color w:val="1F1F1F"/>
                <w:sz w:val="16"/>
              </w:rPr>
              <w:t>Non-SMME weight</w:t>
            </w:r>
          </w:p>
        </w:tc>
        <w:tc>
          <w:tcPr>
            <w:tcW w:w="4056" w:type="pct"/>
            <w:shd w:val="clear" w:color="auto" w:fill="F4F8FB"/>
            <w:tcMar>
              <w:top w:w="70" w:type="dxa"/>
              <w:left w:w="80" w:type="dxa"/>
              <w:bottom w:w="70" w:type="dxa"/>
              <w:right w:w="80" w:type="dxa"/>
            </w:tcMar>
            <w:vAlign w:val="center"/>
          </w:tcPr>
          <w:p w14:paraId="2FFEEC5F" w14:textId="77777777" w:rsidR="001D65CC" w:rsidRPr="00BD77DB" w:rsidRDefault="003722FC">
            <w:r w:rsidRPr="00BD77DB">
              <w:rPr>
                <w:color w:val="1F1F1F"/>
                <w:sz w:val="16"/>
              </w:rPr>
              <w:t>10%</w:t>
            </w:r>
          </w:p>
        </w:tc>
      </w:tr>
      <w:tr w:rsidR="001D65CC" w:rsidRPr="00BD77DB" w14:paraId="0FB31997" w14:textId="77777777" w:rsidTr="009E62E6">
        <w:trPr>
          <w:jc w:val="center"/>
        </w:trPr>
        <w:tc>
          <w:tcPr>
            <w:tcW w:w="944" w:type="pct"/>
            <w:shd w:val="clear" w:color="auto" w:fill="D9EAF7"/>
            <w:tcMar>
              <w:top w:w="70" w:type="dxa"/>
              <w:left w:w="80" w:type="dxa"/>
              <w:bottom w:w="70" w:type="dxa"/>
              <w:right w:w="80" w:type="dxa"/>
            </w:tcMar>
            <w:vAlign w:val="center"/>
          </w:tcPr>
          <w:p w14:paraId="70B836F1" w14:textId="77777777" w:rsidR="001D65CC" w:rsidRPr="00BD77DB" w:rsidRDefault="003722FC">
            <w:r w:rsidRPr="00BD77DB">
              <w:rPr>
                <w:b/>
                <w:color w:val="1F1F1F"/>
                <w:sz w:val="16"/>
              </w:rPr>
              <w:t>SMME weight</w:t>
            </w:r>
          </w:p>
        </w:tc>
        <w:tc>
          <w:tcPr>
            <w:tcW w:w="4056" w:type="pct"/>
            <w:shd w:val="clear" w:color="auto" w:fill="F4F8FB"/>
            <w:tcMar>
              <w:top w:w="70" w:type="dxa"/>
              <w:left w:w="80" w:type="dxa"/>
              <w:bottom w:w="70" w:type="dxa"/>
              <w:right w:w="80" w:type="dxa"/>
            </w:tcMar>
            <w:vAlign w:val="center"/>
          </w:tcPr>
          <w:p w14:paraId="6620B455" w14:textId="77777777" w:rsidR="001D65CC" w:rsidRPr="00BD77DB" w:rsidRDefault="003722FC">
            <w:r w:rsidRPr="00BD77DB">
              <w:rPr>
                <w:color w:val="1F1F1F"/>
                <w:sz w:val="16"/>
              </w:rPr>
              <w:t>10%</w:t>
            </w:r>
          </w:p>
        </w:tc>
      </w:tr>
      <w:tr w:rsidR="001D65CC" w:rsidRPr="00BD77DB" w14:paraId="0D04F4BD" w14:textId="77777777" w:rsidTr="009E62E6">
        <w:trPr>
          <w:jc w:val="center"/>
        </w:trPr>
        <w:tc>
          <w:tcPr>
            <w:tcW w:w="944" w:type="pct"/>
            <w:shd w:val="clear" w:color="auto" w:fill="D9EAF7"/>
            <w:tcMar>
              <w:top w:w="70" w:type="dxa"/>
              <w:left w:w="80" w:type="dxa"/>
              <w:bottom w:w="70" w:type="dxa"/>
              <w:right w:w="80" w:type="dxa"/>
            </w:tcMar>
            <w:vAlign w:val="center"/>
          </w:tcPr>
          <w:p w14:paraId="64E9813B" w14:textId="77777777" w:rsidR="001D65CC" w:rsidRPr="00BD77DB" w:rsidRDefault="003722FC">
            <w:r w:rsidRPr="00BD77DB">
              <w:rPr>
                <w:b/>
                <w:color w:val="1F1F1F"/>
                <w:sz w:val="16"/>
              </w:rPr>
              <w:t>Scoring</w:t>
            </w:r>
          </w:p>
        </w:tc>
        <w:tc>
          <w:tcPr>
            <w:tcW w:w="4056" w:type="pct"/>
            <w:shd w:val="clear" w:color="auto" w:fill="F4F8FB"/>
            <w:tcMar>
              <w:top w:w="70" w:type="dxa"/>
              <w:left w:w="80" w:type="dxa"/>
              <w:bottom w:w="70" w:type="dxa"/>
              <w:right w:w="80" w:type="dxa"/>
            </w:tcMar>
            <w:vAlign w:val="center"/>
          </w:tcPr>
          <w:p w14:paraId="6D0FAA4B" w14:textId="77777777" w:rsidR="001D65CC" w:rsidRPr="00BD77DB" w:rsidRDefault="003722FC">
            <w:r w:rsidRPr="00BD77DB">
              <w:rPr>
                <w:color w:val="1F1F1F"/>
                <w:sz w:val="16"/>
              </w:rPr>
              <w:t>Demonstrated innovation/R&amp;D/simulation/advanced process = 10 | Moderate = 8 | Limited = 5</w:t>
            </w:r>
          </w:p>
        </w:tc>
      </w:tr>
    </w:tbl>
    <w:p w14:paraId="122DA2F2" w14:textId="77777777" w:rsidR="001D65CC" w:rsidRPr="00BD77DB" w:rsidRDefault="003722FC">
      <w:pPr>
        <w:spacing w:after="60" w:line="252" w:lineRule="auto"/>
      </w:pPr>
      <w:r w:rsidRPr="00BD77DB">
        <w:t>Provide evidence of innovation, R&amp;D, simulation, advanced process development, new product development, process improvement or technology localisation.</w:t>
      </w:r>
    </w:p>
    <w:tbl>
      <w:tblPr>
        <w:tblStyle w:val="TableGrid"/>
        <w:tblW w:w="5000" w:type="pct"/>
        <w:jc w:val="center"/>
        <w:tblLook w:val="04A0" w:firstRow="1" w:lastRow="0" w:firstColumn="1" w:lastColumn="0" w:noHBand="0" w:noVBand="1"/>
      </w:tblPr>
      <w:tblGrid>
        <w:gridCol w:w="2443"/>
        <w:gridCol w:w="2127"/>
        <w:gridCol w:w="2442"/>
        <w:gridCol w:w="2600"/>
        <w:gridCol w:w="1654"/>
      </w:tblGrid>
      <w:tr w:rsidR="001D65CC" w:rsidRPr="00BD77DB" w14:paraId="30386580" w14:textId="77777777" w:rsidTr="009E62E6">
        <w:trPr>
          <w:tblHeader/>
          <w:jc w:val="center"/>
        </w:trPr>
        <w:tc>
          <w:tcPr>
            <w:tcW w:w="1084" w:type="pct"/>
            <w:shd w:val="clear" w:color="auto" w:fill="1F4E79"/>
            <w:tcMar>
              <w:top w:w="70" w:type="dxa"/>
              <w:left w:w="80" w:type="dxa"/>
              <w:bottom w:w="70" w:type="dxa"/>
              <w:right w:w="80" w:type="dxa"/>
            </w:tcMar>
            <w:vAlign w:val="center"/>
          </w:tcPr>
          <w:p w14:paraId="7BD0DECC" w14:textId="77777777" w:rsidR="001D65CC" w:rsidRPr="00BD77DB" w:rsidRDefault="003722FC">
            <w:pPr>
              <w:jc w:val="center"/>
            </w:pPr>
            <w:r w:rsidRPr="00BD77DB">
              <w:rPr>
                <w:b/>
                <w:color w:val="FFFFFF"/>
                <w:sz w:val="16"/>
              </w:rPr>
              <w:t>Innovation / R&amp;D activity</w:t>
            </w:r>
          </w:p>
        </w:tc>
        <w:tc>
          <w:tcPr>
            <w:tcW w:w="944" w:type="pct"/>
            <w:shd w:val="clear" w:color="auto" w:fill="1F4E79"/>
            <w:tcMar>
              <w:top w:w="70" w:type="dxa"/>
              <w:left w:w="80" w:type="dxa"/>
              <w:bottom w:w="70" w:type="dxa"/>
              <w:right w:w="80" w:type="dxa"/>
            </w:tcMar>
            <w:vAlign w:val="center"/>
          </w:tcPr>
          <w:p w14:paraId="170043DA" w14:textId="77777777" w:rsidR="001D65CC" w:rsidRPr="00BD77DB" w:rsidRDefault="003722FC">
            <w:pPr>
              <w:jc w:val="center"/>
            </w:pPr>
            <w:r w:rsidRPr="00BD77DB">
              <w:rPr>
                <w:b/>
                <w:color w:val="FFFFFF"/>
                <w:sz w:val="16"/>
              </w:rPr>
              <w:t>Problem addressed</w:t>
            </w:r>
          </w:p>
        </w:tc>
        <w:tc>
          <w:tcPr>
            <w:tcW w:w="1084" w:type="pct"/>
            <w:shd w:val="clear" w:color="auto" w:fill="1F4E79"/>
            <w:tcMar>
              <w:top w:w="70" w:type="dxa"/>
              <w:left w:w="80" w:type="dxa"/>
              <w:bottom w:w="70" w:type="dxa"/>
              <w:right w:w="80" w:type="dxa"/>
            </w:tcMar>
            <w:vAlign w:val="center"/>
          </w:tcPr>
          <w:p w14:paraId="0037D2E6" w14:textId="77777777" w:rsidR="001D65CC" w:rsidRPr="00BD77DB" w:rsidRDefault="003722FC">
            <w:pPr>
              <w:jc w:val="center"/>
            </w:pPr>
            <w:r w:rsidRPr="00BD77DB">
              <w:rPr>
                <w:b/>
                <w:color w:val="FFFFFF"/>
                <w:sz w:val="16"/>
              </w:rPr>
              <w:t>Technology / method</w:t>
            </w:r>
          </w:p>
        </w:tc>
        <w:tc>
          <w:tcPr>
            <w:tcW w:w="1154" w:type="pct"/>
            <w:shd w:val="clear" w:color="auto" w:fill="1F4E79"/>
            <w:tcMar>
              <w:top w:w="70" w:type="dxa"/>
              <w:left w:w="80" w:type="dxa"/>
              <w:bottom w:w="70" w:type="dxa"/>
              <w:right w:w="80" w:type="dxa"/>
            </w:tcMar>
            <w:vAlign w:val="center"/>
          </w:tcPr>
          <w:p w14:paraId="78A266B7" w14:textId="77777777" w:rsidR="001D65CC" w:rsidRPr="00BD77DB" w:rsidRDefault="003722FC">
            <w:pPr>
              <w:jc w:val="center"/>
            </w:pPr>
            <w:r w:rsidRPr="00BD77DB">
              <w:rPr>
                <w:b/>
                <w:color w:val="FFFFFF"/>
                <w:sz w:val="16"/>
              </w:rPr>
              <w:t>Outcome / impact</w:t>
            </w:r>
          </w:p>
        </w:tc>
        <w:tc>
          <w:tcPr>
            <w:tcW w:w="734" w:type="pct"/>
            <w:shd w:val="clear" w:color="auto" w:fill="1F4E79"/>
            <w:tcMar>
              <w:top w:w="70" w:type="dxa"/>
              <w:left w:w="80" w:type="dxa"/>
              <w:bottom w:w="70" w:type="dxa"/>
              <w:right w:w="80" w:type="dxa"/>
            </w:tcMar>
            <w:vAlign w:val="center"/>
          </w:tcPr>
          <w:p w14:paraId="094B7E49" w14:textId="77777777" w:rsidR="001D65CC" w:rsidRPr="00BD77DB" w:rsidRDefault="003722FC">
            <w:pPr>
              <w:jc w:val="center"/>
            </w:pPr>
            <w:r w:rsidRPr="00BD77DB">
              <w:rPr>
                <w:b/>
                <w:color w:val="FFFFFF"/>
                <w:sz w:val="16"/>
              </w:rPr>
              <w:t>Evidence ref.</w:t>
            </w:r>
          </w:p>
        </w:tc>
      </w:tr>
      <w:tr w:rsidR="001D65CC" w:rsidRPr="00BD77DB" w14:paraId="275ED916" w14:textId="77777777" w:rsidTr="009E62E6">
        <w:trPr>
          <w:cantSplit/>
          <w:jc w:val="center"/>
        </w:trPr>
        <w:tc>
          <w:tcPr>
            <w:tcW w:w="1084" w:type="pct"/>
            <w:shd w:val="clear" w:color="auto" w:fill="F4F8FB"/>
            <w:tcMar>
              <w:top w:w="70" w:type="dxa"/>
              <w:left w:w="80" w:type="dxa"/>
              <w:bottom w:w="70" w:type="dxa"/>
              <w:right w:w="80" w:type="dxa"/>
            </w:tcMar>
            <w:vAlign w:val="center"/>
          </w:tcPr>
          <w:p w14:paraId="7E9AB511" w14:textId="77777777" w:rsidR="001D65CC" w:rsidRPr="00BD77DB" w:rsidRDefault="001D65CC"/>
        </w:tc>
        <w:tc>
          <w:tcPr>
            <w:tcW w:w="944" w:type="pct"/>
            <w:shd w:val="clear" w:color="auto" w:fill="F4F8FB"/>
            <w:tcMar>
              <w:top w:w="70" w:type="dxa"/>
              <w:left w:w="80" w:type="dxa"/>
              <w:bottom w:w="70" w:type="dxa"/>
              <w:right w:w="80" w:type="dxa"/>
            </w:tcMar>
            <w:vAlign w:val="center"/>
          </w:tcPr>
          <w:p w14:paraId="102137A7" w14:textId="77777777" w:rsidR="001D65CC" w:rsidRPr="00BD77DB" w:rsidRDefault="001D65CC"/>
        </w:tc>
        <w:tc>
          <w:tcPr>
            <w:tcW w:w="1084" w:type="pct"/>
            <w:shd w:val="clear" w:color="auto" w:fill="F4F8FB"/>
            <w:tcMar>
              <w:top w:w="70" w:type="dxa"/>
              <w:left w:w="80" w:type="dxa"/>
              <w:bottom w:w="70" w:type="dxa"/>
              <w:right w:w="80" w:type="dxa"/>
            </w:tcMar>
            <w:vAlign w:val="center"/>
          </w:tcPr>
          <w:p w14:paraId="6560B97D" w14:textId="77777777" w:rsidR="001D65CC" w:rsidRPr="00BD77DB" w:rsidRDefault="001D65CC"/>
        </w:tc>
        <w:tc>
          <w:tcPr>
            <w:tcW w:w="1154" w:type="pct"/>
            <w:shd w:val="clear" w:color="auto" w:fill="F4F8FB"/>
            <w:tcMar>
              <w:top w:w="70" w:type="dxa"/>
              <w:left w:w="80" w:type="dxa"/>
              <w:bottom w:w="70" w:type="dxa"/>
              <w:right w:w="80" w:type="dxa"/>
            </w:tcMar>
            <w:vAlign w:val="center"/>
          </w:tcPr>
          <w:p w14:paraId="4AB8D69D" w14:textId="77777777" w:rsidR="001D65CC" w:rsidRPr="00BD77DB" w:rsidRDefault="001D65CC"/>
        </w:tc>
        <w:tc>
          <w:tcPr>
            <w:tcW w:w="734" w:type="pct"/>
            <w:shd w:val="clear" w:color="auto" w:fill="F4F8FB"/>
            <w:tcMar>
              <w:top w:w="70" w:type="dxa"/>
              <w:left w:w="80" w:type="dxa"/>
              <w:bottom w:w="70" w:type="dxa"/>
              <w:right w:w="80" w:type="dxa"/>
            </w:tcMar>
            <w:vAlign w:val="center"/>
          </w:tcPr>
          <w:p w14:paraId="300E1596" w14:textId="77777777" w:rsidR="001D65CC" w:rsidRPr="00BD77DB" w:rsidRDefault="001D65CC"/>
        </w:tc>
      </w:tr>
      <w:tr w:rsidR="001D65CC" w:rsidRPr="00BD77DB" w14:paraId="1B081352" w14:textId="77777777" w:rsidTr="009E62E6">
        <w:trPr>
          <w:cantSplit/>
          <w:jc w:val="center"/>
        </w:trPr>
        <w:tc>
          <w:tcPr>
            <w:tcW w:w="1084" w:type="pct"/>
            <w:shd w:val="clear" w:color="auto" w:fill="F4F8FB"/>
            <w:tcMar>
              <w:top w:w="70" w:type="dxa"/>
              <w:left w:w="80" w:type="dxa"/>
              <w:bottom w:w="70" w:type="dxa"/>
              <w:right w:w="80" w:type="dxa"/>
            </w:tcMar>
            <w:vAlign w:val="center"/>
          </w:tcPr>
          <w:p w14:paraId="7CBAE04E" w14:textId="77777777" w:rsidR="001D65CC" w:rsidRPr="00BD77DB" w:rsidRDefault="001D65CC"/>
        </w:tc>
        <w:tc>
          <w:tcPr>
            <w:tcW w:w="944" w:type="pct"/>
            <w:shd w:val="clear" w:color="auto" w:fill="F4F8FB"/>
            <w:tcMar>
              <w:top w:w="70" w:type="dxa"/>
              <w:left w:w="80" w:type="dxa"/>
              <w:bottom w:w="70" w:type="dxa"/>
              <w:right w:w="80" w:type="dxa"/>
            </w:tcMar>
            <w:vAlign w:val="center"/>
          </w:tcPr>
          <w:p w14:paraId="283BFCD5" w14:textId="77777777" w:rsidR="001D65CC" w:rsidRPr="00BD77DB" w:rsidRDefault="001D65CC"/>
        </w:tc>
        <w:tc>
          <w:tcPr>
            <w:tcW w:w="1084" w:type="pct"/>
            <w:shd w:val="clear" w:color="auto" w:fill="F4F8FB"/>
            <w:tcMar>
              <w:top w:w="70" w:type="dxa"/>
              <w:left w:w="80" w:type="dxa"/>
              <w:bottom w:w="70" w:type="dxa"/>
              <w:right w:w="80" w:type="dxa"/>
            </w:tcMar>
            <w:vAlign w:val="center"/>
          </w:tcPr>
          <w:p w14:paraId="205F51D2" w14:textId="77777777" w:rsidR="001D65CC" w:rsidRPr="00BD77DB" w:rsidRDefault="001D65CC"/>
        </w:tc>
        <w:tc>
          <w:tcPr>
            <w:tcW w:w="1154" w:type="pct"/>
            <w:shd w:val="clear" w:color="auto" w:fill="F4F8FB"/>
            <w:tcMar>
              <w:top w:w="70" w:type="dxa"/>
              <w:left w:w="80" w:type="dxa"/>
              <w:bottom w:w="70" w:type="dxa"/>
              <w:right w:w="80" w:type="dxa"/>
            </w:tcMar>
            <w:vAlign w:val="center"/>
          </w:tcPr>
          <w:p w14:paraId="03D2A1FC" w14:textId="77777777" w:rsidR="001D65CC" w:rsidRPr="00BD77DB" w:rsidRDefault="001D65CC"/>
        </w:tc>
        <w:tc>
          <w:tcPr>
            <w:tcW w:w="734" w:type="pct"/>
            <w:shd w:val="clear" w:color="auto" w:fill="F4F8FB"/>
            <w:tcMar>
              <w:top w:w="70" w:type="dxa"/>
              <w:left w:w="80" w:type="dxa"/>
              <w:bottom w:w="70" w:type="dxa"/>
              <w:right w:w="80" w:type="dxa"/>
            </w:tcMar>
            <w:vAlign w:val="center"/>
          </w:tcPr>
          <w:p w14:paraId="429CF8F8" w14:textId="77777777" w:rsidR="001D65CC" w:rsidRPr="00BD77DB" w:rsidRDefault="001D65CC"/>
        </w:tc>
      </w:tr>
      <w:tr w:rsidR="001D65CC" w:rsidRPr="00BD77DB" w14:paraId="1328A0D3" w14:textId="77777777" w:rsidTr="009E62E6">
        <w:trPr>
          <w:cantSplit/>
          <w:jc w:val="center"/>
        </w:trPr>
        <w:tc>
          <w:tcPr>
            <w:tcW w:w="1084" w:type="pct"/>
            <w:shd w:val="clear" w:color="auto" w:fill="F4F8FB"/>
            <w:tcMar>
              <w:top w:w="70" w:type="dxa"/>
              <w:left w:w="80" w:type="dxa"/>
              <w:bottom w:w="70" w:type="dxa"/>
              <w:right w:w="80" w:type="dxa"/>
            </w:tcMar>
            <w:vAlign w:val="center"/>
          </w:tcPr>
          <w:p w14:paraId="1FD9E05F" w14:textId="77777777" w:rsidR="001D65CC" w:rsidRPr="00BD77DB" w:rsidRDefault="001D65CC"/>
        </w:tc>
        <w:tc>
          <w:tcPr>
            <w:tcW w:w="944" w:type="pct"/>
            <w:shd w:val="clear" w:color="auto" w:fill="F4F8FB"/>
            <w:tcMar>
              <w:top w:w="70" w:type="dxa"/>
              <w:left w:w="80" w:type="dxa"/>
              <w:bottom w:w="70" w:type="dxa"/>
              <w:right w:w="80" w:type="dxa"/>
            </w:tcMar>
            <w:vAlign w:val="center"/>
          </w:tcPr>
          <w:p w14:paraId="04815D1B" w14:textId="77777777" w:rsidR="001D65CC" w:rsidRPr="00BD77DB" w:rsidRDefault="001D65CC"/>
        </w:tc>
        <w:tc>
          <w:tcPr>
            <w:tcW w:w="1084" w:type="pct"/>
            <w:shd w:val="clear" w:color="auto" w:fill="F4F8FB"/>
            <w:tcMar>
              <w:top w:w="70" w:type="dxa"/>
              <w:left w:w="80" w:type="dxa"/>
              <w:bottom w:w="70" w:type="dxa"/>
              <w:right w:w="80" w:type="dxa"/>
            </w:tcMar>
            <w:vAlign w:val="center"/>
          </w:tcPr>
          <w:p w14:paraId="71DD77F2" w14:textId="77777777" w:rsidR="001D65CC" w:rsidRPr="00BD77DB" w:rsidRDefault="001D65CC"/>
        </w:tc>
        <w:tc>
          <w:tcPr>
            <w:tcW w:w="1154" w:type="pct"/>
            <w:shd w:val="clear" w:color="auto" w:fill="F4F8FB"/>
            <w:tcMar>
              <w:top w:w="70" w:type="dxa"/>
              <w:left w:w="80" w:type="dxa"/>
              <w:bottom w:w="70" w:type="dxa"/>
              <w:right w:w="80" w:type="dxa"/>
            </w:tcMar>
            <w:vAlign w:val="center"/>
          </w:tcPr>
          <w:p w14:paraId="584F8662" w14:textId="77777777" w:rsidR="001D65CC" w:rsidRPr="00BD77DB" w:rsidRDefault="001D65CC"/>
        </w:tc>
        <w:tc>
          <w:tcPr>
            <w:tcW w:w="734" w:type="pct"/>
            <w:shd w:val="clear" w:color="auto" w:fill="F4F8FB"/>
            <w:tcMar>
              <w:top w:w="70" w:type="dxa"/>
              <w:left w:w="80" w:type="dxa"/>
              <w:bottom w:w="70" w:type="dxa"/>
              <w:right w:w="80" w:type="dxa"/>
            </w:tcMar>
            <w:vAlign w:val="center"/>
          </w:tcPr>
          <w:p w14:paraId="7DE34706" w14:textId="77777777" w:rsidR="001D65CC" w:rsidRPr="00BD77DB" w:rsidRDefault="001D65CC"/>
        </w:tc>
      </w:tr>
      <w:tr w:rsidR="001D65CC" w:rsidRPr="00BD77DB" w14:paraId="18FF0863" w14:textId="77777777" w:rsidTr="009E62E6">
        <w:trPr>
          <w:cantSplit/>
          <w:jc w:val="center"/>
        </w:trPr>
        <w:tc>
          <w:tcPr>
            <w:tcW w:w="1084" w:type="pct"/>
            <w:shd w:val="clear" w:color="auto" w:fill="F4F8FB"/>
            <w:tcMar>
              <w:top w:w="70" w:type="dxa"/>
              <w:left w:w="80" w:type="dxa"/>
              <w:bottom w:w="70" w:type="dxa"/>
              <w:right w:w="80" w:type="dxa"/>
            </w:tcMar>
            <w:vAlign w:val="center"/>
          </w:tcPr>
          <w:p w14:paraId="18AE8B02" w14:textId="77777777" w:rsidR="001D65CC" w:rsidRPr="00BD77DB" w:rsidRDefault="001D65CC"/>
        </w:tc>
        <w:tc>
          <w:tcPr>
            <w:tcW w:w="944" w:type="pct"/>
            <w:shd w:val="clear" w:color="auto" w:fill="F4F8FB"/>
            <w:tcMar>
              <w:top w:w="70" w:type="dxa"/>
              <w:left w:w="80" w:type="dxa"/>
              <w:bottom w:w="70" w:type="dxa"/>
              <w:right w:w="80" w:type="dxa"/>
            </w:tcMar>
            <w:vAlign w:val="center"/>
          </w:tcPr>
          <w:p w14:paraId="7B1782B8" w14:textId="77777777" w:rsidR="001D65CC" w:rsidRPr="00BD77DB" w:rsidRDefault="001D65CC"/>
        </w:tc>
        <w:tc>
          <w:tcPr>
            <w:tcW w:w="1084" w:type="pct"/>
            <w:shd w:val="clear" w:color="auto" w:fill="F4F8FB"/>
            <w:tcMar>
              <w:top w:w="70" w:type="dxa"/>
              <w:left w:w="80" w:type="dxa"/>
              <w:bottom w:w="70" w:type="dxa"/>
              <w:right w:w="80" w:type="dxa"/>
            </w:tcMar>
            <w:vAlign w:val="center"/>
          </w:tcPr>
          <w:p w14:paraId="4FFED97C" w14:textId="77777777" w:rsidR="001D65CC" w:rsidRPr="00BD77DB" w:rsidRDefault="001D65CC"/>
        </w:tc>
        <w:tc>
          <w:tcPr>
            <w:tcW w:w="1154" w:type="pct"/>
            <w:shd w:val="clear" w:color="auto" w:fill="F4F8FB"/>
            <w:tcMar>
              <w:top w:w="70" w:type="dxa"/>
              <w:left w:w="80" w:type="dxa"/>
              <w:bottom w:w="70" w:type="dxa"/>
              <w:right w:w="80" w:type="dxa"/>
            </w:tcMar>
            <w:vAlign w:val="center"/>
          </w:tcPr>
          <w:p w14:paraId="7EEA41A2" w14:textId="77777777" w:rsidR="001D65CC" w:rsidRPr="00BD77DB" w:rsidRDefault="001D65CC"/>
        </w:tc>
        <w:tc>
          <w:tcPr>
            <w:tcW w:w="734" w:type="pct"/>
            <w:shd w:val="clear" w:color="auto" w:fill="F4F8FB"/>
            <w:tcMar>
              <w:top w:w="70" w:type="dxa"/>
              <w:left w:w="80" w:type="dxa"/>
              <w:bottom w:w="70" w:type="dxa"/>
              <w:right w:w="80" w:type="dxa"/>
            </w:tcMar>
            <w:vAlign w:val="center"/>
          </w:tcPr>
          <w:p w14:paraId="7BE4F103" w14:textId="77777777" w:rsidR="001D65CC" w:rsidRPr="00BD77DB" w:rsidRDefault="001D65CC"/>
        </w:tc>
      </w:tr>
      <w:tr w:rsidR="001D65CC" w:rsidRPr="00BD77DB" w14:paraId="5B5BBD0C" w14:textId="77777777" w:rsidTr="009E62E6">
        <w:trPr>
          <w:cantSplit/>
          <w:jc w:val="center"/>
        </w:trPr>
        <w:tc>
          <w:tcPr>
            <w:tcW w:w="1084" w:type="pct"/>
            <w:shd w:val="clear" w:color="auto" w:fill="F4F8FB"/>
            <w:tcMar>
              <w:top w:w="70" w:type="dxa"/>
              <w:left w:w="80" w:type="dxa"/>
              <w:bottom w:w="70" w:type="dxa"/>
              <w:right w:w="80" w:type="dxa"/>
            </w:tcMar>
            <w:vAlign w:val="center"/>
          </w:tcPr>
          <w:p w14:paraId="0AF18107" w14:textId="77777777" w:rsidR="001D65CC" w:rsidRPr="00BD77DB" w:rsidRDefault="001D65CC"/>
        </w:tc>
        <w:tc>
          <w:tcPr>
            <w:tcW w:w="944" w:type="pct"/>
            <w:shd w:val="clear" w:color="auto" w:fill="F4F8FB"/>
            <w:tcMar>
              <w:top w:w="70" w:type="dxa"/>
              <w:left w:w="80" w:type="dxa"/>
              <w:bottom w:w="70" w:type="dxa"/>
              <w:right w:w="80" w:type="dxa"/>
            </w:tcMar>
            <w:vAlign w:val="center"/>
          </w:tcPr>
          <w:p w14:paraId="6DEFB2D2" w14:textId="77777777" w:rsidR="001D65CC" w:rsidRPr="00BD77DB" w:rsidRDefault="001D65CC"/>
        </w:tc>
        <w:tc>
          <w:tcPr>
            <w:tcW w:w="1084" w:type="pct"/>
            <w:shd w:val="clear" w:color="auto" w:fill="F4F8FB"/>
            <w:tcMar>
              <w:top w:w="70" w:type="dxa"/>
              <w:left w:w="80" w:type="dxa"/>
              <w:bottom w:w="70" w:type="dxa"/>
              <w:right w:w="80" w:type="dxa"/>
            </w:tcMar>
            <w:vAlign w:val="center"/>
          </w:tcPr>
          <w:p w14:paraId="1FAC14DB" w14:textId="77777777" w:rsidR="001D65CC" w:rsidRPr="00BD77DB" w:rsidRDefault="001D65CC"/>
        </w:tc>
        <w:tc>
          <w:tcPr>
            <w:tcW w:w="1154" w:type="pct"/>
            <w:shd w:val="clear" w:color="auto" w:fill="F4F8FB"/>
            <w:tcMar>
              <w:top w:w="70" w:type="dxa"/>
              <w:left w:w="80" w:type="dxa"/>
              <w:bottom w:w="70" w:type="dxa"/>
              <w:right w:w="80" w:type="dxa"/>
            </w:tcMar>
            <w:vAlign w:val="center"/>
          </w:tcPr>
          <w:p w14:paraId="27A8E50F" w14:textId="77777777" w:rsidR="001D65CC" w:rsidRPr="00BD77DB" w:rsidRDefault="001D65CC"/>
        </w:tc>
        <w:tc>
          <w:tcPr>
            <w:tcW w:w="734" w:type="pct"/>
            <w:shd w:val="clear" w:color="auto" w:fill="F4F8FB"/>
            <w:tcMar>
              <w:top w:w="70" w:type="dxa"/>
              <w:left w:w="80" w:type="dxa"/>
              <w:bottom w:w="70" w:type="dxa"/>
              <w:right w:w="80" w:type="dxa"/>
            </w:tcMar>
            <w:vAlign w:val="center"/>
          </w:tcPr>
          <w:p w14:paraId="15683F94" w14:textId="77777777" w:rsidR="001D65CC" w:rsidRPr="00BD77DB" w:rsidRDefault="001D65CC"/>
        </w:tc>
      </w:tr>
    </w:tbl>
    <w:p w14:paraId="69705C9C" w14:textId="1D2F890C" w:rsidR="001D65CC" w:rsidRPr="00BD77DB" w:rsidRDefault="003722FC" w:rsidP="000F030F">
      <w:pPr>
        <w:pStyle w:val="Heading2"/>
      </w:pPr>
      <w:r w:rsidRPr="00BD77DB">
        <w:t>Support to SMMEs within the Manufacturing Value Chain</w:t>
      </w:r>
    </w:p>
    <w:tbl>
      <w:tblPr>
        <w:tblStyle w:val="TableGrid"/>
        <w:tblW w:w="5000" w:type="pct"/>
        <w:jc w:val="center"/>
        <w:tblLook w:val="04A0" w:firstRow="1" w:lastRow="0" w:firstColumn="1" w:lastColumn="0" w:noHBand="0" w:noVBand="1"/>
      </w:tblPr>
      <w:tblGrid>
        <w:gridCol w:w="2114"/>
        <w:gridCol w:w="9152"/>
      </w:tblGrid>
      <w:tr w:rsidR="001D65CC" w:rsidRPr="00BD77DB" w14:paraId="1CA3B3E5" w14:textId="77777777" w:rsidTr="009E62E6">
        <w:trPr>
          <w:jc w:val="center"/>
        </w:trPr>
        <w:tc>
          <w:tcPr>
            <w:tcW w:w="938" w:type="pct"/>
            <w:shd w:val="clear" w:color="auto" w:fill="D9EAF7"/>
            <w:tcMar>
              <w:top w:w="70" w:type="dxa"/>
              <w:left w:w="80" w:type="dxa"/>
              <w:bottom w:w="70" w:type="dxa"/>
              <w:right w:w="80" w:type="dxa"/>
            </w:tcMar>
            <w:vAlign w:val="center"/>
          </w:tcPr>
          <w:p w14:paraId="169DB20D" w14:textId="77777777" w:rsidR="001D65CC" w:rsidRPr="00BD77DB" w:rsidRDefault="003722FC">
            <w:r w:rsidRPr="00BD77DB">
              <w:rPr>
                <w:b/>
                <w:color w:val="1F1F1F"/>
                <w:sz w:val="16"/>
              </w:rPr>
              <w:t>Non-SMME weight</w:t>
            </w:r>
          </w:p>
        </w:tc>
        <w:tc>
          <w:tcPr>
            <w:tcW w:w="4063" w:type="pct"/>
            <w:shd w:val="clear" w:color="auto" w:fill="F4F8FB"/>
            <w:tcMar>
              <w:top w:w="70" w:type="dxa"/>
              <w:left w:w="80" w:type="dxa"/>
              <w:bottom w:w="70" w:type="dxa"/>
              <w:right w:w="80" w:type="dxa"/>
            </w:tcMar>
            <w:vAlign w:val="center"/>
          </w:tcPr>
          <w:p w14:paraId="3AC46D59" w14:textId="77777777" w:rsidR="001D65CC" w:rsidRPr="00BD77DB" w:rsidRDefault="003722FC">
            <w:r w:rsidRPr="00BD77DB">
              <w:rPr>
                <w:color w:val="1F1F1F"/>
                <w:sz w:val="16"/>
              </w:rPr>
              <w:t>10%</w:t>
            </w:r>
          </w:p>
        </w:tc>
      </w:tr>
      <w:tr w:rsidR="001D65CC" w:rsidRPr="00BD77DB" w14:paraId="11258FE1" w14:textId="77777777" w:rsidTr="009E62E6">
        <w:trPr>
          <w:jc w:val="center"/>
        </w:trPr>
        <w:tc>
          <w:tcPr>
            <w:tcW w:w="938" w:type="pct"/>
            <w:shd w:val="clear" w:color="auto" w:fill="D9EAF7"/>
            <w:tcMar>
              <w:top w:w="70" w:type="dxa"/>
              <w:left w:w="80" w:type="dxa"/>
              <w:bottom w:w="70" w:type="dxa"/>
              <w:right w:w="80" w:type="dxa"/>
            </w:tcMar>
            <w:vAlign w:val="center"/>
          </w:tcPr>
          <w:p w14:paraId="4F391362" w14:textId="77777777" w:rsidR="001D65CC" w:rsidRPr="00BD77DB" w:rsidRDefault="003722FC">
            <w:r w:rsidRPr="00BD77DB">
              <w:rPr>
                <w:b/>
                <w:color w:val="1F1F1F"/>
                <w:sz w:val="16"/>
              </w:rPr>
              <w:t>SMME weight</w:t>
            </w:r>
          </w:p>
        </w:tc>
        <w:tc>
          <w:tcPr>
            <w:tcW w:w="4063" w:type="pct"/>
            <w:shd w:val="clear" w:color="auto" w:fill="F4F8FB"/>
            <w:tcMar>
              <w:top w:w="70" w:type="dxa"/>
              <w:left w:w="80" w:type="dxa"/>
              <w:bottom w:w="70" w:type="dxa"/>
              <w:right w:w="80" w:type="dxa"/>
            </w:tcMar>
            <w:vAlign w:val="center"/>
          </w:tcPr>
          <w:p w14:paraId="5BA98379" w14:textId="77777777" w:rsidR="001D65CC" w:rsidRPr="00BD77DB" w:rsidRDefault="003722FC">
            <w:r w:rsidRPr="00BD77DB">
              <w:rPr>
                <w:color w:val="1F1F1F"/>
                <w:sz w:val="16"/>
              </w:rPr>
              <w:t>0%</w:t>
            </w:r>
          </w:p>
        </w:tc>
      </w:tr>
      <w:tr w:rsidR="001D65CC" w:rsidRPr="00BD77DB" w14:paraId="141C41AE" w14:textId="77777777" w:rsidTr="009E62E6">
        <w:trPr>
          <w:jc w:val="center"/>
        </w:trPr>
        <w:tc>
          <w:tcPr>
            <w:tcW w:w="938" w:type="pct"/>
            <w:shd w:val="clear" w:color="auto" w:fill="D9EAF7"/>
            <w:tcMar>
              <w:top w:w="70" w:type="dxa"/>
              <w:left w:w="80" w:type="dxa"/>
              <w:bottom w:w="70" w:type="dxa"/>
              <w:right w:w="80" w:type="dxa"/>
            </w:tcMar>
            <w:vAlign w:val="center"/>
          </w:tcPr>
          <w:p w14:paraId="690D52D3" w14:textId="77777777" w:rsidR="001D65CC" w:rsidRPr="00BD77DB" w:rsidRDefault="003722FC">
            <w:r w:rsidRPr="00BD77DB">
              <w:rPr>
                <w:b/>
                <w:color w:val="1F1F1F"/>
                <w:sz w:val="16"/>
              </w:rPr>
              <w:t>Scoring</w:t>
            </w:r>
          </w:p>
        </w:tc>
        <w:tc>
          <w:tcPr>
            <w:tcW w:w="4063" w:type="pct"/>
            <w:shd w:val="clear" w:color="auto" w:fill="F4F8FB"/>
            <w:tcMar>
              <w:top w:w="70" w:type="dxa"/>
              <w:left w:w="80" w:type="dxa"/>
              <w:bottom w:w="70" w:type="dxa"/>
              <w:right w:w="80" w:type="dxa"/>
            </w:tcMar>
            <w:vAlign w:val="center"/>
          </w:tcPr>
          <w:p w14:paraId="3F2F494F" w14:textId="77777777" w:rsidR="001D65CC" w:rsidRPr="00BD77DB" w:rsidRDefault="003722FC">
            <w:r w:rsidRPr="00BD77DB">
              <w:rPr>
                <w:color w:val="1F1F1F"/>
                <w:sz w:val="16"/>
              </w:rPr>
              <w:t>&gt;3 SMMEs = 10 | 2–3 SMMEs = 8 | &lt;2 SMMEs = 5 | SMME applicants: not applicable / weight 0</w:t>
            </w:r>
          </w:p>
        </w:tc>
      </w:tr>
      <w:tr w:rsidR="001D65CC" w:rsidRPr="00BD77DB" w14:paraId="60067A83" w14:textId="77777777" w:rsidTr="009E62E6">
        <w:trPr>
          <w:jc w:val="center"/>
        </w:trPr>
        <w:tc>
          <w:tcPr>
            <w:tcW w:w="5000" w:type="pct"/>
            <w:gridSpan w:val="2"/>
            <w:shd w:val="clear" w:color="auto" w:fill="D9EAF7"/>
            <w:tcMar>
              <w:top w:w="70" w:type="dxa"/>
              <w:left w:w="80" w:type="dxa"/>
              <w:bottom w:w="70" w:type="dxa"/>
              <w:right w:w="80" w:type="dxa"/>
            </w:tcMar>
            <w:vAlign w:val="center"/>
          </w:tcPr>
          <w:p w14:paraId="1B106BDB" w14:textId="77777777" w:rsidR="001D65CC" w:rsidRPr="00BD77DB" w:rsidRDefault="003722FC">
            <w:r w:rsidRPr="00BD77DB">
              <w:rPr>
                <w:color w:val="1F1F1F"/>
                <w:sz w:val="17"/>
              </w:rPr>
              <w:t>This factor is applicable to non-SMME applicants only. SMME applicants should mark the response as N/A.</w:t>
            </w:r>
          </w:p>
        </w:tc>
      </w:tr>
    </w:tbl>
    <w:p w14:paraId="37A2EA7F" w14:textId="77777777" w:rsidR="009E62E6" w:rsidRPr="00BD77DB" w:rsidRDefault="009E62E6" w:rsidP="009E62E6">
      <w:pPr>
        <w:pStyle w:val="NoSpacing"/>
        <w:rPr>
          <w:sz w:val="2"/>
          <w:szCs w:val="2"/>
          <w:lang w:val="en-ZA"/>
        </w:rPr>
      </w:pPr>
    </w:p>
    <w:tbl>
      <w:tblPr>
        <w:tblStyle w:val="TableGrid"/>
        <w:tblW w:w="5000" w:type="pct"/>
        <w:jc w:val="center"/>
        <w:tblLook w:val="04A0" w:firstRow="1" w:lastRow="0" w:firstColumn="1" w:lastColumn="0" w:noHBand="0" w:noVBand="1"/>
      </w:tblPr>
      <w:tblGrid>
        <w:gridCol w:w="1981"/>
        <w:gridCol w:w="2731"/>
        <w:gridCol w:w="1228"/>
        <w:gridCol w:w="2458"/>
        <w:gridCol w:w="2868"/>
      </w:tblGrid>
      <w:tr w:rsidR="001D65CC" w:rsidRPr="00BD77DB" w14:paraId="714D34AE" w14:textId="77777777" w:rsidTr="009E62E6">
        <w:trPr>
          <w:cantSplit/>
          <w:jc w:val="center"/>
        </w:trPr>
        <w:tc>
          <w:tcPr>
            <w:tcW w:w="2091" w:type="pct"/>
            <w:gridSpan w:val="2"/>
            <w:shd w:val="clear" w:color="auto" w:fill="D9EAF7"/>
            <w:tcMar>
              <w:top w:w="70" w:type="dxa"/>
              <w:left w:w="80" w:type="dxa"/>
              <w:bottom w:w="70" w:type="dxa"/>
              <w:right w:w="80" w:type="dxa"/>
            </w:tcMar>
            <w:vAlign w:val="center"/>
          </w:tcPr>
          <w:p w14:paraId="7396D824" w14:textId="77777777" w:rsidR="001D65CC" w:rsidRPr="00BD77DB" w:rsidRDefault="003722FC">
            <w:r w:rsidRPr="00BD77DB">
              <w:rPr>
                <w:b/>
                <w:color w:val="1F1F1F"/>
                <w:sz w:val="17"/>
              </w:rPr>
              <w:t>Applicant classification</w:t>
            </w:r>
          </w:p>
        </w:tc>
        <w:tc>
          <w:tcPr>
            <w:tcW w:w="2909" w:type="pct"/>
            <w:gridSpan w:val="3"/>
            <w:shd w:val="clear" w:color="auto" w:fill="F4F8FB"/>
            <w:tcMar>
              <w:top w:w="70" w:type="dxa"/>
              <w:left w:w="80" w:type="dxa"/>
              <w:bottom w:w="70" w:type="dxa"/>
              <w:right w:w="80" w:type="dxa"/>
            </w:tcMar>
            <w:vAlign w:val="center"/>
          </w:tcPr>
          <w:p w14:paraId="7CEED423" w14:textId="77777777" w:rsidR="001D65CC" w:rsidRPr="00BD77DB" w:rsidRDefault="003722FC">
            <w:r w:rsidRPr="00BD77DB">
              <w:rPr>
                <w:color w:val="1F1F1F"/>
                <w:sz w:val="18"/>
              </w:rPr>
              <w:t>SMME / Non-SMME</w:t>
            </w:r>
          </w:p>
        </w:tc>
      </w:tr>
      <w:tr w:rsidR="001D65CC" w:rsidRPr="00BD77DB" w14:paraId="104DE56E" w14:textId="77777777" w:rsidTr="009E62E6">
        <w:trPr>
          <w:cantSplit/>
          <w:jc w:val="center"/>
        </w:trPr>
        <w:tc>
          <w:tcPr>
            <w:tcW w:w="2091" w:type="pct"/>
            <w:gridSpan w:val="2"/>
            <w:shd w:val="clear" w:color="auto" w:fill="D9EAF7"/>
            <w:tcMar>
              <w:top w:w="70" w:type="dxa"/>
              <w:left w:w="80" w:type="dxa"/>
              <w:bottom w:w="70" w:type="dxa"/>
              <w:right w:w="80" w:type="dxa"/>
            </w:tcMar>
            <w:vAlign w:val="center"/>
          </w:tcPr>
          <w:p w14:paraId="39EADBB1" w14:textId="77777777" w:rsidR="001D65CC" w:rsidRPr="00BD77DB" w:rsidRDefault="003722FC">
            <w:r w:rsidRPr="00BD77DB">
              <w:rPr>
                <w:b/>
                <w:color w:val="1F1F1F"/>
                <w:sz w:val="17"/>
              </w:rPr>
              <w:t>Number of SMMEs supported / developed</w:t>
            </w:r>
          </w:p>
        </w:tc>
        <w:tc>
          <w:tcPr>
            <w:tcW w:w="2909" w:type="pct"/>
            <w:gridSpan w:val="3"/>
            <w:shd w:val="clear" w:color="auto" w:fill="F4F8FB"/>
            <w:tcMar>
              <w:top w:w="70" w:type="dxa"/>
              <w:left w:w="80" w:type="dxa"/>
              <w:bottom w:w="70" w:type="dxa"/>
              <w:right w:w="80" w:type="dxa"/>
            </w:tcMar>
            <w:vAlign w:val="center"/>
          </w:tcPr>
          <w:p w14:paraId="01FADF1C" w14:textId="01F4DE6A" w:rsidR="001D65CC" w:rsidRPr="00BD77DB" w:rsidRDefault="001D65CC"/>
        </w:tc>
      </w:tr>
      <w:tr w:rsidR="001D65CC" w:rsidRPr="00BD77DB" w14:paraId="7D19A018" w14:textId="77777777" w:rsidTr="009E62E6">
        <w:trPr>
          <w:tblHeader/>
          <w:jc w:val="center"/>
        </w:trPr>
        <w:tc>
          <w:tcPr>
            <w:tcW w:w="879" w:type="pct"/>
            <w:shd w:val="clear" w:color="auto" w:fill="1F4E79"/>
            <w:tcMar>
              <w:top w:w="70" w:type="dxa"/>
              <w:left w:w="80" w:type="dxa"/>
              <w:bottom w:w="70" w:type="dxa"/>
              <w:right w:w="80" w:type="dxa"/>
            </w:tcMar>
            <w:vAlign w:val="center"/>
          </w:tcPr>
          <w:p w14:paraId="17675F8B" w14:textId="77777777" w:rsidR="001D65CC" w:rsidRPr="00BD77DB" w:rsidRDefault="003722FC">
            <w:pPr>
              <w:jc w:val="center"/>
            </w:pPr>
            <w:r w:rsidRPr="00BD77DB">
              <w:rPr>
                <w:b/>
                <w:color w:val="FFFFFF"/>
                <w:sz w:val="16"/>
              </w:rPr>
              <w:t>SMME name</w:t>
            </w:r>
          </w:p>
        </w:tc>
        <w:tc>
          <w:tcPr>
            <w:tcW w:w="1212" w:type="pct"/>
            <w:shd w:val="clear" w:color="auto" w:fill="1F4E79"/>
            <w:tcMar>
              <w:top w:w="70" w:type="dxa"/>
              <w:left w:w="80" w:type="dxa"/>
              <w:bottom w:w="70" w:type="dxa"/>
              <w:right w:w="80" w:type="dxa"/>
            </w:tcMar>
            <w:vAlign w:val="center"/>
          </w:tcPr>
          <w:p w14:paraId="73C912E9" w14:textId="77777777" w:rsidR="001D65CC" w:rsidRPr="00BD77DB" w:rsidRDefault="003722FC">
            <w:pPr>
              <w:jc w:val="center"/>
            </w:pPr>
            <w:r w:rsidRPr="00BD77DB">
              <w:rPr>
                <w:b/>
                <w:color w:val="FFFFFF"/>
                <w:sz w:val="16"/>
              </w:rPr>
              <w:t>Type of support</w:t>
            </w:r>
          </w:p>
        </w:tc>
        <w:tc>
          <w:tcPr>
            <w:tcW w:w="545" w:type="pct"/>
            <w:shd w:val="clear" w:color="auto" w:fill="1F4E79"/>
            <w:tcMar>
              <w:top w:w="70" w:type="dxa"/>
              <w:left w:w="80" w:type="dxa"/>
              <w:bottom w:w="70" w:type="dxa"/>
              <w:right w:w="80" w:type="dxa"/>
            </w:tcMar>
            <w:vAlign w:val="center"/>
          </w:tcPr>
          <w:p w14:paraId="03E7766D" w14:textId="77777777" w:rsidR="001D65CC" w:rsidRPr="00BD77DB" w:rsidRDefault="003722FC">
            <w:pPr>
              <w:jc w:val="center"/>
            </w:pPr>
            <w:r w:rsidRPr="00BD77DB">
              <w:rPr>
                <w:b/>
                <w:color w:val="FFFFFF"/>
                <w:sz w:val="16"/>
              </w:rPr>
              <w:t>Period</w:t>
            </w:r>
          </w:p>
        </w:tc>
        <w:tc>
          <w:tcPr>
            <w:tcW w:w="1091" w:type="pct"/>
            <w:shd w:val="clear" w:color="auto" w:fill="1F4E79"/>
            <w:tcMar>
              <w:top w:w="70" w:type="dxa"/>
              <w:left w:w="80" w:type="dxa"/>
              <w:bottom w:w="70" w:type="dxa"/>
              <w:right w:w="80" w:type="dxa"/>
            </w:tcMar>
            <w:vAlign w:val="center"/>
          </w:tcPr>
          <w:p w14:paraId="61B6D7C9" w14:textId="77777777" w:rsidR="001D65CC" w:rsidRPr="00BD77DB" w:rsidRDefault="003722FC">
            <w:pPr>
              <w:jc w:val="center"/>
            </w:pPr>
            <w:r w:rsidRPr="00BD77DB">
              <w:rPr>
                <w:b/>
                <w:color w:val="FFFFFF"/>
                <w:sz w:val="16"/>
              </w:rPr>
              <w:t>Outcome / benefit</w:t>
            </w:r>
          </w:p>
        </w:tc>
        <w:tc>
          <w:tcPr>
            <w:tcW w:w="1273" w:type="pct"/>
            <w:shd w:val="clear" w:color="auto" w:fill="1F4E79"/>
            <w:tcMar>
              <w:top w:w="70" w:type="dxa"/>
              <w:left w:w="80" w:type="dxa"/>
              <w:bottom w:w="70" w:type="dxa"/>
              <w:right w:w="80" w:type="dxa"/>
            </w:tcMar>
            <w:vAlign w:val="center"/>
          </w:tcPr>
          <w:p w14:paraId="3E812FF5" w14:textId="77777777" w:rsidR="001D65CC" w:rsidRPr="00BD77DB" w:rsidRDefault="003722FC">
            <w:pPr>
              <w:jc w:val="center"/>
            </w:pPr>
            <w:r w:rsidRPr="00BD77DB">
              <w:rPr>
                <w:b/>
                <w:color w:val="FFFFFF"/>
                <w:sz w:val="16"/>
              </w:rPr>
              <w:t>Evidence ref.</w:t>
            </w:r>
          </w:p>
        </w:tc>
      </w:tr>
      <w:tr w:rsidR="001D65CC" w:rsidRPr="00BD77DB" w14:paraId="6D9E009D" w14:textId="77777777" w:rsidTr="009E62E6">
        <w:trPr>
          <w:cantSplit/>
          <w:jc w:val="center"/>
        </w:trPr>
        <w:tc>
          <w:tcPr>
            <w:tcW w:w="879" w:type="pct"/>
            <w:shd w:val="clear" w:color="auto" w:fill="F4F8FB"/>
            <w:tcMar>
              <w:top w:w="70" w:type="dxa"/>
              <w:left w:w="80" w:type="dxa"/>
              <w:bottom w:w="70" w:type="dxa"/>
              <w:right w:w="80" w:type="dxa"/>
            </w:tcMar>
            <w:vAlign w:val="center"/>
          </w:tcPr>
          <w:p w14:paraId="5B1FAD9B" w14:textId="77777777" w:rsidR="001D65CC" w:rsidRPr="00BD77DB" w:rsidRDefault="001D65CC"/>
        </w:tc>
        <w:tc>
          <w:tcPr>
            <w:tcW w:w="1212" w:type="pct"/>
            <w:shd w:val="clear" w:color="auto" w:fill="F4F8FB"/>
            <w:tcMar>
              <w:top w:w="70" w:type="dxa"/>
              <w:left w:w="80" w:type="dxa"/>
              <w:bottom w:w="70" w:type="dxa"/>
              <w:right w:w="80" w:type="dxa"/>
            </w:tcMar>
            <w:vAlign w:val="center"/>
          </w:tcPr>
          <w:p w14:paraId="6953FAEF" w14:textId="77777777" w:rsidR="001D65CC" w:rsidRPr="00BD77DB" w:rsidRDefault="001D65CC"/>
        </w:tc>
        <w:tc>
          <w:tcPr>
            <w:tcW w:w="545" w:type="pct"/>
            <w:shd w:val="clear" w:color="auto" w:fill="F4F8FB"/>
            <w:tcMar>
              <w:top w:w="70" w:type="dxa"/>
              <w:left w:w="80" w:type="dxa"/>
              <w:bottom w:w="70" w:type="dxa"/>
              <w:right w:w="80" w:type="dxa"/>
            </w:tcMar>
            <w:vAlign w:val="center"/>
          </w:tcPr>
          <w:p w14:paraId="55CE84AE" w14:textId="77777777" w:rsidR="001D65CC" w:rsidRPr="00BD77DB" w:rsidRDefault="001D65CC"/>
        </w:tc>
        <w:tc>
          <w:tcPr>
            <w:tcW w:w="1091" w:type="pct"/>
            <w:shd w:val="clear" w:color="auto" w:fill="F4F8FB"/>
            <w:tcMar>
              <w:top w:w="70" w:type="dxa"/>
              <w:left w:w="80" w:type="dxa"/>
              <w:bottom w:w="70" w:type="dxa"/>
              <w:right w:w="80" w:type="dxa"/>
            </w:tcMar>
            <w:vAlign w:val="center"/>
          </w:tcPr>
          <w:p w14:paraId="6EC4E997" w14:textId="77777777" w:rsidR="001D65CC" w:rsidRPr="00BD77DB" w:rsidRDefault="001D65CC"/>
        </w:tc>
        <w:tc>
          <w:tcPr>
            <w:tcW w:w="1273" w:type="pct"/>
            <w:shd w:val="clear" w:color="auto" w:fill="F4F8FB"/>
            <w:tcMar>
              <w:top w:w="70" w:type="dxa"/>
              <w:left w:w="80" w:type="dxa"/>
              <w:bottom w:w="70" w:type="dxa"/>
              <w:right w:w="80" w:type="dxa"/>
            </w:tcMar>
            <w:vAlign w:val="center"/>
          </w:tcPr>
          <w:p w14:paraId="134232A8" w14:textId="77777777" w:rsidR="001D65CC" w:rsidRPr="00BD77DB" w:rsidRDefault="001D65CC"/>
        </w:tc>
      </w:tr>
      <w:tr w:rsidR="001D65CC" w:rsidRPr="00BD77DB" w14:paraId="6CE457AD" w14:textId="77777777" w:rsidTr="009E62E6">
        <w:trPr>
          <w:cantSplit/>
          <w:jc w:val="center"/>
        </w:trPr>
        <w:tc>
          <w:tcPr>
            <w:tcW w:w="879" w:type="pct"/>
            <w:shd w:val="clear" w:color="auto" w:fill="F4F8FB"/>
            <w:tcMar>
              <w:top w:w="70" w:type="dxa"/>
              <w:left w:w="80" w:type="dxa"/>
              <w:bottom w:w="70" w:type="dxa"/>
              <w:right w:w="80" w:type="dxa"/>
            </w:tcMar>
            <w:vAlign w:val="center"/>
          </w:tcPr>
          <w:p w14:paraId="618A7FF8" w14:textId="77777777" w:rsidR="001D65CC" w:rsidRPr="00BD77DB" w:rsidRDefault="001D65CC"/>
        </w:tc>
        <w:tc>
          <w:tcPr>
            <w:tcW w:w="1212" w:type="pct"/>
            <w:shd w:val="clear" w:color="auto" w:fill="F4F8FB"/>
            <w:tcMar>
              <w:top w:w="70" w:type="dxa"/>
              <w:left w:w="80" w:type="dxa"/>
              <w:bottom w:w="70" w:type="dxa"/>
              <w:right w:w="80" w:type="dxa"/>
            </w:tcMar>
            <w:vAlign w:val="center"/>
          </w:tcPr>
          <w:p w14:paraId="195C2D87" w14:textId="77777777" w:rsidR="001D65CC" w:rsidRPr="00BD77DB" w:rsidRDefault="001D65CC"/>
        </w:tc>
        <w:tc>
          <w:tcPr>
            <w:tcW w:w="545" w:type="pct"/>
            <w:shd w:val="clear" w:color="auto" w:fill="F4F8FB"/>
            <w:tcMar>
              <w:top w:w="70" w:type="dxa"/>
              <w:left w:w="80" w:type="dxa"/>
              <w:bottom w:w="70" w:type="dxa"/>
              <w:right w:w="80" w:type="dxa"/>
            </w:tcMar>
            <w:vAlign w:val="center"/>
          </w:tcPr>
          <w:p w14:paraId="004B651F" w14:textId="77777777" w:rsidR="001D65CC" w:rsidRPr="00BD77DB" w:rsidRDefault="001D65CC"/>
        </w:tc>
        <w:tc>
          <w:tcPr>
            <w:tcW w:w="1091" w:type="pct"/>
            <w:shd w:val="clear" w:color="auto" w:fill="F4F8FB"/>
            <w:tcMar>
              <w:top w:w="70" w:type="dxa"/>
              <w:left w:w="80" w:type="dxa"/>
              <w:bottom w:w="70" w:type="dxa"/>
              <w:right w:w="80" w:type="dxa"/>
            </w:tcMar>
            <w:vAlign w:val="center"/>
          </w:tcPr>
          <w:p w14:paraId="6772F7E7" w14:textId="77777777" w:rsidR="001D65CC" w:rsidRPr="00BD77DB" w:rsidRDefault="001D65CC"/>
        </w:tc>
        <w:tc>
          <w:tcPr>
            <w:tcW w:w="1273" w:type="pct"/>
            <w:shd w:val="clear" w:color="auto" w:fill="F4F8FB"/>
            <w:tcMar>
              <w:top w:w="70" w:type="dxa"/>
              <w:left w:w="80" w:type="dxa"/>
              <w:bottom w:w="70" w:type="dxa"/>
              <w:right w:w="80" w:type="dxa"/>
            </w:tcMar>
            <w:vAlign w:val="center"/>
          </w:tcPr>
          <w:p w14:paraId="409D481D" w14:textId="77777777" w:rsidR="001D65CC" w:rsidRPr="00BD77DB" w:rsidRDefault="001D65CC"/>
        </w:tc>
      </w:tr>
      <w:tr w:rsidR="001D65CC" w:rsidRPr="00BD77DB" w14:paraId="09C484CD" w14:textId="77777777" w:rsidTr="009E62E6">
        <w:trPr>
          <w:cantSplit/>
          <w:jc w:val="center"/>
        </w:trPr>
        <w:tc>
          <w:tcPr>
            <w:tcW w:w="879" w:type="pct"/>
            <w:shd w:val="clear" w:color="auto" w:fill="F4F8FB"/>
            <w:tcMar>
              <w:top w:w="70" w:type="dxa"/>
              <w:left w:w="80" w:type="dxa"/>
              <w:bottom w:w="70" w:type="dxa"/>
              <w:right w:w="80" w:type="dxa"/>
            </w:tcMar>
            <w:vAlign w:val="center"/>
          </w:tcPr>
          <w:p w14:paraId="0F046B35" w14:textId="77777777" w:rsidR="001D65CC" w:rsidRPr="00BD77DB" w:rsidRDefault="001D65CC"/>
        </w:tc>
        <w:tc>
          <w:tcPr>
            <w:tcW w:w="1212" w:type="pct"/>
            <w:shd w:val="clear" w:color="auto" w:fill="F4F8FB"/>
            <w:tcMar>
              <w:top w:w="70" w:type="dxa"/>
              <w:left w:w="80" w:type="dxa"/>
              <w:bottom w:w="70" w:type="dxa"/>
              <w:right w:w="80" w:type="dxa"/>
            </w:tcMar>
            <w:vAlign w:val="center"/>
          </w:tcPr>
          <w:p w14:paraId="37917E56" w14:textId="77777777" w:rsidR="001D65CC" w:rsidRPr="00BD77DB" w:rsidRDefault="001D65CC"/>
        </w:tc>
        <w:tc>
          <w:tcPr>
            <w:tcW w:w="545" w:type="pct"/>
            <w:shd w:val="clear" w:color="auto" w:fill="F4F8FB"/>
            <w:tcMar>
              <w:top w:w="70" w:type="dxa"/>
              <w:left w:w="80" w:type="dxa"/>
              <w:bottom w:w="70" w:type="dxa"/>
              <w:right w:w="80" w:type="dxa"/>
            </w:tcMar>
            <w:vAlign w:val="center"/>
          </w:tcPr>
          <w:p w14:paraId="63A877EA" w14:textId="77777777" w:rsidR="001D65CC" w:rsidRPr="00BD77DB" w:rsidRDefault="001D65CC"/>
        </w:tc>
        <w:tc>
          <w:tcPr>
            <w:tcW w:w="1091" w:type="pct"/>
            <w:shd w:val="clear" w:color="auto" w:fill="F4F8FB"/>
            <w:tcMar>
              <w:top w:w="70" w:type="dxa"/>
              <w:left w:w="80" w:type="dxa"/>
              <w:bottom w:w="70" w:type="dxa"/>
              <w:right w:w="80" w:type="dxa"/>
            </w:tcMar>
            <w:vAlign w:val="center"/>
          </w:tcPr>
          <w:p w14:paraId="510D4192" w14:textId="77777777" w:rsidR="001D65CC" w:rsidRPr="00BD77DB" w:rsidRDefault="001D65CC"/>
        </w:tc>
        <w:tc>
          <w:tcPr>
            <w:tcW w:w="1273" w:type="pct"/>
            <w:shd w:val="clear" w:color="auto" w:fill="F4F8FB"/>
            <w:tcMar>
              <w:top w:w="70" w:type="dxa"/>
              <w:left w:w="80" w:type="dxa"/>
              <w:bottom w:w="70" w:type="dxa"/>
              <w:right w:w="80" w:type="dxa"/>
            </w:tcMar>
            <w:vAlign w:val="center"/>
          </w:tcPr>
          <w:p w14:paraId="049957A8" w14:textId="77777777" w:rsidR="001D65CC" w:rsidRPr="00BD77DB" w:rsidRDefault="001D65CC"/>
        </w:tc>
      </w:tr>
      <w:tr w:rsidR="001D65CC" w:rsidRPr="00BD77DB" w14:paraId="24F3CB18" w14:textId="77777777" w:rsidTr="009E62E6">
        <w:trPr>
          <w:cantSplit/>
          <w:jc w:val="center"/>
        </w:trPr>
        <w:tc>
          <w:tcPr>
            <w:tcW w:w="879" w:type="pct"/>
            <w:shd w:val="clear" w:color="auto" w:fill="F4F8FB"/>
            <w:tcMar>
              <w:top w:w="70" w:type="dxa"/>
              <w:left w:w="80" w:type="dxa"/>
              <w:bottom w:w="70" w:type="dxa"/>
              <w:right w:w="80" w:type="dxa"/>
            </w:tcMar>
            <w:vAlign w:val="center"/>
          </w:tcPr>
          <w:p w14:paraId="53276BDC" w14:textId="77777777" w:rsidR="001D65CC" w:rsidRPr="00BD77DB" w:rsidRDefault="001D65CC"/>
        </w:tc>
        <w:tc>
          <w:tcPr>
            <w:tcW w:w="1212" w:type="pct"/>
            <w:shd w:val="clear" w:color="auto" w:fill="F4F8FB"/>
            <w:tcMar>
              <w:top w:w="70" w:type="dxa"/>
              <w:left w:w="80" w:type="dxa"/>
              <w:bottom w:w="70" w:type="dxa"/>
              <w:right w:w="80" w:type="dxa"/>
            </w:tcMar>
            <w:vAlign w:val="center"/>
          </w:tcPr>
          <w:p w14:paraId="2A61CA63" w14:textId="77777777" w:rsidR="001D65CC" w:rsidRPr="00BD77DB" w:rsidRDefault="001D65CC"/>
        </w:tc>
        <w:tc>
          <w:tcPr>
            <w:tcW w:w="545" w:type="pct"/>
            <w:shd w:val="clear" w:color="auto" w:fill="F4F8FB"/>
            <w:tcMar>
              <w:top w:w="70" w:type="dxa"/>
              <w:left w:w="80" w:type="dxa"/>
              <w:bottom w:w="70" w:type="dxa"/>
              <w:right w:w="80" w:type="dxa"/>
            </w:tcMar>
            <w:vAlign w:val="center"/>
          </w:tcPr>
          <w:p w14:paraId="049E0E49" w14:textId="77777777" w:rsidR="001D65CC" w:rsidRPr="00BD77DB" w:rsidRDefault="001D65CC"/>
        </w:tc>
        <w:tc>
          <w:tcPr>
            <w:tcW w:w="1091" w:type="pct"/>
            <w:shd w:val="clear" w:color="auto" w:fill="F4F8FB"/>
            <w:tcMar>
              <w:top w:w="70" w:type="dxa"/>
              <w:left w:w="80" w:type="dxa"/>
              <w:bottom w:w="70" w:type="dxa"/>
              <w:right w:w="80" w:type="dxa"/>
            </w:tcMar>
            <w:vAlign w:val="center"/>
          </w:tcPr>
          <w:p w14:paraId="3E96C396" w14:textId="77777777" w:rsidR="001D65CC" w:rsidRPr="00BD77DB" w:rsidRDefault="001D65CC"/>
        </w:tc>
        <w:tc>
          <w:tcPr>
            <w:tcW w:w="1273" w:type="pct"/>
            <w:shd w:val="clear" w:color="auto" w:fill="F4F8FB"/>
            <w:tcMar>
              <w:top w:w="70" w:type="dxa"/>
              <w:left w:w="80" w:type="dxa"/>
              <w:bottom w:w="70" w:type="dxa"/>
              <w:right w:w="80" w:type="dxa"/>
            </w:tcMar>
            <w:vAlign w:val="center"/>
          </w:tcPr>
          <w:p w14:paraId="38DA2CC1" w14:textId="77777777" w:rsidR="001D65CC" w:rsidRPr="00BD77DB" w:rsidRDefault="001D65CC"/>
        </w:tc>
      </w:tr>
      <w:tr w:rsidR="001D65CC" w:rsidRPr="00BD77DB" w14:paraId="30DECBEB" w14:textId="77777777" w:rsidTr="009E62E6">
        <w:trPr>
          <w:cantSplit/>
          <w:jc w:val="center"/>
        </w:trPr>
        <w:tc>
          <w:tcPr>
            <w:tcW w:w="879" w:type="pct"/>
            <w:shd w:val="clear" w:color="auto" w:fill="F4F8FB"/>
            <w:tcMar>
              <w:top w:w="70" w:type="dxa"/>
              <w:left w:w="80" w:type="dxa"/>
              <w:bottom w:w="70" w:type="dxa"/>
              <w:right w:w="80" w:type="dxa"/>
            </w:tcMar>
            <w:vAlign w:val="center"/>
          </w:tcPr>
          <w:p w14:paraId="37C32F89" w14:textId="77777777" w:rsidR="001D65CC" w:rsidRPr="00BD77DB" w:rsidRDefault="001D65CC"/>
        </w:tc>
        <w:tc>
          <w:tcPr>
            <w:tcW w:w="1212" w:type="pct"/>
            <w:shd w:val="clear" w:color="auto" w:fill="F4F8FB"/>
            <w:tcMar>
              <w:top w:w="70" w:type="dxa"/>
              <w:left w:w="80" w:type="dxa"/>
              <w:bottom w:w="70" w:type="dxa"/>
              <w:right w:w="80" w:type="dxa"/>
            </w:tcMar>
            <w:vAlign w:val="center"/>
          </w:tcPr>
          <w:p w14:paraId="5603701D" w14:textId="77777777" w:rsidR="001D65CC" w:rsidRPr="00BD77DB" w:rsidRDefault="001D65CC"/>
        </w:tc>
        <w:tc>
          <w:tcPr>
            <w:tcW w:w="545" w:type="pct"/>
            <w:shd w:val="clear" w:color="auto" w:fill="F4F8FB"/>
            <w:tcMar>
              <w:top w:w="70" w:type="dxa"/>
              <w:left w:w="80" w:type="dxa"/>
              <w:bottom w:w="70" w:type="dxa"/>
              <w:right w:w="80" w:type="dxa"/>
            </w:tcMar>
            <w:vAlign w:val="center"/>
          </w:tcPr>
          <w:p w14:paraId="5CF0DE1A" w14:textId="77777777" w:rsidR="001D65CC" w:rsidRPr="00BD77DB" w:rsidRDefault="001D65CC"/>
        </w:tc>
        <w:tc>
          <w:tcPr>
            <w:tcW w:w="1091" w:type="pct"/>
            <w:shd w:val="clear" w:color="auto" w:fill="F4F8FB"/>
            <w:tcMar>
              <w:top w:w="70" w:type="dxa"/>
              <w:left w:w="80" w:type="dxa"/>
              <w:bottom w:w="70" w:type="dxa"/>
              <w:right w:w="80" w:type="dxa"/>
            </w:tcMar>
            <w:vAlign w:val="center"/>
          </w:tcPr>
          <w:p w14:paraId="1F8575EC" w14:textId="77777777" w:rsidR="001D65CC" w:rsidRPr="00BD77DB" w:rsidRDefault="001D65CC"/>
        </w:tc>
        <w:tc>
          <w:tcPr>
            <w:tcW w:w="1273" w:type="pct"/>
            <w:shd w:val="clear" w:color="auto" w:fill="F4F8FB"/>
            <w:tcMar>
              <w:top w:w="70" w:type="dxa"/>
              <w:left w:w="80" w:type="dxa"/>
              <w:bottom w:w="70" w:type="dxa"/>
              <w:right w:w="80" w:type="dxa"/>
            </w:tcMar>
            <w:vAlign w:val="center"/>
          </w:tcPr>
          <w:p w14:paraId="5E09967B" w14:textId="77777777" w:rsidR="001D65CC" w:rsidRPr="00BD77DB" w:rsidRDefault="001D65CC"/>
        </w:tc>
      </w:tr>
    </w:tbl>
    <w:p w14:paraId="6E41CB0A" w14:textId="156F3A16" w:rsidR="001D65CC" w:rsidRPr="00BD77DB" w:rsidRDefault="003722FC" w:rsidP="00534602">
      <w:pPr>
        <w:pStyle w:val="Heading2"/>
      </w:pPr>
      <w:r w:rsidRPr="00BD77DB">
        <w:t>Access to Manufacturing, Foundry, Testing or Engineering Facilities and Equipment</w:t>
      </w:r>
    </w:p>
    <w:tbl>
      <w:tblPr>
        <w:tblStyle w:val="TableGrid"/>
        <w:tblW w:w="5000" w:type="pct"/>
        <w:jc w:val="center"/>
        <w:tblLook w:val="04A0" w:firstRow="1" w:lastRow="0" w:firstColumn="1" w:lastColumn="0" w:noHBand="0" w:noVBand="1"/>
      </w:tblPr>
      <w:tblGrid>
        <w:gridCol w:w="2127"/>
        <w:gridCol w:w="9139"/>
      </w:tblGrid>
      <w:tr w:rsidR="001D65CC" w:rsidRPr="00BD77DB" w14:paraId="2913BE9C" w14:textId="77777777" w:rsidTr="009E62E6">
        <w:trPr>
          <w:jc w:val="center"/>
        </w:trPr>
        <w:tc>
          <w:tcPr>
            <w:tcW w:w="944" w:type="pct"/>
            <w:shd w:val="clear" w:color="auto" w:fill="D9EAF7"/>
            <w:tcMar>
              <w:top w:w="70" w:type="dxa"/>
              <w:left w:w="80" w:type="dxa"/>
              <w:bottom w:w="70" w:type="dxa"/>
              <w:right w:w="80" w:type="dxa"/>
            </w:tcMar>
            <w:vAlign w:val="center"/>
          </w:tcPr>
          <w:p w14:paraId="6D172236" w14:textId="77777777" w:rsidR="001D65CC" w:rsidRPr="00BD77DB" w:rsidRDefault="003722FC">
            <w:r w:rsidRPr="00BD77DB">
              <w:rPr>
                <w:b/>
                <w:color w:val="1F1F1F"/>
                <w:sz w:val="16"/>
              </w:rPr>
              <w:t>Non-SMME weight</w:t>
            </w:r>
          </w:p>
        </w:tc>
        <w:tc>
          <w:tcPr>
            <w:tcW w:w="4056" w:type="pct"/>
            <w:shd w:val="clear" w:color="auto" w:fill="F4F8FB"/>
            <w:tcMar>
              <w:top w:w="70" w:type="dxa"/>
              <w:left w:w="80" w:type="dxa"/>
              <w:bottom w:w="70" w:type="dxa"/>
              <w:right w:w="80" w:type="dxa"/>
            </w:tcMar>
            <w:vAlign w:val="center"/>
          </w:tcPr>
          <w:p w14:paraId="2B885AE5" w14:textId="77777777" w:rsidR="001D65CC" w:rsidRPr="00BD77DB" w:rsidRDefault="003722FC">
            <w:r w:rsidRPr="00BD77DB">
              <w:rPr>
                <w:color w:val="1F1F1F"/>
                <w:sz w:val="16"/>
              </w:rPr>
              <w:t>15%</w:t>
            </w:r>
          </w:p>
        </w:tc>
      </w:tr>
      <w:tr w:rsidR="001D65CC" w:rsidRPr="00BD77DB" w14:paraId="7ACF9A81" w14:textId="77777777" w:rsidTr="009E62E6">
        <w:trPr>
          <w:jc w:val="center"/>
        </w:trPr>
        <w:tc>
          <w:tcPr>
            <w:tcW w:w="944" w:type="pct"/>
            <w:shd w:val="clear" w:color="auto" w:fill="D9EAF7"/>
            <w:tcMar>
              <w:top w:w="70" w:type="dxa"/>
              <w:left w:w="80" w:type="dxa"/>
              <w:bottom w:w="70" w:type="dxa"/>
              <w:right w:w="80" w:type="dxa"/>
            </w:tcMar>
            <w:vAlign w:val="center"/>
          </w:tcPr>
          <w:p w14:paraId="75844215" w14:textId="77777777" w:rsidR="001D65CC" w:rsidRPr="00BD77DB" w:rsidRDefault="003722FC">
            <w:r w:rsidRPr="00BD77DB">
              <w:rPr>
                <w:b/>
                <w:color w:val="1F1F1F"/>
                <w:sz w:val="16"/>
              </w:rPr>
              <w:t>SMME weight</w:t>
            </w:r>
          </w:p>
        </w:tc>
        <w:tc>
          <w:tcPr>
            <w:tcW w:w="4056" w:type="pct"/>
            <w:shd w:val="clear" w:color="auto" w:fill="F4F8FB"/>
            <w:tcMar>
              <w:top w:w="70" w:type="dxa"/>
              <w:left w:w="80" w:type="dxa"/>
              <w:bottom w:w="70" w:type="dxa"/>
              <w:right w:w="80" w:type="dxa"/>
            </w:tcMar>
            <w:vAlign w:val="center"/>
          </w:tcPr>
          <w:p w14:paraId="6DE8108B" w14:textId="77777777" w:rsidR="001D65CC" w:rsidRPr="00BD77DB" w:rsidRDefault="003722FC">
            <w:r w:rsidRPr="00BD77DB">
              <w:rPr>
                <w:color w:val="1F1F1F"/>
                <w:sz w:val="16"/>
              </w:rPr>
              <w:t>15%</w:t>
            </w:r>
          </w:p>
        </w:tc>
      </w:tr>
      <w:tr w:rsidR="001D65CC" w:rsidRPr="00BD77DB" w14:paraId="462EF948" w14:textId="77777777" w:rsidTr="009E62E6">
        <w:trPr>
          <w:jc w:val="center"/>
        </w:trPr>
        <w:tc>
          <w:tcPr>
            <w:tcW w:w="944" w:type="pct"/>
            <w:shd w:val="clear" w:color="auto" w:fill="D9EAF7"/>
            <w:tcMar>
              <w:top w:w="70" w:type="dxa"/>
              <w:left w:w="80" w:type="dxa"/>
              <w:bottom w:w="70" w:type="dxa"/>
              <w:right w:w="80" w:type="dxa"/>
            </w:tcMar>
            <w:vAlign w:val="center"/>
          </w:tcPr>
          <w:p w14:paraId="09674A5E" w14:textId="77777777" w:rsidR="001D65CC" w:rsidRPr="00BD77DB" w:rsidRDefault="003722FC">
            <w:r w:rsidRPr="00BD77DB">
              <w:rPr>
                <w:b/>
                <w:color w:val="1F1F1F"/>
                <w:sz w:val="16"/>
              </w:rPr>
              <w:t>Scoring</w:t>
            </w:r>
          </w:p>
        </w:tc>
        <w:tc>
          <w:tcPr>
            <w:tcW w:w="4056" w:type="pct"/>
            <w:shd w:val="clear" w:color="auto" w:fill="F4F8FB"/>
            <w:tcMar>
              <w:top w:w="70" w:type="dxa"/>
              <w:left w:w="80" w:type="dxa"/>
              <w:bottom w:w="70" w:type="dxa"/>
              <w:right w:w="80" w:type="dxa"/>
            </w:tcMar>
            <w:vAlign w:val="center"/>
          </w:tcPr>
          <w:p w14:paraId="5A9CA33B" w14:textId="77777777" w:rsidR="001D65CC" w:rsidRPr="00BD77DB" w:rsidRDefault="003722FC">
            <w:r w:rsidRPr="00BD77DB">
              <w:rPr>
                <w:color w:val="1F1F1F"/>
                <w:sz w:val="16"/>
              </w:rPr>
              <w:t>Own facilities and equipment = 10 | Subcontracted facilities with own equipment = 8 | Fully subcontracted facilities and equipment = 5 | No access = 0</w:t>
            </w:r>
          </w:p>
        </w:tc>
      </w:tr>
    </w:tbl>
    <w:p w14:paraId="565255F1" w14:textId="77777777" w:rsidR="009E62E6" w:rsidRPr="00BD77DB" w:rsidRDefault="009E62E6" w:rsidP="009E62E6">
      <w:pPr>
        <w:pStyle w:val="NoSpacing"/>
        <w:rPr>
          <w:sz w:val="2"/>
          <w:szCs w:val="2"/>
          <w:lang w:val="en-ZA"/>
        </w:rPr>
      </w:pPr>
    </w:p>
    <w:tbl>
      <w:tblPr>
        <w:tblStyle w:val="TableGrid"/>
        <w:tblW w:w="5000" w:type="pct"/>
        <w:jc w:val="center"/>
        <w:tblLook w:val="04A0" w:firstRow="1" w:lastRow="0" w:firstColumn="1" w:lastColumn="0" w:noHBand="0" w:noVBand="1"/>
      </w:tblPr>
      <w:tblGrid>
        <w:gridCol w:w="2142"/>
        <w:gridCol w:w="2488"/>
        <w:gridCol w:w="2143"/>
        <w:gridCol w:w="2005"/>
        <w:gridCol w:w="2488"/>
      </w:tblGrid>
      <w:tr w:rsidR="001D65CC" w:rsidRPr="00BD77DB" w14:paraId="00EB9300" w14:textId="77777777" w:rsidTr="009E62E6">
        <w:trPr>
          <w:cantSplit/>
          <w:jc w:val="center"/>
        </w:trPr>
        <w:tc>
          <w:tcPr>
            <w:tcW w:w="2055" w:type="pct"/>
            <w:gridSpan w:val="2"/>
            <w:shd w:val="clear" w:color="auto" w:fill="D9EAF7"/>
            <w:tcMar>
              <w:top w:w="70" w:type="dxa"/>
              <w:left w:w="80" w:type="dxa"/>
              <w:bottom w:w="70" w:type="dxa"/>
              <w:right w:w="80" w:type="dxa"/>
            </w:tcMar>
            <w:vAlign w:val="center"/>
          </w:tcPr>
          <w:p w14:paraId="131E19BF" w14:textId="77777777" w:rsidR="001D65CC" w:rsidRPr="00BD77DB" w:rsidRDefault="003722FC">
            <w:r w:rsidRPr="00BD77DB">
              <w:rPr>
                <w:b/>
                <w:color w:val="1F1F1F"/>
                <w:sz w:val="17"/>
              </w:rPr>
              <w:t>Primary access model</w:t>
            </w:r>
          </w:p>
        </w:tc>
        <w:tc>
          <w:tcPr>
            <w:tcW w:w="2945" w:type="pct"/>
            <w:gridSpan w:val="3"/>
            <w:shd w:val="clear" w:color="auto" w:fill="F4F8FB"/>
            <w:tcMar>
              <w:top w:w="70" w:type="dxa"/>
              <w:left w:w="80" w:type="dxa"/>
              <w:bottom w:w="70" w:type="dxa"/>
              <w:right w:w="80" w:type="dxa"/>
            </w:tcMar>
            <w:vAlign w:val="center"/>
          </w:tcPr>
          <w:p w14:paraId="04CE7F05" w14:textId="77777777" w:rsidR="001D65CC" w:rsidRPr="00BD77DB" w:rsidRDefault="003722FC">
            <w:r w:rsidRPr="00BD77DB">
              <w:rPr>
                <w:color w:val="1F1F1F"/>
                <w:sz w:val="18"/>
              </w:rPr>
              <w:t>Own / Subcontracted facilities with own equipment / Fully subcontracted / No access</w:t>
            </w:r>
          </w:p>
        </w:tc>
      </w:tr>
      <w:tr w:rsidR="001D65CC" w:rsidRPr="00BD77DB" w14:paraId="3AE5059C" w14:textId="77777777" w:rsidTr="009E62E6">
        <w:trPr>
          <w:cantSplit/>
          <w:jc w:val="center"/>
        </w:trPr>
        <w:tc>
          <w:tcPr>
            <w:tcW w:w="2055" w:type="pct"/>
            <w:gridSpan w:val="2"/>
            <w:shd w:val="clear" w:color="auto" w:fill="D9EAF7"/>
            <w:tcMar>
              <w:top w:w="70" w:type="dxa"/>
              <w:left w:w="80" w:type="dxa"/>
              <w:bottom w:w="70" w:type="dxa"/>
              <w:right w:w="80" w:type="dxa"/>
            </w:tcMar>
            <w:vAlign w:val="center"/>
          </w:tcPr>
          <w:p w14:paraId="6873129B" w14:textId="77777777" w:rsidR="001D65CC" w:rsidRPr="00BD77DB" w:rsidRDefault="003722FC">
            <w:r w:rsidRPr="00BD77DB">
              <w:rPr>
                <w:b/>
                <w:color w:val="1F1F1F"/>
                <w:sz w:val="17"/>
              </w:rPr>
              <w:t>Main facility location(s)</w:t>
            </w:r>
          </w:p>
        </w:tc>
        <w:tc>
          <w:tcPr>
            <w:tcW w:w="2945" w:type="pct"/>
            <w:gridSpan w:val="3"/>
            <w:shd w:val="clear" w:color="auto" w:fill="F4F8FB"/>
            <w:tcMar>
              <w:top w:w="70" w:type="dxa"/>
              <w:left w:w="80" w:type="dxa"/>
              <w:bottom w:w="70" w:type="dxa"/>
              <w:right w:w="80" w:type="dxa"/>
            </w:tcMar>
            <w:vAlign w:val="center"/>
          </w:tcPr>
          <w:p w14:paraId="219DB993" w14:textId="7CB0CC34" w:rsidR="001D65CC" w:rsidRPr="00BD77DB" w:rsidRDefault="001D65CC"/>
        </w:tc>
      </w:tr>
      <w:tr w:rsidR="001D65CC" w:rsidRPr="00BD77DB" w14:paraId="4BC84237" w14:textId="77777777" w:rsidTr="009E62E6">
        <w:trPr>
          <w:tblHeader/>
          <w:jc w:val="center"/>
        </w:trPr>
        <w:tc>
          <w:tcPr>
            <w:tcW w:w="951" w:type="pct"/>
            <w:shd w:val="clear" w:color="auto" w:fill="1F4E79"/>
            <w:tcMar>
              <w:top w:w="70" w:type="dxa"/>
              <w:left w:w="80" w:type="dxa"/>
              <w:bottom w:w="70" w:type="dxa"/>
              <w:right w:w="80" w:type="dxa"/>
            </w:tcMar>
            <w:vAlign w:val="center"/>
          </w:tcPr>
          <w:p w14:paraId="7F14F6E7" w14:textId="77777777" w:rsidR="001D65CC" w:rsidRPr="00BD77DB" w:rsidRDefault="003722FC">
            <w:pPr>
              <w:jc w:val="center"/>
            </w:pPr>
            <w:r w:rsidRPr="00BD77DB">
              <w:rPr>
                <w:b/>
                <w:color w:val="FFFFFF"/>
                <w:sz w:val="16"/>
              </w:rPr>
              <w:lastRenderedPageBreak/>
              <w:t>Facility / equipment</w:t>
            </w:r>
          </w:p>
        </w:tc>
        <w:tc>
          <w:tcPr>
            <w:tcW w:w="1104" w:type="pct"/>
            <w:shd w:val="clear" w:color="auto" w:fill="1F4E79"/>
            <w:tcMar>
              <w:top w:w="70" w:type="dxa"/>
              <w:left w:w="80" w:type="dxa"/>
              <w:bottom w:w="70" w:type="dxa"/>
              <w:right w:w="80" w:type="dxa"/>
            </w:tcMar>
            <w:vAlign w:val="center"/>
          </w:tcPr>
          <w:p w14:paraId="6250F5D3" w14:textId="77777777" w:rsidR="001D65CC" w:rsidRPr="00BD77DB" w:rsidRDefault="003722FC">
            <w:pPr>
              <w:jc w:val="center"/>
            </w:pPr>
            <w:r w:rsidRPr="00BD77DB">
              <w:rPr>
                <w:b/>
                <w:color w:val="FFFFFF"/>
                <w:sz w:val="16"/>
              </w:rPr>
              <w:t>Purpose / capability</w:t>
            </w:r>
          </w:p>
        </w:tc>
        <w:tc>
          <w:tcPr>
            <w:tcW w:w="951" w:type="pct"/>
            <w:shd w:val="clear" w:color="auto" w:fill="1F4E79"/>
            <w:tcMar>
              <w:top w:w="70" w:type="dxa"/>
              <w:left w:w="80" w:type="dxa"/>
              <w:bottom w:w="70" w:type="dxa"/>
              <w:right w:w="80" w:type="dxa"/>
            </w:tcMar>
            <w:vAlign w:val="center"/>
          </w:tcPr>
          <w:p w14:paraId="56F38DDF" w14:textId="77777777" w:rsidR="001D65CC" w:rsidRPr="00BD77DB" w:rsidRDefault="003722FC">
            <w:pPr>
              <w:jc w:val="center"/>
            </w:pPr>
            <w:r w:rsidRPr="00BD77DB">
              <w:rPr>
                <w:b/>
                <w:color w:val="FFFFFF"/>
                <w:sz w:val="16"/>
              </w:rPr>
              <w:t>Owned / leased / subcontracted</w:t>
            </w:r>
          </w:p>
        </w:tc>
        <w:tc>
          <w:tcPr>
            <w:tcW w:w="890" w:type="pct"/>
            <w:shd w:val="clear" w:color="auto" w:fill="1F4E79"/>
            <w:tcMar>
              <w:top w:w="70" w:type="dxa"/>
              <w:left w:w="80" w:type="dxa"/>
              <w:bottom w:w="70" w:type="dxa"/>
              <w:right w:w="80" w:type="dxa"/>
            </w:tcMar>
            <w:vAlign w:val="center"/>
          </w:tcPr>
          <w:p w14:paraId="58968544" w14:textId="77777777" w:rsidR="001D65CC" w:rsidRPr="00BD77DB" w:rsidRDefault="003722FC">
            <w:pPr>
              <w:jc w:val="center"/>
            </w:pPr>
            <w:r w:rsidRPr="00BD77DB">
              <w:rPr>
                <w:b/>
                <w:color w:val="FFFFFF"/>
                <w:sz w:val="16"/>
              </w:rPr>
              <w:t>Location / provider</w:t>
            </w:r>
          </w:p>
        </w:tc>
        <w:tc>
          <w:tcPr>
            <w:tcW w:w="1104" w:type="pct"/>
            <w:shd w:val="clear" w:color="auto" w:fill="1F4E79"/>
            <w:tcMar>
              <w:top w:w="70" w:type="dxa"/>
              <w:left w:w="80" w:type="dxa"/>
              <w:bottom w:w="70" w:type="dxa"/>
              <w:right w:w="80" w:type="dxa"/>
            </w:tcMar>
            <w:vAlign w:val="center"/>
          </w:tcPr>
          <w:p w14:paraId="21837911" w14:textId="77777777" w:rsidR="001D65CC" w:rsidRPr="00BD77DB" w:rsidRDefault="003722FC">
            <w:pPr>
              <w:jc w:val="center"/>
            </w:pPr>
            <w:r w:rsidRPr="00BD77DB">
              <w:rPr>
                <w:b/>
                <w:color w:val="FFFFFF"/>
                <w:sz w:val="16"/>
              </w:rPr>
              <w:t>Evidence ref.</w:t>
            </w:r>
          </w:p>
        </w:tc>
      </w:tr>
      <w:tr w:rsidR="001D65CC" w:rsidRPr="00BD77DB" w14:paraId="3196B883" w14:textId="77777777" w:rsidTr="009E62E6">
        <w:trPr>
          <w:cantSplit/>
          <w:jc w:val="center"/>
        </w:trPr>
        <w:tc>
          <w:tcPr>
            <w:tcW w:w="951" w:type="pct"/>
            <w:shd w:val="clear" w:color="auto" w:fill="F4F8FB"/>
            <w:tcMar>
              <w:top w:w="70" w:type="dxa"/>
              <w:left w:w="80" w:type="dxa"/>
              <w:bottom w:w="70" w:type="dxa"/>
              <w:right w:w="80" w:type="dxa"/>
            </w:tcMar>
            <w:vAlign w:val="center"/>
          </w:tcPr>
          <w:p w14:paraId="5CA104EE" w14:textId="77777777" w:rsidR="001D65CC" w:rsidRPr="00BD77DB" w:rsidRDefault="001D65CC"/>
        </w:tc>
        <w:tc>
          <w:tcPr>
            <w:tcW w:w="1104" w:type="pct"/>
            <w:shd w:val="clear" w:color="auto" w:fill="F4F8FB"/>
            <w:tcMar>
              <w:top w:w="70" w:type="dxa"/>
              <w:left w:w="80" w:type="dxa"/>
              <w:bottom w:w="70" w:type="dxa"/>
              <w:right w:w="80" w:type="dxa"/>
            </w:tcMar>
            <w:vAlign w:val="center"/>
          </w:tcPr>
          <w:p w14:paraId="28470D35" w14:textId="77777777" w:rsidR="001D65CC" w:rsidRPr="00BD77DB" w:rsidRDefault="001D65CC"/>
        </w:tc>
        <w:tc>
          <w:tcPr>
            <w:tcW w:w="951" w:type="pct"/>
            <w:shd w:val="clear" w:color="auto" w:fill="F4F8FB"/>
            <w:tcMar>
              <w:top w:w="70" w:type="dxa"/>
              <w:left w:w="80" w:type="dxa"/>
              <w:bottom w:w="70" w:type="dxa"/>
              <w:right w:w="80" w:type="dxa"/>
            </w:tcMar>
            <w:vAlign w:val="center"/>
          </w:tcPr>
          <w:p w14:paraId="48D26F90" w14:textId="77777777" w:rsidR="001D65CC" w:rsidRPr="00BD77DB" w:rsidRDefault="001D65CC"/>
        </w:tc>
        <w:tc>
          <w:tcPr>
            <w:tcW w:w="890" w:type="pct"/>
            <w:shd w:val="clear" w:color="auto" w:fill="F4F8FB"/>
            <w:tcMar>
              <w:top w:w="70" w:type="dxa"/>
              <w:left w:w="80" w:type="dxa"/>
              <w:bottom w:w="70" w:type="dxa"/>
              <w:right w:w="80" w:type="dxa"/>
            </w:tcMar>
            <w:vAlign w:val="center"/>
          </w:tcPr>
          <w:p w14:paraId="4C0EC1D3" w14:textId="77777777" w:rsidR="001D65CC" w:rsidRPr="00BD77DB" w:rsidRDefault="001D65CC"/>
        </w:tc>
        <w:tc>
          <w:tcPr>
            <w:tcW w:w="1104" w:type="pct"/>
            <w:shd w:val="clear" w:color="auto" w:fill="F4F8FB"/>
            <w:tcMar>
              <w:top w:w="70" w:type="dxa"/>
              <w:left w:w="80" w:type="dxa"/>
              <w:bottom w:w="70" w:type="dxa"/>
              <w:right w:w="80" w:type="dxa"/>
            </w:tcMar>
            <w:vAlign w:val="center"/>
          </w:tcPr>
          <w:p w14:paraId="6D2EA5AC" w14:textId="77777777" w:rsidR="001D65CC" w:rsidRPr="00BD77DB" w:rsidRDefault="001D65CC"/>
        </w:tc>
      </w:tr>
      <w:tr w:rsidR="001D65CC" w:rsidRPr="00BD77DB" w14:paraId="0883605B" w14:textId="77777777" w:rsidTr="009E62E6">
        <w:trPr>
          <w:cantSplit/>
          <w:jc w:val="center"/>
        </w:trPr>
        <w:tc>
          <w:tcPr>
            <w:tcW w:w="951" w:type="pct"/>
            <w:shd w:val="clear" w:color="auto" w:fill="F4F8FB"/>
            <w:tcMar>
              <w:top w:w="70" w:type="dxa"/>
              <w:left w:w="80" w:type="dxa"/>
              <w:bottom w:w="70" w:type="dxa"/>
              <w:right w:w="80" w:type="dxa"/>
            </w:tcMar>
            <w:vAlign w:val="center"/>
          </w:tcPr>
          <w:p w14:paraId="7E314B55" w14:textId="77777777" w:rsidR="001D65CC" w:rsidRPr="00BD77DB" w:rsidRDefault="001D65CC"/>
        </w:tc>
        <w:tc>
          <w:tcPr>
            <w:tcW w:w="1104" w:type="pct"/>
            <w:shd w:val="clear" w:color="auto" w:fill="F4F8FB"/>
            <w:tcMar>
              <w:top w:w="70" w:type="dxa"/>
              <w:left w:w="80" w:type="dxa"/>
              <w:bottom w:w="70" w:type="dxa"/>
              <w:right w:w="80" w:type="dxa"/>
            </w:tcMar>
            <w:vAlign w:val="center"/>
          </w:tcPr>
          <w:p w14:paraId="4424029A" w14:textId="77777777" w:rsidR="001D65CC" w:rsidRPr="00BD77DB" w:rsidRDefault="001D65CC"/>
        </w:tc>
        <w:tc>
          <w:tcPr>
            <w:tcW w:w="951" w:type="pct"/>
            <w:shd w:val="clear" w:color="auto" w:fill="F4F8FB"/>
            <w:tcMar>
              <w:top w:w="70" w:type="dxa"/>
              <w:left w:w="80" w:type="dxa"/>
              <w:bottom w:w="70" w:type="dxa"/>
              <w:right w:w="80" w:type="dxa"/>
            </w:tcMar>
            <w:vAlign w:val="center"/>
          </w:tcPr>
          <w:p w14:paraId="34849833" w14:textId="77777777" w:rsidR="001D65CC" w:rsidRPr="00BD77DB" w:rsidRDefault="001D65CC"/>
        </w:tc>
        <w:tc>
          <w:tcPr>
            <w:tcW w:w="890" w:type="pct"/>
            <w:shd w:val="clear" w:color="auto" w:fill="F4F8FB"/>
            <w:tcMar>
              <w:top w:w="70" w:type="dxa"/>
              <w:left w:w="80" w:type="dxa"/>
              <w:bottom w:w="70" w:type="dxa"/>
              <w:right w:w="80" w:type="dxa"/>
            </w:tcMar>
            <w:vAlign w:val="center"/>
          </w:tcPr>
          <w:p w14:paraId="5DCFB697" w14:textId="77777777" w:rsidR="001D65CC" w:rsidRPr="00BD77DB" w:rsidRDefault="001D65CC"/>
        </w:tc>
        <w:tc>
          <w:tcPr>
            <w:tcW w:w="1104" w:type="pct"/>
            <w:shd w:val="clear" w:color="auto" w:fill="F4F8FB"/>
            <w:tcMar>
              <w:top w:w="70" w:type="dxa"/>
              <w:left w:w="80" w:type="dxa"/>
              <w:bottom w:w="70" w:type="dxa"/>
              <w:right w:w="80" w:type="dxa"/>
            </w:tcMar>
            <w:vAlign w:val="center"/>
          </w:tcPr>
          <w:p w14:paraId="049CA570" w14:textId="77777777" w:rsidR="001D65CC" w:rsidRPr="00BD77DB" w:rsidRDefault="001D65CC"/>
        </w:tc>
      </w:tr>
      <w:tr w:rsidR="001D65CC" w:rsidRPr="00BD77DB" w14:paraId="415076EF" w14:textId="77777777" w:rsidTr="009E62E6">
        <w:trPr>
          <w:cantSplit/>
          <w:jc w:val="center"/>
        </w:trPr>
        <w:tc>
          <w:tcPr>
            <w:tcW w:w="951" w:type="pct"/>
            <w:shd w:val="clear" w:color="auto" w:fill="F4F8FB"/>
            <w:tcMar>
              <w:top w:w="70" w:type="dxa"/>
              <w:left w:w="80" w:type="dxa"/>
              <w:bottom w:w="70" w:type="dxa"/>
              <w:right w:w="80" w:type="dxa"/>
            </w:tcMar>
            <w:vAlign w:val="center"/>
          </w:tcPr>
          <w:p w14:paraId="33142C0C" w14:textId="77777777" w:rsidR="001D65CC" w:rsidRPr="00BD77DB" w:rsidRDefault="001D65CC"/>
        </w:tc>
        <w:tc>
          <w:tcPr>
            <w:tcW w:w="1104" w:type="pct"/>
            <w:shd w:val="clear" w:color="auto" w:fill="F4F8FB"/>
            <w:tcMar>
              <w:top w:w="70" w:type="dxa"/>
              <w:left w:w="80" w:type="dxa"/>
              <w:bottom w:w="70" w:type="dxa"/>
              <w:right w:w="80" w:type="dxa"/>
            </w:tcMar>
            <w:vAlign w:val="center"/>
          </w:tcPr>
          <w:p w14:paraId="27EA898C" w14:textId="77777777" w:rsidR="001D65CC" w:rsidRPr="00BD77DB" w:rsidRDefault="001D65CC"/>
        </w:tc>
        <w:tc>
          <w:tcPr>
            <w:tcW w:w="951" w:type="pct"/>
            <w:shd w:val="clear" w:color="auto" w:fill="F4F8FB"/>
            <w:tcMar>
              <w:top w:w="70" w:type="dxa"/>
              <w:left w:w="80" w:type="dxa"/>
              <w:bottom w:w="70" w:type="dxa"/>
              <w:right w:w="80" w:type="dxa"/>
            </w:tcMar>
            <w:vAlign w:val="center"/>
          </w:tcPr>
          <w:p w14:paraId="6BAB9ABF" w14:textId="77777777" w:rsidR="001D65CC" w:rsidRPr="00BD77DB" w:rsidRDefault="001D65CC"/>
        </w:tc>
        <w:tc>
          <w:tcPr>
            <w:tcW w:w="890" w:type="pct"/>
            <w:shd w:val="clear" w:color="auto" w:fill="F4F8FB"/>
            <w:tcMar>
              <w:top w:w="70" w:type="dxa"/>
              <w:left w:w="80" w:type="dxa"/>
              <w:bottom w:w="70" w:type="dxa"/>
              <w:right w:w="80" w:type="dxa"/>
            </w:tcMar>
            <w:vAlign w:val="center"/>
          </w:tcPr>
          <w:p w14:paraId="315C77E4" w14:textId="77777777" w:rsidR="001D65CC" w:rsidRPr="00BD77DB" w:rsidRDefault="001D65CC"/>
        </w:tc>
        <w:tc>
          <w:tcPr>
            <w:tcW w:w="1104" w:type="pct"/>
            <w:shd w:val="clear" w:color="auto" w:fill="F4F8FB"/>
            <w:tcMar>
              <w:top w:w="70" w:type="dxa"/>
              <w:left w:w="80" w:type="dxa"/>
              <w:bottom w:w="70" w:type="dxa"/>
              <w:right w:w="80" w:type="dxa"/>
            </w:tcMar>
            <w:vAlign w:val="center"/>
          </w:tcPr>
          <w:p w14:paraId="43702BE3" w14:textId="77777777" w:rsidR="001D65CC" w:rsidRPr="00BD77DB" w:rsidRDefault="001D65CC"/>
        </w:tc>
      </w:tr>
      <w:tr w:rsidR="001D65CC" w:rsidRPr="00BD77DB" w14:paraId="446741A0" w14:textId="77777777" w:rsidTr="009E62E6">
        <w:trPr>
          <w:cantSplit/>
          <w:jc w:val="center"/>
        </w:trPr>
        <w:tc>
          <w:tcPr>
            <w:tcW w:w="951" w:type="pct"/>
            <w:shd w:val="clear" w:color="auto" w:fill="F4F8FB"/>
            <w:tcMar>
              <w:top w:w="70" w:type="dxa"/>
              <w:left w:w="80" w:type="dxa"/>
              <w:bottom w:w="70" w:type="dxa"/>
              <w:right w:w="80" w:type="dxa"/>
            </w:tcMar>
            <w:vAlign w:val="center"/>
          </w:tcPr>
          <w:p w14:paraId="46EF9600" w14:textId="77777777" w:rsidR="001D65CC" w:rsidRPr="00BD77DB" w:rsidRDefault="001D65CC"/>
        </w:tc>
        <w:tc>
          <w:tcPr>
            <w:tcW w:w="1104" w:type="pct"/>
            <w:shd w:val="clear" w:color="auto" w:fill="F4F8FB"/>
            <w:tcMar>
              <w:top w:w="70" w:type="dxa"/>
              <w:left w:w="80" w:type="dxa"/>
              <w:bottom w:w="70" w:type="dxa"/>
              <w:right w:w="80" w:type="dxa"/>
            </w:tcMar>
            <w:vAlign w:val="center"/>
          </w:tcPr>
          <w:p w14:paraId="705A5C68" w14:textId="77777777" w:rsidR="001D65CC" w:rsidRPr="00BD77DB" w:rsidRDefault="001D65CC"/>
        </w:tc>
        <w:tc>
          <w:tcPr>
            <w:tcW w:w="951" w:type="pct"/>
            <w:shd w:val="clear" w:color="auto" w:fill="F4F8FB"/>
            <w:tcMar>
              <w:top w:w="70" w:type="dxa"/>
              <w:left w:w="80" w:type="dxa"/>
              <w:bottom w:w="70" w:type="dxa"/>
              <w:right w:w="80" w:type="dxa"/>
            </w:tcMar>
            <w:vAlign w:val="center"/>
          </w:tcPr>
          <w:p w14:paraId="5597FCE3" w14:textId="77777777" w:rsidR="001D65CC" w:rsidRPr="00BD77DB" w:rsidRDefault="001D65CC"/>
        </w:tc>
        <w:tc>
          <w:tcPr>
            <w:tcW w:w="890" w:type="pct"/>
            <w:shd w:val="clear" w:color="auto" w:fill="F4F8FB"/>
            <w:tcMar>
              <w:top w:w="70" w:type="dxa"/>
              <w:left w:w="80" w:type="dxa"/>
              <w:bottom w:w="70" w:type="dxa"/>
              <w:right w:w="80" w:type="dxa"/>
            </w:tcMar>
            <w:vAlign w:val="center"/>
          </w:tcPr>
          <w:p w14:paraId="42CD7B17" w14:textId="77777777" w:rsidR="001D65CC" w:rsidRPr="00BD77DB" w:rsidRDefault="001D65CC"/>
        </w:tc>
        <w:tc>
          <w:tcPr>
            <w:tcW w:w="1104" w:type="pct"/>
            <w:shd w:val="clear" w:color="auto" w:fill="F4F8FB"/>
            <w:tcMar>
              <w:top w:w="70" w:type="dxa"/>
              <w:left w:w="80" w:type="dxa"/>
              <w:bottom w:w="70" w:type="dxa"/>
              <w:right w:w="80" w:type="dxa"/>
            </w:tcMar>
            <w:vAlign w:val="center"/>
          </w:tcPr>
          <w:p w14:paraId="5FF7E70A" w14:textId="77777777" w:rsidR="001D65CC" w:rsidRPr="00BD77DB" w:rsidRDefault="001D65CC"/>
        </w:tc>
      </w:tr>
      <w:tr w:rsidR="001D65CC" w:rsidRPr="00BD77DB" w14:paraId="7B56620F" w14:textId="77777777" w:rsidTr="009E62E6">
        <w:trPr>
          <w:cantSplit/>
          <w:jc w:val="center"/>
        </w:trPr>
        <w:tc>
          <w:tcPr>
            <w:tcW w:w="951" w:type="pct"/>
            <w:shd w:val="clear" w:color="auto" w:fill="F4F8FB"/>
            <w:tcMar>
              <w:top w:w="70" w:type="dxa"/>
              <w:left w:w="80" w:type="dxa"/>
              <w:bottom w:w="70" w:type="dxa"/>
              <w:right w:w="80" w:type="dxa"/>
            </w:tcMar>
            <w:vAlign w:val="center"/>
          </w:tcPr>
          <w:p w14:paraId="484D6C8B" w14:textId="77777777" w:rsidR="001D65CC" w:rsidRPr="00BD77DB" w:rsidRDefault="001D65CC"/>
        </w:tc>
        <w:tc>
          <w:tcPr>
            <w:tcW w:w="1104" w:type="pct"/>
            <w:shd w:val="clear" w:color="auto" w:fill="F4F8FB"/>
            <w:tcMar>
              <w:top w:w="70" w:type="dxa"/>
              <w:left w:w="80" w:type="dxa"/>
              <w:bottom w:w="70" w:type="dxa"/>
              <w:right w:w="80" w:type="dxa"/>
            </w:tcMar>
            <w:vAlign w:val="center"/>
          </w:tcPr>
          <w:p w14:paraId="5D49ED08" w14:textId="77777777" w:rsidR="001D65CC" w:rsidRPr="00BD77DB" w:rsidRDefault="001D65CC"/>
        </w:tc>
        <w:tc>
          <w:tcPr>
            <w:tcW w:w="951" w:type="pct"/>
            <w:shd w:val="clear" w:color="auto" w:fill="F4F8FB"/>
            <w:tcMar>
              <w:top w:w="70" w:type="dxa"/>
              <w:left w:w="80" w:type="dxa"/>
              <w:bottom w:w="70" w:type="dxa"/>
              <w:right w:w="80" w:type="dxa"/>
            </w:tcMar>
            <w:vAlign w:val="center"/>
          </w:tcPr>
          <w:p w14:paraId="78173241" w14:textId="77777777" w:rsidR="001D65CC" w:rsidRPr="00BD77DB" w:rsidRDefault="001D65CC"/>
        </w:tc>
        <w:tc>
          <w:tcPr>
            <w:tcW w:w="890" w:type="pct"/>
            <w:shd w:val="clear" w:color="auto" w:fill="F4F8FB"/>
            <w:tcMar>
              <w:top w:w="70" w:type="dxa"/>
              <w:left w:w="80" w:type="dxa"/>
              <w:bottom w:w="70" w:type="dxa"/>
              <w:right w:w="80" w:type="dxa"/>
            </w:tcMar>
            <w:vAlign w:val="center"/>
          </w:tcPr>
          <w:p w14:paraId="2CEFEC76" w14:textId="77777777" w:rsidR="001D65CC" w:rsidRPr="00BD77DB" w:rsidRDefault="001D65CC"/>
        </w:tc>
        <w:tc>
          <w:tcPr>
            <w:tcW w:w="1104" w:type="pct"/>
            <w:shd w:val="clear" w:color="auto" w:fill="F4F8FB"/>
            <w:tcMar>
              <w:top w:w="70" w:type="dxa"/>
              <w:left w:w="80" w:type="dxa"/>
              <w:bottom w:w="70" w:type="dxa"/>
              <w:right w:w="80" w:type="dxa"/>
            </w:tcMar>
            <w:vAlign w:val="center"/>
          </w:tcPr>
          <w:p w14:paraId="0B4F46A8" w14:textId="77777777" w:rsidR="001D65CC" w:rsidRPr="00BD77DB" w:rsidRDefault="001D65CC"/>
        </w:tc>
      </w:tr>
      <w:tr w:rsidR="001D65CC" w:rsidRPr="00BD77DB" w14:paraId="17E9E68F" w14:textId="77777777" w:rsidTr="009E62E6">
        <w:trPr>
          <w:cantSplit/>
          <w:jc w:val="center"/>
        </w:trPr>
        <w:tc>
          <w:tcPr>
            <w:tcW w:w="951" w:type="pct"/>
            <w:shd w:val="clear" w:color="auto" w:fill="F4F8FB"/>
            <w:tcMar>
              <w:top w:w="70" w:type="dxa"/>
              <w:left w:w="80" w:type="dxa"/>
              <w:bottom w:w="70" w:type="dxa"/>
              <w:right w:w="80" w:type="dxa"/>
            </w:tcMar>
            <w:vAlign w:val="center"/>
          </w:tcPr>
          <w:p w14:paraId="3BFCE125" w14:textId="77777777" w:rsidR="001D65CC" w:rsidRPr="00BD77DB" w:rsidRDefault="001D65CC"/>
        </w:tc>
        <w:tc>
          <w:tcPr>
            <w:tcW w:w="1104" w:type="pct"/>
            <w:shd w:val="clear" w:color="auto" w:fill="F4F8FB"/>
            <w:tcMar>
              <w:top w:w="70" w:type="dxa"/>
              <w:left w:w="80" w:type="dxa"/>
              <w:bottom w:w="70" w:type="dxa"/>
              <w:right w:w="80" w:type="dxa"/>
            </w:tcMar>
            <w:vAlign w:val="center"/>
          </w:tcPr>
          <w:p w14:paraId="6F56207B" w14:textId="77777777" w:rsidR="001D65CC" w:rsidRPr="00BD77DB" w:rsidRDefault="001D65CC"/>
        </w:tc>
        <w:tc>
          <w:tcPr>
            <w:tcW w:w="951" w:type="pct"/>
            <w:shd w:val="clear" w:color="auto" w:fill="F4F8FB"/>
            <w:tcMar>
              <w:top w:w="70" w:type="dxa"/>
              <w:left w:w="80" w:type="dxa"/>
              <w:bottom w:w="70" w:type="dxa"/>
              <w:right w:w="80" w:type="dxa"/>
            </w:tcMar>
            <w:vAlign w:val="center"/>
          </w:tcPr>
          <w:p w14:paraId="5628F8EE" w14:textId="77777777" w:rsidR="001D65CC" w:rsidRPr="00BD77DB" w:rsidRDefault="001D65CC"/>
        </w:tc>
        <w:tc>
          <w:tcPr>
            <w:tcW w:w="890" w:type="pct"/>
            <w:shd w:val="clear" w:color="auto" w:fill="F4F8FB"/>
            <w:tcMar>
              <w:top w:w="70" w:type="dxa"/>
              <w:left w:w="80" w:type="dxa"/>
              <w:bottom w:w="70" w:type="dxa"/>
              <w:right w:w="80" w:type="dxa"/>
            </w:tcMar>
            <w:vAlign w:val="center"/>
          </w:tcPr>
          <w:p w14:paraId="7CE2B22D" w14:textId="77777777" w:rsidR="001D65CC" w:rsidRPr="00BD77DB" w:rsidRDefault="001D65CC"/>
        </w:tc>
        <w:tc>
          <w:tcPr>
            <w:tcW w:w="1104" w:type="pct"/>
            <w:shd w:val="clear" w:color="auto" w:fill="F4F8FB"/>
            <w:tcMar>
              <w:top w:w="70" w:type="dxa"/>
              <w:left w:w="80" w:type="dxa"/>
              <w:bottom w:w="70" w:type="dxa"/>
              <w:right w:w="80" w:type="dxa"/>
            </w:tcMar>
            <w:vAlign w:val="center"/>
          </w:tcPr>
          <w:p w14:paraId="1FDA61E2" w14:textId="77777777" w:rsidR="001D65CC" w:rsidRPr="00BD77DB" w:rsidRDefault="001D65CC"/>
        </w:tc>
      </w:tr>
      <w:tr w:rsidR="001D65CC" w:rsidRPr="00BD77DB" w14:paraId="54C5A2A2" w14:textId="77777777" w:rsidTr="009E62E6">
        <w:trPr>
          <w:cantSplit/>
          <w:jc w:val="center"/>
        </w:trPr>
        <w:tc>
          <w:tcPr>
            <w:tcW w:w="951" w:type="pct"/>
            <w:shd w:val="clear" w:color="auto" w:fill="F4F8FB"/>
            <w:tcMar>
              <w:top w:w="70" w:type="dxa"/>
              <w:left w:w="80" w:type="dxa"/>
              <w:bottom w:w="70" w:type="dxa"/>
              <w:right w:w="80" w:type="dxa"/>
            </w:tcMar>
            <w:vAlign w:val="center"/>
          </w:tcPr>
          <w:p w14:paraId="033EAC0F" w14:textId="77777777" w:rsidR="001D65CC" w:rsidRPr="00BD77DB" w:rsidRDefault="001D65CC"/>
        </w:tc>
        <w:tc>
          <w:tcPr>
            <w:tcW w:w="1104" w:type="pct"/>
            <w:shd w:val="clear" w:color="auto" w:fill="F4F8FB"/>
            <w:tcMar>
              <w:top w:w="70" w:type="dxa"/>
              <w:left w:w="80" w:type="dxa"/>
              <w:bottom w:w="70" w:type="dxa"/>
              <w:right w:w="80" w:type="dxa"/>
            </w:tcMar>
            <w:vAlign w:val="center"/>
          </w:tcPr>
          <w:p w14:paraId="165B6018" w14:textId="77777777" w:rsidR="001D65CC" w:rsidRPr="00BD77DB" w:rsidRDefault="001D65CC"/>
        </w:tc>
        <w:tc>
          <w:tcPr>
            <w:tcW w:w="951" w:type="pct"/>
            <w:shd w:val="clear" w:color="auto" w:fill="F4F8FB"/>
            <w:tcMar>
              <w:top w:w="70" w:type="dxa"/>
              <w:left w:w="80" w:type="dxa"/>
              <w:bottom w:w="70" w:type="dxa"/>
              <w:right w:w="80" w:type="dxa"/>
            </w:tcMar>
            <w:vAlign w:val="center"/>
          </w:tcPr>
          <w:p w14:paraId="4A822561" w14:textId="77777777" w:rsidR="001D65CC" w:rsidRPr="00BD77DB" w:rsidRDefault="001D65CC"/>
        </w:tc>
        <w:tc>
          <w:tcPr>
            <w:tcW w:w="890" w:type="pct"/>
            <w:shd w:val="clear" w:color="auto" w:fill="F4F8FB"/>
            <w:tcMar>
              <w:top w:w="70" w:type="dxa"/>
              <w:left w:w="80" w:type="dxa"/>
              <w:bottom w:w="70" w:type="dxa"/>
              <w:right w:w="80" w:type="dxa"/>
            </w:tcMar>
            <w:vAlign w:val="center"/>
          </w:tcPr>
          <w:p w14:paraId="7DE0CE9B" w14:textId="77777777" w:rsidR="001D65CC" w:rsidRPr="00BD77DB" w:rsidRDefault="001D65CC"/>
        </w:tc>
        <w:tc>
          <w:tcPr>
            <w:tcW w:w="1104" w:type="pct"/>
            <w:shd w:val="clear" w:color="auto" w:fill="F4F8FB"/>
            <w:tcMar>
              <w:top w:w="70" w:type="dxa"/>
              <w:left w:w="80" w:type="dxa"/>
              <w:bottom w:w="70" w:type="dxa"/>
              <w:right w:w="80" w:type="dxa"/>
            </w:tcMar>
            <w:vAlign w:val="center"/>
          </w:tcPr>
          <w:p w14:paraId="3462FE61" w14:textId="77777777" w:rsidR="001D65CC" w:rsidRPr="00BD77DB" w:rsidRDefault="001D65CC"/>
        </w:tc>
      </w:tr>
      <w:tr w:rsidR="001D65CC" w:rsidRPr="00BD77DB" w14:paraId="7AEC3DE9" w14:textId="77777777" w:rsidTr="009E62E6">
        <w:trPr>
          <w:cantSplit/>
          <w:jc w:val="center"/>
        </w:trPr>
        <w:tc>
          <w:tcPr>
            <w:tcW w:w="951" w:type="pct"/>
            <w:shd w:val="clear" w:color="auto" w:fill="F4F8FB"/>
            <w:tcMar>
              <w:top w:w="70" w:type="dxa"/>
              <w:left w:w="80" w:type="dxa"/>
              <w:bottom w:w="70" w:type="dxa"/>
              <w:right w:w="80" w:type="dxa"/>
            </w:tcMar>
            <w:vAlign w:val="center"/>
          </w:tcPr>
          <w:p w14:paraId="3CFD010F" w14:textId="77777777" w:rsidR="001D65CC" w:rsidRPr="00BD77DB" w:rsidRDefault="001D65CC"/>
        </w:tc>
        <w:tc>
          <w:tcPr>
            <w:tcW w:w="1104" w:type="pct"/>
            <w:shd w:val="clear" w:color="auto" w:fill="F4F8FB"/>
            <w:tcMar>
              <w:top w:w="70" w:type="dxa"/>
              <w:left w:w="80" w:type="dxa"/>
              <w:bottom w:w="70" w:type="dxa"/>
              <w:right w:w="80" w:type="dxa"/>
            </w:tcMar>
            <w:vAlign w:val="center"/>
          </w:tcPr>
          <w:p w14:paraId="511E7EFB" w14:textId="77777777" w:rsidR="001D65CC" w:rsidRPr="00BD77DB" w:rsidRDefault="001D65CC"/>
        </w:tc>
        <w:tc>
          <w:tcPr>
            <w:tcW w:w="951" w:type="pct"/>
            <w:shd w:val="clear" w:color="auto" w:fill="F4F8FB"/>
            <w:tcMar>
              <w:top w:w="70" w:type="dxa"/>
              <w:left w:w="80" w:type="dxa"/>
              <w:bottom w:w="70" w:type="dxa"/>
              <w:right w:w="80" w:type="dxa"/>
            </w:tcMar>
            <w:vAlign w:val="center"/>
          </w:tcPr>
          <w:p w14:paraId="19FA378E" w14:textId="77777777" w:rsidR="001D65CC" w:rsidRPr="00BD77DB" w:rsidRDefault="001D65CC"/>
        </w:tc>
        <w:tc>
          <w:tcPr>
            <w:tcW w:w="890" w:type="pct"/>
            <w:shd w:val="clear" w:color="auto" w:fill="F4F8FB"/>
            <w:tcMar>
              <w:top w:w="70" w:type="dxa"/>
              <w:left w:w="80" w:type="dxa"/>
              <w:bottom w:w="70" w:type="dxa"/>
              <w:right w:w="80" w:type="dxa"/>
            </w:tcMar>
            <w:vAlign w:val="center"/>
          </w:tcPr>
          <w:p w14:paraId="2F320A4B" w14:textId="77777777" w:rsidR="001D65CC" w:rsidRPr="00BD77DB" w:rsidRDefault="001D65CC"/>
        </w:tc>
        <w:tc>
          <w:tcPr>
            <w:tcW w:w="1104" w:type="pct"/>
            <w:shd w:val="clear" w:color="auto" w:fill="F4F8FB"/>
            <w:tcMar>
              <w:top w:w="70" w:type="dxa"/>
              <w:left w:w="80" w:type="dxa"/>
              <w:bottom w:w="70" w:type="dxa"/>
              <w:right w:w="80" w:type="dxa"/>
            </w:tcMar>
            <w:vAlign w:val="center"/>
          </w:tcPr>
          <w:p w14:paraId="2DC1B291" w14:textId="77777777" w:rsidR="001D65CC" w:rsidRPr="00BD77DB" w:rsidRDefault="001D65CC"/>
        </w:tc>
      </w:tr>
    </w:tbl>
    <w:p w14:paraId="541020A9" w14:textId="7D613221" w:rsidR="001D65CC" w:rsidRPr="00BD77DB" w:rsidRDefault="003722FC" w:rsidP="00534602">
      <w:pPr>
        <w:pStyle w:val="Heading1"/>
      </w:pPr>
      <w:r w:rsidRPr="00BD77DB">
        <w:t>Strategic Alignment, Localisation and Collaboration</w:t>
      </w:r>
    </w:p>
    <w:p w14:paraId="09C1C78B" w14:textId="77777777" w:rsidR="001D65CC" w:rsidRPr="00BD77DB" w:rsidRDefault="003722FC">
      <w:pPr>
        <w:spacing w:after="60" w:line="252" w:lineRule="auto"/>
      </w:pPr>
      <w:r w:rsidRPr="00BD77DB">
        <w:t>The EoI evaluation process also considers strategic alignment, innovation and industrialisation potential, contribution to localisation and supplier development, and alignment with strategic manufacturing objectives. Complete the following to support the committee’s overall assessment.</w:t>
      </w:r>
    </w:p>
    <w:p w14:paraId="6A10D24C" w14:textId="5714BB11" w:rsidR="001D65CC" w:rsidRPr="00BD77DB" w:rsidRDefault="003722FC" w:rsidP="00534602">
      <w:pPr>
        <w:pStyle w:val="Heading2"/>
      </w:pPr>
      <w:r w:rsidRPr="00BD77DB">
        <w:t>Localisation and supplier development contribution</w:t>
      </w:r>
    </w:p>
    <w:tbl>
      <w:tblPr>
        <w:tblStyle w:val="TableGrid"/>
        <w:tblW w:w="5000" w:type="pct"/>
        <w:jc w:val="center"/>
        <w:tblLook w:val="04A0" w:firstRow="1" w:lastRow="0" w:firstColumn="1" w:lastColumn="0" w:noHBand="0" w:noVBand="1"/>
      </w:tblPr>
      <w:tblGrid>
        <w:gridCol w:w="11266"/>
      </w:tblGrid>
      <w:tr w:rsidR="001D65CC" w:rsidRPr="00BD77DB" w14:paraId="6D194E5C" w14:textId="77777777" w:rsidTr="009E62E6">
        <w:trPr>
          <w:cantSplit/>
          <w:jc w:val="center"/>
        </w:trPr>
        <w:tc>
          <w:tcPr>
            <w:tcW w:w="5000" w:type="pct"/>
            <w:shd w:val="clear" w:color="auto" w:fill="F4F8FB"/>
            <w:tcMar>
              <w:top w:w="70" w:type="dxa"/>
              <w:left w:w="80" w:type="dxa"/>
              <w:bottom w:w="70" w:type="dxa"/>
              <w:right w:w="80" w:type="dxa"/>
            </w:tcMar>
            <w:vAlign w:val="center"/>
          </w:tcPr>
          <w:p w14:paraId="22608D4C" w14:textId="77777777" w:rsidR="001D65CC" w:rsidRPr="00BD77DB" w:rsidRDefault="003722FC">
            <w:r w:rsidRPr="00BD77DB">
              <w:rPr>
                <w:color w:val="666666"/>
                <w:sz w:val="18"/>
              </w:rPr>
              <w:t>[Describe expected contribution to localisation, local supply chains, supplier development and/or import substitution. Maximum 250 words.]</w:t>
            </w:r>
            <w:r w:rsidRPr="00BD77DB">
              <w:br/>
            </w:r>
            <w:r w:rsidRPr="00BD77DB">
              <w:br/>
            </w:r>
            <w:r w:rsidRPr="00BD77DB">
              <w:br/>
            </w:r>
            <w:r w:rsidRPr="00BD77DB">
              <w:br/>
            </w:r>
          </w:p>
        </w:tc>
      </w:tr>
    </w:tbl>
    <w:p w14:paraId="7EE010A3" w14:textId="42D22132" w:rsidR="001D65CC" w:rsidRPr="00BD77DB" w:rsidRDefault="003722FC" w:rsidP="00534602">
      <w:pPr>
        <w:pStyle w:val="Heading2"/>
      </w:pPr>
      <w:r w:rsidRPr="00BD77DB">
        <w:t>Strategic industrial sectors served</w:t>
      </w:r>
    </w:p>
    <w:p w14:paraId="74EB28BC" w14:textId="77777777" w:rsidR="001D65CC" w:rsidRPr="00BD77DB" w:rsidRDefault="003722FC">
      <w:pPr>
        <w:spacing w:after="60" w:line="252" w:lineRule="auto"/>
      </w:pPr>
      <w:r w:rsidRPr="00BD77DB">
        <w:t>Identify applicable sectors and provide examples: mining, rail, energy, defence, automotive, infrastructure, agriculture, marine, general engineering, or other strategic sectors.</w:t>
      </w:r>
    </w:p>
    <w:tbl>
      <w:tblPr>
        <w:tblStyle w:val="TableGrid"/>
        <w:tblW w:w="5000" w:type="pct"/>
        <w:jc w:val="center"/>
        <w:tblLook w:val="04A0" w:firstRow="1" w:lastRow="0" w:firstColumn="1" w:lastColumn="0" w:noHBand="0" w:noVBand="1"/>
      </w:tblPr>
      <w:tblGrid>
        <w:gridCol w:w="1721"/>
        <w:gridCol w:w="2661"/>
        <w:gridCol w:w="2503"/>
        <w:gridCol w:w="3130"/>
        <w:gridCol w:w="1251"/>
      </w:tblGrid>
      <w:tr w:rsidR="001D65CC" w:rsidRPr="00BD77DB" w14:paraId="053E379F" w14:textId="77777777" w:rsidTr="001F230F">
        <w:trPr>
          <w:tblHeader/>
          <w:jc w:val="center"/>
        </w:trPr>
        <w:tc>
          <w:tcPr>
            <w:tcW w:w="764" w:type="pct"/>
            <w:shd w:val="clear" w:color="auto" w:fill="1F4E79"/>
            <w:tcMar>
              <w:top w:w="70" w:type="dxa"/>
              <w:left w:w="80" w:type="dxa"/>
              <w:bottom w:w="70" w:type="dxa"/>
              <w:right w:w="80" w:type="dxa"/>
            </w:tcMar>
            <w:vAlign w:val="center"/>
          </w:tcPr>
          <w:p w14:paraId="7C86A74F" w14:textId="77777777" w:rsidR="001D65CC" w:rsidRPr="00BD77DB" w:rsidRDefault="003722FC">
            <w:pPr>
              <w:jc w:val="center"/>
            </w:pPr>
            <w:r w:rsidRPr="00BD77DB">
              <w:rPr>
                <w:b/>
                <w:color w:val="FFFFFF"/>
                <w:sz w:val="16"/>
              </w:rPr>
              <w:t>Sector</w:t>
            </w:r>
          </w:p>
        </w:tc>
        <w:tc>
          <w:tcPr>
            <w:tcW w:w="1181" w:type="pct"/>
            <w:shd w:val="clear" w:color="auto" w:fill="1F4E79"/>
            <w:tcMar>
              <w:top w:w="70" w:type="dxa"/>
              <w:left w:w="80" w:type="dxa"/>
              <w:bottom w:w="70" w:type="dxa"/>
              <w:right w:w="80" w:type="dxa"/>
            </w:tcMar>
            <w:vAlign w:val="center"/>
          </w:tcPr>
          <w:p w14:paraId="54CD7B02" w14:textId="77777777" w:rsidR="001D65CC" w:rsidRPr="00BD77DB" w:rsidRDefault="003722FC">
            <w:pPr>
              <w:jc w:val="center"/>
            </w:pPr>
            <w:r w:rsidRPr="00BD77DB">
              <w:rPr>
                <w:b/>
                <w:color w:val="FFFFFF"/>
                <w:sz w:val="16"/>
              </w:rPr>
              <w:t>Existing products / services</w:t>
            </w:r>
          </w:p>
        </w:tc>
        <w:tc>
          <w:tcPr>
            <w:tcW w:w="1111" w:type="pct"/>
            <w:shd w:val="clear" w:color="auto" w:fill="1F4E79"/>
            <w:tcMar>
              <w:top w:w="70" w:type="dxa"/>
              <w:left w:w="80" w:type="dxa"/>
              <w:bottom w:w="70" w:type="dxa"/>
              <w:right w:w="80" w:type="dxa"/>
            </w:tcMar>
            <w:vAlign w:val="center"/>
          </w:tcPr>
          <w:p w14:paraId="69F4D88F" w14:textId="77777777" w:rsidR="001D65CC" w:rsidRPr="00BD77DB" w:rsidRDefault="003722FC">
            <w:pPr>
              <w:jc w:val="center"/>
            </w:pPr>
            <w:r w:rsidRPr="00BD77DB">
              <w:rPr>
                <w:b/>
                <w:color w:val="FFFFFF"/>
                <w:sz w:val="16"/>
              </w:rPr>
              <w:t>Current customers / market role</w:t>
            </w:r>
          </w:p>
        </w:tc>
        <w:tc>
          <w:tcPr>
            <w:tcW w:w="1389" w:type="pct"/>
            <w:shd w:val="clear" w:color="auto" w:fill="1F4E79"/>
            <w:tcMar>
              <w:top w:w="70" w:type="dxa"/>
              <w:left w:w="80" w:type="dxa"/>
              <w:bottom w:w="70" w:type="dxa"/>
              <w:right w:w="80" w:type="dxa"/>
            </w:tcMar>
            <w:vAlign w:val="center"/>
          </w:tcPr>
          <w:p w14:paraId="7124E82C" w14:textId="77777777" w:rsidR="001D65CC" w:rsidRPr="00BD77DB" w:rsidRDefault="003722FC">
            <w:pPr>
              <w:jc w:val="center"/>
            </w:pPr>
            <w:r w:rsidRPr="00BD77DB">
              <w:rPr>
                <w:b/>
                <w:color w:val="FFFFFF"/>
                <w:sz w:val="16"/>
              </w:rPr>
              <w:t>Potential programme contribution</w:t>
            </w:r>
          </w:p>
        </w:tc>
        <w:tc>
          <w:tcPr>
            <w:tcW w:w="556" w:type="pct"/>
            <w:shd w:val="clear" w:color="auto" w:fill="1F4E79"/>
            <w:tcMar>
              <w:top w:w="70" w:type="dxa"/>
              <w:left w:w="80" w:type="dxa"/>
              <w:bottom w:w="70" w:type="dxa"/>
              <w:right w:w="80" w:type="dxa"/>
            </w:tcMar>
            <w:vAlign w:val="center"/>
          </w:tcPr>
          <w:p w14:paraId="2FEBD459" w14:textId="77777777" w:rsidR="001D65CC" w:rsidRPr="00BD77DB" w:rsidRDefault="003722FC">
            <w:pPr>
              <w:jc w:val="center"/>
            </w:pPr>
            <w:r w:rsidRPr="00BD77DB">
              <w:rPr>
                <w:b/>
                <w:color w:val="FFFFFF"/>
                <w:sz w:val="16"/>
              </w:rPr>
              <w:t>Evidence ref.</w:t>
            </w:r>
          </w:p>
        </w:tc>
      </w:tr>
      <w:tr w:rsidR="001D65CC" w:rsidRPr="00BD77DB" w14:paraId="5E6D3B6D" w14:textId="77777777" w:rsidTr="001F230F">
        <w:trPr>
          <w:cantSplit/>
          <w:jc w:val="center"/>
        </w:trPr>
        <w:tc>
          <w:tcPr>
            <w:tcW w:w="764" w:type="pct"/>
            <w:shd w:val="clear" w:color="auto" w:fill="F4F8FB"/>
            <w:tcMar>
              <w:top w:w="70" w:type="dxa"/>
              <w:left w:w="80" w:type="dxa"/>
              <w:bottom w:w="70" w:type="dxa"/>
              <w:right w:w="80" w:type="dxa"/>
            </w:tcMar>
            <w:vAlign w:val="center"/>
          </w:tcPr>
          <w:p w14:paraId="3EE887B5" w14:textId="77777777" w:rsidR="001D65CC" w:rsidRPr="00BD77DB" w:rsidRDefault="001D65CC"/>
        </w:tc>
        <w:tc>
          <w:tcPr>
            <w:tcW w:w="1181" w:type="pct"/>
            <w:shd w:val="clear" w:color="auto" w:fill="F4F8FB"/>
            <w:tcMar>
              <w:top w:w="70" w:type="dxa"/>
              <w:left w:w="80" w:type="dxa"/>
              <w:bottom w:w="70" w:type="dxa"/>
              <w:right w:w="80" w:type="dxa"/>
            </w:tcMar>
            <w:vAlign w:val="center"/>
          </w:tcPr>
          <w:p w14:paraId="79AB0663" w14:textId="77777777" w:rsidR="001D65CC" w:rsidRPr="00BD77DB" w:rsidRDefault="001D65CC"/>
        </w:tc>
        <w:tc>
          <w:tcPr>
            <w:tcW w:w="1111" w:type="pct"/>
            <w:shd w:val="clear" w:color="auto" w:fill="F4F8FB"/>
            <w:tcMar>
              <w:top w:w="70" w:type="dxa"/>
              <w:left w:w="80" w:type="dxa"/>
              <w:bottom w:w="70" w:type="dxa"/>
              <w:right w:w="80" w:type="dxa"/>
            </w:tcMar>
            <w:vAlign w:val="center"/>
          </w:tcPr>
          <w:p w14:paraId="312109CA" w14:textId="77777777" w:rsidR="001D65CC" w:rsidRPr="00BD77DB" w:rsidRDefault="001D65CC"/>
        </w:tc>
        <w:tc>
          <w:tcPr>
            <w:tcW w:w="1389" w:type="pct"/>
            <w:shd w:val="clear" w:color="auto" w:fill="F4F8FB"/>
            <w:tcMar>
              <w:top w:w="70" w:type="dxa"/>
              <w:left w:w="80" w:type="dxa"/>
              <w:bottom w:w="70" w:type="dxa"/>
              <w:right w:w="80" w:type="dxa"/>
            </w:tcMar>
            <w:vAlign w:val="center"/>
          </w:tcPr>
          <w:p w14:paraId="5B814DBE" w14:textId="77777777" w:rsidR="001D65CC" w:rsidRPr="00BD77DB" w:rsidRDefault="001D65CC"/>
        </w:tc>
        <w:tc>
          <w:tcPr>
            <w:tcW w:w="556" w:type="pct"/>
            <w:shd w:val="clear" w:color="auto" w:fill="F4F8FB"/>
            <w:tcMar>
              <w:top w:w="70" w:type="dxa"/>
              <w:left w:w="80" w:type="dxa"/>
              <w:bottom w:w="70" w:type="dxa"/>
              <w:right w:w="80" w:type="dxa"/>
            </w:tcMar>
            <w:vAlign w:val="center"/>
          </w:tcPr>
          <w:p w14:paraId="0A90572E" w14:textId="77777777" w:rsidR="001D65CC" w:rsidRPr="00BD77DB" w:rsidRDefault="001D65CC"/>
        </w:tc>
      </w:tr>
      <w:tr w:rsidR="001D65CC" w:rsidRPr="00BD77DB" w14:paraId="58EE98EC" w14:textId="77777777" w:rsidTr="001F230F">
        <w:trPr>
          <w:cantSplit/>
          <w:jc w:val="center"/>
        </w:trPr>
        <w:tc>
          <w:tcPr>
            <w:tcW w:w="764" w:type="pct"/>
            <w:shd w:val="clear" w:color="auto" w:fill="F4F8FB"/>
            <w:tcMar>
              <w:top w:w="70" w:type="dxa"/>
              <w:left w:w="80" w:type="dxa"/>
              <w:bottom w:w="70" w:type="dxa"/>
              <w:right w:w="80" w:type="dxa"/>
            </w:tcMar>
            <w:vAlign w:val="center"/>
          </w:tcPr>
          <w:p w14:paraId="1F8DBBE3" w14:textId="77777777" w:rsidR="001D65CC" w:rsidRPr="00BD77DB" w:rsidRDefault="001D65CC"/>
        </w:tc>
        <w:tc>
          <w:tcPr>
            <w:tcW w:w="1181" w:type="pct"/>
            <w:shd w:val="clear" w:color="auto" w:fill="F4F8FB"/>
            <w:tcMar>
              <w:top w:w="70" w:type="dxa"/>
              <w:left w:w="80" w:type="dxa"/>
              <w:bottom w:w="70" w:type="dxa"/>
              <w:right w:w="80" w:type="dxa"/>
            </w:tcMar>
            <w:vAlign w:val="center"/>
          </w:tcPr>
          <w:p w14:paraId="1B6DAD89" w14:textId="77777777" w:rsidR="001D65CC" w:rsidRPr="00BD77DB" w:rsidRDefault="001D65CC"/>
        </w:tc>
        <w:tc>
          <w:tcPr>
            <w:tcW w:w="1111" w:type="pct"/>
            <w:shd w:val="clear" w:color="auto" w:fill="F4F8FB"/>
            <w:tcMar>
              <w:top w:w="70" w:type="dxa"/>
              <w:left w:w="80" w:type="dxa"/>
              <w:bottom w:w="70" w:type="dxa"/>
              <w:right w:w="80" w:type="dxa"/>
            </w:tcMar>
            <w:vAlign w:val="center"/>
          </w:tcPr>
          <w:p w14:paraId="59A731D7" w14:textId="77777777" w:rsidR="001D65CC" w:rsidRPr="00BD77DB" w:rsidRDefault="001D65CC"/>
        </w:tc>
        <w:tc>
          <w:tcPr>
            <w:tcW w:w="1389" w:type="pct"/>
            <w:shd w:val="clear" w:color="auto" w:fill="F4F8FB"/>
            <w:tcMar>
              <w:top w:w="70" w:type="dxa"/>
              <w:left w:w="80" w:type="dxa"/>
              <w:bottom w:w="70" w:type="dxa"/>
              <w:right w:w="80" w:type="dxa"/>
            </w:tcMar>
            <w:vAlign w:val="center"/>
          </w:tcPr>
          <w:p w14:paraId="7E2FF379" w14:textId="77777777" w:rsidR="001D65CC" w:rsidRPr="00BD77DB" w:rsidRDefault="001D65CC"/>
        </w:tc>
        <w:tc>
          <w:tcPr>
            <w:tcW w:w="556" w:type="pct"/>
            <w:shd w:val="clear" w:color="auto" w:fill="F4F8FB"/>
            <w:tcMar>
              <w:top w:w="70" w:type="dxa"/>
              <w:left w:w="80" w:type="dxa"/>
              <w:bottom w:w="70" w:type="dxa"/>
              <w:right w:w="80" w:type="dxa"/>
            </w:tcMar>
            <w:vAlign w:val="center"/>
          </w:tcPr>
          <w:p w14:paraId="109C5827" w14:textId="77777777" w:rsidR="001D65CC" w:rsidRPr="00BD77DB" w:rsidRDefault="001D65CC"/>
        </w:tc>
      </w:tr>
      <w:tr w:rsidR="001D65CC" w:rsidRPr="00BD77DB" w14:paraId="11D21F3A" w14:textId="77777777" w:rsidTr="001F230F">
        <w:trPr>
          <w:cantSplit/>
          <w:jc w:val="center"/>
        </w:trPr>
        <w:tc>
          <w:tcPr>
            <w:tcW w:w="764" w:type="pct"/>
            <w:shd w:val="clear" w:color="auto" w:fill="F4F8FB"/>
            <w:tcMar>
              <w:top w:w="70" w:type="dxa"/>
              <w:left w:w="80" w:type="dxa"/>
              <w:bottom w:w="70" w:type="dxa"/>
              <w:right w:w="80" w:type="dxa"/>
            </w:tcMar>
            <w:vAlign w:val="center"/>
          </w:tcPr>
          <w:p w14:paraId="546D7DE2" w14:textId="77777777" w:rsidR="001D65CC" w:rsidRPr="00BD77DB" w:rsidRDefault="001D65CC"/>
        </w:tc>
        <w:tc>
          <w:tcPr>
            <w:tcW w:w="1181" w:type="pct"/>
            <w:shd w:val="clear" w:color="auto" w:fill="F4F8FB"/>
            <w:tcMar>
              <w:top w:w="70" w:type="dxa"/>
              <w:left w:w="80" w:type="dxa"/>
              <w:bottom w:w="70" w:type="dxa"/>
              <w:right w:w="80" w:type="dxa"/>
            </w:tcMar>
            <w:vAlign w:val="center"/>
          </w:tcPr>
          <w:p w14:paraId="07833360" w14:textId="77777777" w:rsidR="001D65CC" w:rsidRPr="00BD77DB" w:rsidRDefault="001D65CC"/>
        </w:tc>
        <w:tc>
          <w:tcPr>
            <w:tcW w:w="1111" w:type="pct"/>
            <w:shd w:val="clear" w:color="auto" w:fill="F4F8FB"/>
            <w:tcMar>
              <w:top w:w="70" w:type="dxa"/>
              <w:left w:w="80" w:type="dxa"/>
              <w:bottom w:w="70" w:type="dxa"/>
              <w:right w:w="80" w:type="dxa"/>
            </w:tcMar>
            <w:vAlign w:val="center"/>
          </w:tcPr>
          <w:p w14:paraId="4F56AF68" w14:textId="77777777" w:rsidR="001D65CC" w:rsidRPr="00BD77DB" w:rsidRDefault="001D65CC"/>
        </w:tc>
        <w:tc>
          <w:tcPr>
            <w:tcW w:w="1389" w:type="pct"/>
            <w:shd w:val="clear" w:color="auto" w:fill="F4F8FB"/>
            <w:tcMar>
              <w:top w:w="70" w:type="dxa"/>
              <w:left w:w="80" w:type="dxa"/>
              <w:bottom w:w="70" w:type="dxa"/>
              <w:right w:w="80" w:type="dxa"/>
            </w:tcMar>
            <w:vAlign w:val="center"/>
          </w:tcPr>
          <w:p w14:paraId="4B941833" w14:textId="77777777" w:rsidR="001D65CC" w:rsidRPr="00BD77DB" w:rsidRDefault="001D65CC"/>
        </w:tc>
        <w:tc>
          <w:tcPr>
            <w:tcW w:w="556" w:type="pct"/>
            <w:shd w:val="clear" w:color="auto" w:fill="F4F8FB"/>
            <w:tcMar>
              <w:top w:w="70" w:type="dxa"/>
              <w:left w:w="80" w:type="dxa"/>
              <w:bottom w:w="70" w:type="dxa"/>
              <w:right w:w="80" w:type="dxa"/>
            </w:tcMar>
            <w:vAlign w:val="center"/>
          </w:tcPr>
          <w:p w14:paraId="0B713A31" w14:textId="77777777" w:rsidR="001D65CC" w:rsidRPr="00BD77DB" w:rsidRDefault="001D65CC"/>
        </w:tc>
      </w:tr>
      <w:tr w:rsidR="001D65CC" w:rsidRPr="00BD77DB" w14:paraId="6B201831" w14:textId="77777777" w:rsidTr="001F230F">
        <w:trPr>
          <w:cantSplit/>
          <w:jc w:val="center"/>
        </w:trPr>
        <w:tc>
          <w:tcPr>
            <w:tcW w:w="764" w:type="pct"/>
            <w:shd w:val="clear" w:color="auto" w:fill="F4F8FB"/>
            <w:tcMar>
              <w:top w:w="70" w:type="dxa"/>
              <w:left w:w="80" w:type="dxa"/>
              <w:bottom w:w="70" w:type="dxa"/>
              <w:right w:w="80" w:type="dxa"/>
            </w:tcMar>
            <w:vAlign w:val="center"/>
          </w:tcPr>
          <w:p w14:paraId="4504BB1A" w14:textId="77777777" w:rsidR="001D65CC" w:rsidRPr="00BD77DB" w:rsidRDefault="001D65CC"/>
        </w:tc>
        <w:tc>
          <w:tcPr>
            <w:tcW w:w="1181" w:type="pct"/>
            <w:shd w:val="clear" w:color="auto" w:fill="F4F8FB"/>
            <w:tcMar>
              <w:top w:w="70" w:type="dxa"/>
              <w:left w:w="80" w:type="dxa"/>
              <w:bottom w:w="70" w:type="dxa"/>
              <w:right w:w="80" w:type="dxa"/>
            </w:tcMar>
            <w:vAlign w:val="center"/>
          </w:tcPr>
          <w:p w14:paraId="618AB5C7" w14:textId="77777777" w:rsidR="001D65CC" w:rsidRPr="00BD77DB" w:rsidRDefault="001D65CC"/>
        </w:tc>
        <w:tc>
          <w:tcPr>
            <w:tcW w:w="1111" w:type="pct"/>
            <w:shd w:val="clear" w:color="auto" w:fill="F4F8FB"/>
            <w:tcMar>
              <w:top w:w="70" w:type="dxa"/>
              <w:left w:w="80" w:type="dxa"/>
              <w:bottom w:w="70" w:type="dxa"/>
              <w:right w:w="80" w:type="dxa"/>
            </w:tcMar>
            <w:vAlign w:val="center"/>
          </w:tcPr>
          <w:p w14:paraId="216C6B43" w14:textId="77777777" w:rsidR="001D65CC" w:rsidRPr="00BD77DB" w:rsidRDefault="001D65CC"/>
        </w:tc>
        <w:tc>
          <w:tcPr>
            <w:tcW w:w="1389" w:type="pct"/>
            <w:shd w:val="clear" w:color="auto" w:fill="F4F8FB"/>
            <w:tcMar>
              <w:top w:w="70" w:type="dxa"/>
              <w:left w:w="80" w:type="dxa"/>
              <w:bottom w:w="70" w:type="dxa"/>
              <w:right w:w="80" w:type="dxa"/>
            </w:tcMar>
            <w:vAlign w:val="center"/>
          </w:tcPr>
          <w:p w14:paraId="575BA641" w14:textId="77777777" w:rsidR="001D65CC" w:rsidRPr="00BD77DB" w:rsidRDefault="001D65CC"/>
        </w:tc>
        <w:tc>
          <w:tcPr>
            <w:tcW w:w="556" w:type="pct"/>
            <w:shd w:val="clear" w:color="auto" w:fill="F4F8FB"/>
            <w:tcMar>
              <w:top w:w="70" w:type="dxa"/>
              <w:left w:w="80" w:type="dxa"/>
              <w:bottom w:w="70" w:type="dxa"/>
              <w:right w:w="80" w:type="dxa"/>
            </w:tcMar>
            <w:vAlign w:val="center"/>
          </w:tcPr>
          <w:p w14:paraId="7205FF4D" w14:textId="77777777" w:rsidR="001D65CC" w:rsidRPr="00BD77DB" w:rsidRDefault="001D65CC"/>
        </w:tc>
      </w:tr>
      <w:tr w:rsidR="001D65CC" w:rsidRPr="00BD77DB" w14:paraId="4B61F0AB" w14:textId="77777777" w:rsidTr="001F230F">
        <w:trPr>
          <w:cantSplit/>
          <w:jc w:val="center"/>
        </w:trPr>
        <w:tc>
          <w:tcPr>
            <w:tcW w:w="764" w:type="pct"/>
            <w:shd w:val="clear" w:color="auto" w:fill="F4F8FB"/>
            <w:tcMar>
              <w:top w:w="70" w:type="dxa"/>
              <w:left w:w="80" w:type="dxa"/>
              <w:bottom w:w="70" w:type="dxa"/>
              <w:right w:w="80" w:type="dxa"/>
            </w:tcMar>
            <w:vAlign w:val="center"/>
          </w:tcPr>
          <w:p w14:paraId="494D0D4E" w14:textId="77777777" w:rsidR="001D65CC" w:rsidRPr="00BD77DB" w:rsidRDefault="001D65CC"/>
        </w:tc>
        <w:tc>
          <w:tcPr>
            <w:tcW w:w="1181" w:type="pct"/>
            <w:shd w:val="clear" w:color="auto" w:fill="F4F8FB"/>
            <w:tcMar>
              <w:top w:w="70" w:type="dxa"/>
              <w:left w:w="80" w:type="dxa"/>
              <w:bottom w:w="70" w:type="dxa"/>
              <w:right w:w="80" w:type="dxa"/>
            </w:tcMar>
            <w:vAlign w:val="center"/>
          </w:tcPr>
          <w:p w14:paraId="2C044CC4" w14:textId="77777777" w:rsidR="001D65CC" w:rsidRPr="00BD77DB" w:rsidRDefault="001D65CC"/>
        </w:tc>
        <w:tc>
          <w:tcPr>
            <w:tcW w:w="1111" w:type="pct"/>
            <w:shd w:val="clear" w:color="auto" w:fill="F4F8FB"/>
            <w:tcMar>
              <w:top w:w="70" w:type="dxa"/>
              <w:left w:w="80" w:type="dxa"/>
              <w:bottom w:w="70" w:type="dxa"/>
              <w:right w:w="80" w:type="dxa"/>
            </w:tcMar>
            <w:vAlign w:val="center"/>
          </w:tcPr>
          <w:p w14:paraId="3C01D677" w14:textId="77777777" w:rsidR="001D65CC" w:rsidRPr="00BD77DB" w:rsidRDefault="001D65CC"/>
        </w:tc>
        <w:tc>
          <w:tcPr>
            <w:tcW w:w="1389" w:type="pct"/>
            <w:shd w:val="clear" w:color="auto" w:fill="F4F8FB"/>
            <w:tcMar>
              <w:top w:w="70" w:type="dxa"/>
              <w:left w:w="80" w:type="dxa"/>
              <w:bottom w:w="70" w:type="dxa"/>
              <w:right w:w="80" w:type="dxa"/>
            </w:tcMar>
            <w:vAlign w:val="center"/>
          </w:tcPr>
          <w:p w14:paraId="2D8D7636" w14:textId="77777777" w:rsidR="001D65CC" w:rsidRPr="00BD77DB" w:rsidRDefault="001D65CC"/>
        </w:tc>
        <w:tc>
          <w:tcPr>
            <w:tcW w:w="556" w:type="pct"/>
            <w:shd w:val="clear" w:color="auto" w:fill="F4F8FB"/>
            <w:tcMar>
              <w:top w:w="70" w:type="dxa"/>
              <w:left w:w="80" w:type="dxa"/>
              <w:bottom w:w="70" w:type="dxa"/>
              <w:right w:w="80" w:type="dxa"/>
            </w:tcMar>
            <w:vAlign w:val="center"/>
          </w:tcPr>
          <w:p w14:paraId="26FCCD6F" w14:textId="77777777" w:rsidR="001D65CC" w:rsidRPr="00BD77DB" w:rsidRDefault="001D65CC"/>
        </w:tc>
      </w:tr>
    </w:tbl>
    <w:p w14:paraId="075AA5B1" w14:textId="30CA95FC" w:rsidR="001D65CC" w:rsidRPr="00BD77DB" w:rsidRDefault="003722FC" w:rsidP="00534602">
      <w:pPr>
        <w:pStyle w:val="Heading2"/>
      </w:pPr>
      <w:r w:rsidRPr="00BD77DB">
        <w:t>Collaboration readiness</w:t>
      </w:r>
    </w:p>
    <w:tbl>
      <w:tblPr>
        <w:tblStyle w:val="TableGrid"/>
        <w:tblW w:w="5000" w:type="pct"/>
        <w:jc w:val="center"/>
        <w:tblLook w:val="04A0" w:firstRow="1" w:lastRow="0" w:firstColumn="1" w:lastColumn="0" w:noHBand="0" w:noVBand="1"/>
      </w:tblPr>
      <w:tblGrid>
        <w:gridCol w:w="11266"/>
      </w:tblGrid>
      <w:tr w:rsidR="001D65CC" w:rsidRPr="00BD77DB" w14:paraId="1A5B0942" w14:textId="77777777" w:rsidTr="001F230F">
        <w:trPr>
          <w:cantSplit/>
          <w:jc w:val="center"/>
        </w:trPr>
        <w:tc>
          <w:tcPr>
            <w:tcW w:w="5000" w:type="pct"/>
            <w:shd w:val="clear" w:color="auto" w:fill="F4F8FB"/>
            <w:tcMar>
              <w:top w:w="70" w:type="dxa"/>
              <w:left w:w="80" w:type="dxa"/>
              <w:bottom w:w="70" w:type="dxa"/>
              <w:right w:w="80" w:type="dxa"/>
            </w:tcMar>
            <w:vAlign w:val="center"/>
          </w:tcPr>
          <w:p w14:paraId="3B933B69" w14:textId="77777777" w:rsidR="001D65CC" w:rsidRPr="00BD77DB" w:rsidRDefault="003722FC">
            <w:r w:rsidRPr="00BD77DB">
              <w:rPr>
                <w:color w:val="666666"/>
                <w:sz w:val="18"/>
              </w:rPr>
              <w:t>[Describe willingness and ability to collaborate with CSIR, OEMs, foundries, SMMEs, machining companies, universities and other partners. Include data-sharing, technical engagement and project governance considerations where relevant. Maximum 200 words.]</w:t>
            </w:r>
            <w:r w:rsidRPr="00BD77DB">
              <w:br/>
            </w:r>
            <w:r w:rsidRPr="00BD77DB">
              <w:br/>
            </w:r>
            <w:r w:rsidRPr="00BD77DB">
              <w:br/>
            </w:r>
          </w:p>
        </w:tc>
      </w:tr>
    </w:tbl>
    <w:p w14:paraId="317EE1D9" w14:textId="44CA44DA" w:rsidR="001D65CC" w:rsidRPr="00BD77DB" w:rsidRDefault="003722FC" w:rsidP="00534602">
      <w:pPr>
        <w:pStyle w:val="Heading1"/>
      </w:pPr>
      <w:r w:rsidRPr="00BD77DB">
        <w:t>Supporting Documents Index</w:t>
      </w:r>
    </w:p>
    <w:p w14:paraId="6BAB1680" w14:textId="77777777" w:rsidR="001D65CC" w:rsidRPr="00BD77DB" w:rsidRDefault="003722FC">
      <w:pPr>
        <w:spacing w:after="60" w:line="252" w:lineRule="auto"/>
      </w:pPr>
      <w:r w:rsidRPr="00BD77DB">
        <w:t>List every document submitted with this application. Use the same attachment reference throughout the template.</w:t>
      </w:r>
    </w:p>
    <w:tbl>
      <w:tblPr>
        <w:tblStyle w:val="TableGrid"/>
        <w:tblW w:w="5000" w:type="pct"/>
        <w:jc w:val="center"/>
        <w:tblLook w:val="04A0" w:firstRow="1" w:lastRow="0" w:firstColumn="1" w:lastColumn="0" w:noHBand="0" w:noVBand="1"/>
      </w:tblPr>
      <w:tblGrid>
        <w:gridCol w:w="1565"/>
        <w:gridCol w:w="3991"/>
        <w:gridCol w:w="2269"/>
        <w:gridCol w:w="1564"/>
        <w:gridCol w:w="1877"/>
      </w:tblGrid>
      <w:tr w:rsidR="001D65CC" w:rsidRPr="00BD77DB" w14:paraId="006988E8" w14:textId="77777777" w:rsidTr="001F230F">
        <w:trPr>
          <w:tblHeader/>
          <w:jc w:val="center"/>
        </w:trPr>
        <w:tc>
          <w:tcPr>
            <w:tcW w:w="694" w:type="pct"/>
            <w:shd w:val="clear" w:color="auto" w:fill="1F4E79"/>
            <w:tcMar>
              <w:top w:w="70" w:type="dxa"/>
              <w:left w:w="80" w:type="dxa"/>
              <w:bottom w:w="70" w:type="dxa"/>
              <w:right w:w="80" w:type="dxa"/>
            </w:tcMar>
            <w:vAlign w:val="center"/>
          </w:tcPr>
          <w:p w14:paraId="1D8B1015" w14:textId="77777777" w:rsidR="001D65CC" w:rsidRPr="00BD77DB" w:rsidRDefault="003722FC">
            <w:pPr>
              <w:jc w:val="center"/>
            </w:pPr>
            <w:r w:rsidRPr="00BD77DB">
              <w:rPr>
                <w:b/>
                <w:color w:val="FFFFFF"/>
                <w:sz w:val="16"/>
              </w:rPr>
              <w:t>Attachment ref.</w:t>
            </w:r>
          </w:p>
        </w:tc>
        <w:tc>
          <w:tcPr>
            <w:tcW w:w="1771" w:type="pct"/>
            <w:shd w:val="clear" w:color="auto" w:fill="1F4E79"/>
            <w:tcMar>
              <w:top w:w="70" w:type="dxa"/>
              <w:left w:w="80" w:type="dxa"/>
              <w:bottom w:w="70" w:type="dxa"/>
              <w:right w:w="80" w:type="dxa"/>
            </w:tcMar>
            <w:vAlign w:val="center"/>
          </w:tcPr>
          <w:p w14:paraId="7AF4B889" w14:textId="77777777" w:rsidR="001D65CC" w:rsidRPr="00BD77DB" w:rsidRDefault="003722FC">
            <w:pPr>
              <w:jc w:val="center"/>
            </w:pPr>
            <w:r w:rsidRPr="00BD77DB">
              <w:rPr>
                <w:b/>
                <w:color w:val="FFFFFF"/>
                <w:sz w:val="16"/>
              </w:rPr>
              <w:t>Document title / description</w:t>
            </w:r>
          </w:p>
        </w:tc>
        <w:tc>
          <w:tcPr>
            <w:tcW w:w="1007" w:type="pct"/>
            <w:shd w:val="clear" w:color="auto" w:fill="1F4E79"/>
            <w:tcMar>
              <w:top w:w="70" w:type="dxa"/>
              <w:left w:w="80" w:type="dxa"/>
              <w:bottom w:w="70" w:type="dxa"/>
              <w:right w:w="80" w:type="dxa"/>
            </w:tcMar>
            <w:vAlign w:val="center"/>
          </w:tcPr>
          <w:p w14:paraId="195867D8" w14:textId="77777777" w:rsidR="001D65CC" w:rsidRPr="00BD77DB" w:rsidRDefault="003722FC">
            <w:pPr>
              <w:jc w:val="center"/>
            </w:pPr>
            <w:r w:rsidRPr="00BD77DB">
              <w:rPr>
                <w:b/>
                <w:color w:val="FFFFFF"/>
                <w:sz w:val="16"/>
              </w:rPr>
              <w:t>Issued by / source</w:t>
            </w:r>
          </w:p>
        </w:tc>
        <w:tc>
          <w:tcPr>
            <w:tcW w:w="694" w:type="pct"/>
            <w:shd w:val="clear" w:color="auto" w:fill="1F4E79"/>
            <w:tcMar>
              <w:top w:w="70" w:type="dxa"/>
              <w:left w:w="80" w:type="dxa"/>
              <w:bottom w:w="70" w:type="dxa"/>
              <w:right w:w="80" w:type="dxa"/>
            </w:tcMar>
            <w:vAlign w:val="center"/>
          </w:tcPr>
          <w:p w14:paraId="6F94778C" w14:textId="77777777" w:rsidR="001D65CC" w:rsidRPr="00BD77DB" w:rsidRDefault="003722FC">
            <w:pPr>
              <w:jc w:val="center"/>
            </w:pPr>
            <w:r w:rsidRPr="00BD77DB">
              <w:rPr>
                <w:b/>
                <w:color w:val="FFFFFF"/>
                <w:sz w:val="16"/>
              </w:rPr>
              <w:t>Date / validity</w:t>
            </w:r>
          </w:p>
        </w:tc>
        <w:tc>
          <w:tcPr>
            <w:tcW w:w="833" w:type="pct"/>
            <w:shd w:val="clear" w:color="auto" w:fill="1F4E79"/>
            <w:tcMar>
              <w:top w:w="70" w:type="dxa"/>
              <w:left w:w="80" w:type="dxa"/>
              <w:bottom w:w="70" w:type="dxa"/>
              <w:right w:w="80" w:type="dxa"/>
            </w:tcMar>
            <w:vAlign w:val="center"/>
          </w:tcPr>
          <w:p w14:paraId="2DBB2AE6" w14:textId="77777777" w:rsidR="001D65CC" w:rsidRPr="00BD77DB" w:rsidRDefault="003722FC">
            <w:pPr>
              <w:jc w:val="center"/>
            </w:pPr>
            <w:r w:rsidRPr="00BD77DB">
              <w:rPr>
                <w:b/>
                <w:color w:val="FFFFFF"/>
                <w:sz w:val="16"/>
              </w:rPr>
              <w:t>Criteria supported</w:t>
            </w:r>
          </w:p>
        </w:tc>
      </w:tr>
      <w:tr w:rsidR="001D65CC" w:rsidRPr="00BD77DB" w14:paraId="3A8CDE9F" w14:textId="77777777" w:rsidTr="001F230F">
        <w:trPr>
          <w:cantSplit/>
          <w:jc w:val="center"/>
        </w:trPr>
        <w:tc>
          <w:tcPr>
            <w:tcW w:w="694" w:type="pct"/>
            <w:shd w:val="clear" w:color="auto" w:fill="F4F8FB"/>
            <w:tcMar>
              <w:top w:w="70" w:type="dxa"/>
              <w:left w:w="80" w:type="dxa"/>
              <w:bottom w:w="70" w:type="dxa"/>
              <w:right w:w="80" w:type="dxa"/>
            </w:tcMar>
            <w:vAlign w:val="center"/>
          </w:tcPr>
          <w:p w14:paraId="6BB5ED77" w14:textId="77777777" w:rsidR="001D65CC" w:rsidRPr="00BD77DB" w:rsidRDefault="001D65CC"/>
        </w:tc>
        <w:tc>
          <w:tcPr>
            <w:tcW w:w="1771" w:type="pct"/>
            <w:shd w:val="clear" w:color="auto" w:fill="F4F8FB"/>
            <w:tcMar>
              <w:top w:w="70" w:type="dxa"/>
              <w:left w:w="80" w:type="dxa"/>
              <w:bottom w:w="70" w:type="dxa"/>
              <w:right w:w="80" w:type="dxa"/>
            </w:tcMar>
            <w:vAlign w:val="center"/>
          </w:tcPr>
          <w:p w14:paraId="3D63EF7C" w14:textId="77777777" w:rsidR="001D65CC" w:rsidRPr="00BD77DB" w:rsidRDefault="001D65CC"/>
        </w:tc>
        <w:tc>
          <w:tcPr>
            <w:tcW w:w="1007" w:type="pct"/>
            <w:shd w:val="clear" w:color="auto" w:fill="F4F8FB"/>
            <w:tcMar>
              <w:top w:w="70" w:type="dxa"/>
              <w:left w:w="80" w:type="dxa"/>
              <w:bottom w:w="70" w:type="dxa"/>
              <w:right w:w="80" w:type="dxa"/>
            </w:tcMar>
            <w:vAlign w:val="center"/>
          </w:tcPr>
          <w:p w14:paraId="3DE736A6" w14:textId="77777777" w:rsidR="001D65CC" w:rsidRPr="00BD77DB" w:rsidRDefault="001D65CC"/>
        </w:tc>
        <w:tc>
          <w:tcPr>
            <w:tcW w:w="694" w:type="pct"/>
            <w:shd w:val="clear" w:color="auto" w:fill="F4F8FB"/>
            <w:tcMar>
              <w:top w:w="70" w:type="dxa"/>
              <w:left w:w="80" w:type="dxa"/>
              <w:bottom w:w="70" w:type="dxa"/>
              <w:right w:w="80" w:type="dxa"/>
            </w:tcMar>
            <w:vAlign w:val="center"/>
          </w:tcPr>
          <w:p w14:paraId="6A284689" w14:textId="77777777" w:rsidR="001D65CC" w:rsidRPr="00BD77DB" w:rsidRDefault="001D65CC"/>
        </w:tc>
        <w:tc>
          <w:tcPr>
            <w:tcW w:w="833" w:type="pct"/>
            <w:shd w:val="clear" w:color="auto" w:fill="F4F8FB"/>
            <w:tcMar>
              <w:top w:w="70" w:type="dxa"/>
              <w:left w:w="80" w:type="dxa"/>
              <w:bottom w:w="70" w:type="dxa"/>
              <w:right w:w="80" w:type="dxa"/>
            </w:tcMar>
            <w:vAlign w:val="center"/>
          </w:tcPr>
          <w:p w14:paraId="2626D382" w14:textId="77777777" w:rsidR="001D65CC" w:rsidRPr="00BD77DB" w:rsidRDefault="001D65CC"/>
        </w:tc>
      </w:tr>
      <w:tr w:rsidR="001D65CC" w:rsidRPr="00BD77DB" w14:paraId="00876061" w14:textId="77777777" w:rsidTr="001F230F">
        <w:trPr>
          <w:cantSplit/>
          <w:jc w:val="center"/>
        </w:trPr>
        <w:tc>
          <w:tcPr>
            <w:tcW w:w="694" w:type="pct"/>
            <w:shd w:val="clear" w:color="auto" w:fill="F4F8FB"/>
            <w:tcMar>
              <w:top w:w="70" w:type="dxa"/>
              <w:left w:w="80" w:type="dxa"/>
              <w:bottom w:w="70" w:type="dxa"/>
              <w:right w:w="80" w:type="dxa"/>
            </w:tcMar>
            <w:vAlign w:val="center"/>
          </w:tcPr>
          <w:p w14:paraId="49453CAC" w14:textId="77777777" w:rsidR="001D65CC" w:rsidRPr="00BD77DB" w:rsidRDefault="001D65CC"/>
        </w:tc>
        <w:tc>
          <w:tcPr>
            <w:tcW w:w="1771" w:type="pct"/>
            <w:shd w:val="clear" w:color="auto" w:fill="F4F8FB"/>
            <w:tcMar>
              <w:top w:w="70" w:type="dxa"/>
              <w:left w:w="80" w:type="dxa"/>
              <w:bottom w:w="70" w:type="dxa"/>
              <w:right w:w="80" w:type="dxa"/>
            </w:tcMar>
            <w:vAlign w:val="center"/>
          </w:tcPr>
          <w:p w14:paraId="00357432" w14:textId="77777777" w:rsidR="001D65CC" w:rsidRPr="00BD77DB" w:rsidRDefault="001D65CC"/>
        </w:tc>
        <w:tc>
          <w:tcPr>
            <w:tcW w:w="1007" w:type="pct"/>
            <w:shd w:val="clear" w:color="auto" w:fill="F4F8FB"/>
            <w:tcMar>
              <w:top w:w="70" w:type="dxa"/>
              <w:left w:w="80" w:type="dxa"/>
              <w:bottom w:w="70" w:type="dxa"/>
              <w:right w:w="80" w:type="dxa"/>
            </w:tcMar>
            <w:vAlign w:val="center"/>
          </w:tcPr>
          <w:p w14:paraId="1DB7503F" w14:textId="77777777" w:rsidR="001D65CC" w:rsidRPr="00BD77DB" w:rsidRDefault="001D65CC"/>
        </w:tc>
        <w:tc>
          <w:tcPr>
            <w:tcW w:w="694" w:type="pct"/>
            <w:shd w:val="clear" w:color="auto" w:fill="F4F8FB"/>
            <w:tcMar>
              <w:top w:w="70" w:type="dxa"/>
              <w:left w:w="80" w:type="dxa"/>
              <w:bottom w:w="70" w:type="dxa"/>
              <w:right w:w="80" w:type="dxa"/>
            </w:tcMar>
            <w:vAlign w:val="center"/>
          </w:tcPr>
          <w:p w14:paraId="1C8E4F91" w14:textId="77777777" w:rsidR="001D65CC" w:rsidRPr="00BD77DB" w:rsidRDefault="001D65CC"/>
        </w:tc>
        <w:tc>
          <w:tcPr>
            <w:tcW w:w="833" w:type="pct"/>
            <w:shd w:val="clear" w:color="auto" w:fill="F4F8FB"/>
            <w:tcMar>
              <w:top w:w="70" w:type="dxa"/>
              <w:left w:w="80" w:type="dxa"/>
              <w:bottom w:w="70" w:type="dxa"/>
              <w:right w:w="80" w:type="dxa"/>
            </w:tcMar>
            <w:vAlign w:val="center"/>
          </w:tcPr>
          <w:p w14:paraId="1A8F24E7" w14:textId="77777777" w:rsidR="001D65CC" w:rsidRPr="00BD77DB" w:rsidRDefault="001D65CC"/>
        </w:tc>
      </w:tr>
      <w:tr w:rsidR="001D65CC" w:rsidRPr="00BD77DB" w14:paraId="03A17792" w14:textId="77777777" w:rsidTr="001F230F">
        <w:trPr>
          <w:cantSplit/>
          <w:jc w:val="center"/>
        </w:trPr>
        <w:tc>
          <w:tcPr>
            <w:tcW w:w="694" w:type="pct"/>
            <w:shd w:val="clear" w:color="auto" w:fill="F4F8FB"/>
            <w:tcMar>
              <w:top w:w="70" w:type="dxa"/>
              <w:left w:w="80" w:type="dxa"/>
              <w:bottom w:w="70" w:type="dxa"/>
              <w:right w:w="80" w:type="dxa"/>
            </w:tcMar>
            <w:vAlign w:val="center"/>
          </w:tcPr>
          <w:p w14:paraId="64890E07" w14:textId="77777777" w:rsidR="001D65CC" w:rsidRPr="00BD77DB" w:rsidRDefault="001D65CC"/>
        </w:tc>
        <w:tc>
          <w:tcPr>
            <w:tcW w:w="1771" w:type="pct"/>
            <w:shd w:val="clear" w:color="auto" w:fill="F4F8FB"/>
            <w:tcMar>
              <w:top w:w="70" w:type="dxa"/>
              <w:left w:w="80" w:type="dxa"/>
              <w:bottom w:w="70" w:type="dxa"/>
              <w:right w:w="80" w:type="dxa"/>
            </w:tcMar>
            <w:vAlign w:val="center"/>
          </w:tcPr>
          <w:p w14:paraId="78EC0380" w14:textId="77777777" w:rsidR="001D65CC" w:rsidRPr="00BD77DB" w:rsidRDefault="001D65CC"/>
        </w:tc>
        <w:tc>
          <w:tcPr>
            <w:tcW w:w="1007" w:type="pct"/>
            <w:shd w:val="clear" w:color="auto" w:fill="F4F8FB"/>
            <w:tcMar>
              <w:top w:w="70" w:type="dxa"/>
              <w:left w:w="80" w:type="dxa"/>
              <w:bottom w:w="70" w:type="dxa"/>
              <w:right w:w="80" w:type="dxa"/>
            </w:tcMar>
            <w:vAlign w:val="center"/>
          </w:tcPr>
          <w:p w14:paraId="114F2C74" w14:textId="77777777" w:rsidR="001D65CC" w:rsidRPr="00BD77DB" w:rsidRDefault="001D65CC"/>
        </w:tc>
        <w:tc>
          <w:tcPr>
            <w:tcW w:w="694" w:type="pct"/>
            <w:shd w:val="clear" w:color="auto" w:fill="F4F8FB"/>
            <w:tcMar>
              <w:top w:w="70" w:type="dxa"/>
              <w:left w:w="80" w:type="dxa"/>
              <w:bottom w:w="70" w:type="dxa"/>
              <w:right w:w="80" w:type="dxa"/>
            </w:tcMar>
            <w:vAlign w:val="center"/>
          </w:tcPr>
          <w:p w14:paraId="256927CC" w14:textId="77777777" w:rsidR="001D65CC" w:rsidRPr="00BD77DB" w:rsidRDefault="001D65CC"/>
        </w:tc>
        <w:tc>
          <w:tcPr>
            <w:tcW w:w="833" w:type="pct"/>
            <w:shd w:val="clear" w:color="auto" w:fill="F4F8FB"/>
            <w:tcMar>
              <w:top w:w="70" w:type="dxa"/>
              <w:left w:w="80" w:type="dxa"/>
              <w:bottom w:w="70" w:type="dxa"/>
              <w:right w:w="80" w:type="dxa"/>
            </w:tcMar>
            <w:vAlign w:val="center"/>
          </w:tcPr>
          <w:p w14:paraId="4E2885CA" w14:textId="77777777" w:rsidR="001D65CC" w:rsidRPr="00BD77DB" w:rsidRDefault="001D65CC"/>
        </w:tc>
      </w:tr>
      <w:tr w:rsidR="001D65CC" w:rsidRPr="00BD77DB" w14:paraId="65E39099" w14:textId="77777777" w:rsidTr="001F230F">
        <w:trPr>
          <w:cantSplit/>
          <w:jc w:val="center"/>
        </w:trPr>
        <w:tc>
          <w:tcPr>
            <w:tcW w:w="694" w:type="pct"/>
            <w:shd w:val="clear" w:color="auto" w:fill="F4F8FB"/>
            <w:tcMar>
              <w:top w:w="70" w:type="dxa"/>
              <w:left w:w="80" w:type="dxa"/>
              <w:bottom w:w="70" w:type="dxa"/>
              <w:right w:w="80" w:type="dxa"/>
            </w:tcMar>
            <w:vAlign w:val="center"/>
          </w:tcPr>
          <w:p w14:paraId="6474BFB4" w14:textId="77777777" w:rsidR="001D65CC" w:rsidRPr="00BD77DB" w:rsidRDefault="001D65CC"/>
        </w:tc>
        <w:tc>
          <w:tcPr>
            <w:tcW w:w="1771" w:type="pct"/>
            <w:shd w:val="clear" w:color="auto" w:fill="F4F8FB"/>
            <w:tcMar>
              <w:top w:w="70" w:type="dxa"/>
              <w:left w:w="80" w:type="dxa"/>
              <w:bottom w:w="70" w:type="dxa"/>
              <w:right w:w="80" w:type="dxa"/>
            </w:tcMar>
            <w:vAlign w:val="center"/>
          </w:tcPr>
          <w:p w14:paraId="6DEB47E9" w14:textId="77777777" w:rsidR="001D65CC" w:rsidRPr="00BD77DB" w:rsidRDefault="001D65CC"/>
        </w:tc>
        <w:tc>
          <w:tcPr>
            <w:tcW w:w="1007" w:type="pct"/>
            <w:shd w:val="clear" w:color="auto" w:fill="F4F8FB"/>
            <w:tcMar>
              <w:top w:w="70" w:type="dxa"/>
              <w:left w:w="80" w:type="dxa"/>
              <w:bottom w:w="70" w:type="dxa"/>
              <w:right w:w="80" w:type="dxa"/>
            </w:tcMar>
            <w:vAlign w:val="center"/>
          </w:tcPr>
          <w:p w14:paraId="7632A895" w14:textId="77777777" w:rsidR="001D65CC" w:rsidRPr="00BD77DB" w:rsidRDefault="001D65CC"/>
        </w:tc>
        <w:tc>
          <w:tcPr>
            <w:tcW w:w="694" w:type="pct"/>
            <w:shd w:val="clear" w:color="auto" w:fill="F4F8FB"/>
            <w:tcMar>
              <w:top w:w="70" w:type="dxa"/>
              <w:left w:w="80" w:type="dxa"/>
              <w:bottom w:w="70" w:type="dxa"/>
              <w:right w:w="80" w:type="dxa"/>
            </w:tcMar>
            <w:vAlign w:val="center"/>
          </w:tcPr>
          <w:p w14:paraId="107A4E8C" w14:textId="77777777" w:rsidR="001D65CC" w:rsidRPr="00BD77DB" w:rsidRDefault="001D65CC"/>
        </w:tc>
        <w:tc>
          <w:tcPr>
            <w:tcW w:w="833" w:type="pct"/>
            <w:shd w:val="clear" w:color="auto" w:fill="F4F8FB"/>
            <w:tcMar>
              <w:top w:w="70" w:type="dxa"/>
              <w:left w:w="80" w:type="dxa"/>
              <w:bottom w:w="70" w:type="dxa"/>
              <w:right w:w="80" w:type="dxa"/>
            </w:tcMar>
            <w:vAlign w:val="center"/>
          </w:tcPr>
          <w:p w14:paraId="3F24126C" w14:textId="77777777" w:rsidR="001D65CC" w:rsidRPr="00BD77DB" w:rsidRDefault="001D65CC"/>
        </w:tc>
      </w:tr>
      <w:tr w:rsidR="001D65CC" w:rsidRPr="00BD77DB" w14:paraId="35BE1001" w14:textId="77777777" w:rsidTr="001F230F">
        <w:trPr>
          <w:cantSplit/>
          <w:jc w:val="center"/>
        </w:trPr>
        <w:tc>
          <w:tcPr>
            <w:tcW w:w="694" w:type="pct"/>
            <w:shd w:val="clear" w:color="auto" w:fill="F4F8FB"/>
            <w:tcMar>
              <w:top w:w="70" w:type="dxa"/>
              <w:left w:w="80" w:type="dxa"/>
              <w:bottom w:w="70" w:type="dxa"/>
              <w:right w:w="80" w:type="dxa"/>
            </w:tcMar>
            <w:vAlign w:val="center"/>
          </w:tcPr>
          <w:p w14:paraId="662F35D7" w14:textId="77777777" w:rsidR="001D65CC" w:rsidRPr="00BD77DB" w:rsidRDefault="001D65CC"/>
        </w:tc>
        <w:tc>
          <w:tcPr>
            <w:tcW w:w="1771" w:type="pct"/>
            <w:shd w:val="clear" w:color="auto" w:fill="F4F8FB"/>
            <w:tcMar>
              <w:top w:w="70" w:type="dxa"/>
              <w:left w:w="80" w:type="dxa"/>
              <w:bottom w:w="70" w:type="dxa"/>
              <w:right w:w="80" w:type="dxa"/>
            </w:tcMar>
            <w:vAlign w:val="center"/>
          </w:tcPr>
          <w:p w14:paraId="3C316767" w14:textId="77777777" w:rsidR="001D65CC" w:rsidRPr="00BD77DB" w:rsidRDefault="001D65CC"/>
        </w:tc>
        <w:tc>
          <w:tcPr>
            <w:tcW w:w="1007" w:type="pct"/>
            <w:shd w:val="clear" w:color="auto" w:fill="F4F8FB"/>
            <w:tcMar>
              <w:top w:w="70" w:type="dxa"/>
              <w:left w:w="80" w:type="dxa"/>
              <w:bottom w:w="70" w:type="dxa"/>
              <w:right w:w="80" w:type="dxa"/>
            </w:tcMar>
            <w:vAlign w:val="center"/>
          </w:tcPr>
          <w:p w14:paraId="4E589C48" w14:textId="77777777" w:rsidR="001D65CC" w:rsidRPr="00BD77DB" w:rsidRDefault="001D65CC"/>
        </w:tc>
        <w:tc>
          <w:tcPr>
            <w:tcW w:w="694" w:type="pct"/>
            <w:shd w:val="clear" w:color="auto" w:fill="F4F8FB"/>
            <w:tcMar>
              <w:top w:w="70" w:type="dxa"/>
              <w:left w:w="80" w:type="dxa"/>
              <w:bottom w:w="70" w:type="dxa"/>
              <w:right w:w="80" w:type="dxa"/>
            </w:tcMar>
            <w:vAlign w:val="center"/>
          </w:tcPr>
          <w:p w14:paraId="38704309" w14:textId="77777777" w:rsidR="001D65CC" w:rsidRPr="00BD77DB" w:rsidRDefault="001D65CC"/>
        </w:tc>
        <w:tc>
          <w:tcPr>
            <w:tcW w:w="833" w:type="pct"/>
            <w:shd w:val="clear" w:color="auto" w:fill="F4F8FB"/>
            <w:tcMar>
              <w:top w:w="70" w:type="dxa"/>
              <w:left w:w="80" w:type="dxa"/>
              <w:bottom w:w="70" w:type="dxa"/>
              <w:right w:w="80" w:type="dxa"/>
            </w:tcMar>
            <w:vAlign w:val="center"/>
          </w:tcPr>
          <w:p w14:paraId="45C871AF" w14:textId="77777777" w:rsidR="001D65CC" w:rsidRPr="00BD77DB" w:rsidRDefault="001D65CC"/>
        </w:tc>
      </w:tr>
      <w:tr w:rsidR="001D65CC" w:rsidRPr="00BD77DB" w14:paraId="6A0BF0C5" w14:textId="77777777" w:rsidTr="001F230F">
        <w:trPr>
          <w:cantSplit/>
          <w:jc w:val="center"/>
        </w:trPr>
        <w:tc>
          <w:tcPr>
            <w:tcW w:w="694" w:type="pct"/>
            <w:shd w:val="clear" w:color="auto" w:fill="F4F8FB"/>
            <w:tcMar>
              <w:top w:w="70" w:type="dxa"/>
              <w:left w:w="80" w:type="dxa"/>
              <w:bottom w:w="70" w:type="dxa"/>
              <w:right w:w="80" w:type="dxa"/>
            </w:tcMar>
            <w:vAlign w:val="center"/>
          </w:tcPr>
          <w:p w14:paraId="5778D080" w14:textId="77777777" w:rsidR="001D65CC" w:rsidRPr="00BD77DB" w:rsidRDefault="001D65CC"/>
        </w:tc>
        <w:tc>
          <w:tcPr>
            <w:tcW w:w="1771" w:type="pct"/>
            <w:shd w:val="clear" w:color="auto" w:fill="F4F8FB"/>
            <w:tcMar>
              <w:top w:w="70" w:type="dxa"/>
              <w:left w:w="80" w:type="dxa"/>
              <w:bottom w:w="70" w:type="dxa"/>
              <w:right w:w="80" w:type="dxa"/>
            </w:tcMar>
            <w:vAlign w:val="center"/>
          </w:tcPr>
          <w:p w14:paraId="50E3AC0B" w14:textId="77777777" w:rsidR="001D65CC" w:rsidRPr="00BD77DB" w:rsidRDefault="001D65CC"/>
        </w:tc>
        <w:tc>
          <w:tcPr>
            <w:tcW w:w="1007" w:type="pct"/>
            <w:shd w:val="clear" w:color="auto" w:fill="F4F8FB"/>
            <w:tcMar>
              <w:top w:w="70" w:type="dxa"/>
              <w:left w:w="80" w:type="dxa"/>
              <w:bottom w:w="70" w:type="dxa"/>
              <w:right w:w="80" w:type="dxa"/>
            </w:tcMar>
            <w:vAlign w:val="center"/>
          </w:tcPr>
          <w:p w14:paraId="494C1144" w14:textId="77777777" w:rsidR="001D65CC" w:rsidRPr="00BD77DB" w:rsidRDefault="001D65CC"/>
        </w:tc>
        <w:tc>
          <w:tcPr>
            <w:tcW w:w="694" w:type="pct"/>
            <w:shd w:val="clear" w:color="auto" w:fill="F4F8FB"/>
            <w:tcMar>
              <w:top w:w="70" w:type="dxa"/>
              <w:left w:w="80" w:type="dxa"/>
              <w:bottom w:w="70" w:type="dxa"/>
              <w:right w:w="80" w:type="dxa"/>
            </w:tcMar>
            <w:vAlign w:val="center"/>
          </w:tcPr>
          <w:p w14:paraId="063F2D6E" w14:textId="77777777" w:rsidR="001D65CC" w:rsidRPr="00BD77DB" w:rsidRDefault="001D65CC"/>
        </w:tc>
        <w:tc>
          <w:tcPr>
            <w:tcW w:w="833" w:type="pct"/>
            <w:shd w:val="clear" w:color="auto" w:fill="F4F8FB"/>
            <w:tcMar>
              <w:top w:w="70" w:type="dxa"/>
              <w:left w:w="80" w:type="dxa"/>
              <w:bottom w:w="70" w:type="dxa"/>
              <w:right w:w="80" w:type="dxa"/>
            </w:tcMar>
            <w:vAlign w:val="center"/>
          </w:tcPr>
          <w:p w14:paraId="40BE92A1" w14:textId="77777777" w:rsidR="001D65CC" w:rsidRPr="00BD77DB" w:rsidRDefault="001D65CC"/>
        </w:tc>
      </w:tr>
      <w:tr w:rsidR="001D65CC" w:rsidRPr="00BD77DB" w14:paraId="7E058BE0" w14:textId="77777777" w:rsidTr="001F230F">
        <w:trPr>
          <w:cantSplit/>
          <w:jc w:val="center"/>
        </w:trPr>
        <w:tc>
          <w:tcPr>
            <w:tcW w:w="694" w:type="pct"/>
            <w:shd w:val="clear" w:color="auto" w:fill="F4F8FB"/>
            <w:tcMar>
              <w:top w:w="70" w:type="dxa"/>
              <w:left w:w="80" w:type="dxa"/>
              <w:bottom w:w="70" w:type="dxa"/>
              <w:right w:w="80" w:type="dxa"/>
            </w:tcMar>
            <w:vAlign w:val="center"/>
          </w:tcPr>
          <w:p w14:paraId="67209DF0" w14:textId="77777777" w:rsidR="001D65CC" w:rsidRPr="00BD77DB" w:rsidRDefault="001D65CC"/>
        </w:tc>
        <w:tc>
          <w:tcPr>
            <w:tcW w:w="1771" w:type="pct"/>
            <w:shd w:val="clear" w:color="auto" w:fill="F4F8FB"/>
            <w:tcMar>
              <w:top w:w="70" w:type="dxa"/>
              <w:left w:w="80" w:type="dxa"/>
              <w:bottom w:w="70" w:type="dxa"/>
              <w:right w:w="80" w:type="dxa"/>
            </w:tcMar>
            <w:vAlign w:val="center"/>
          </w:tcPr>
          <w:p w14:paraId="6958015D" w14:textId="77777777" w:rsidR="001D65CC" w:rsidRPr="00BD77DB" w:rsidRDefault="001D65CC"/>
        </w:tc>
        <w:tc>
          <w:tcPr>
            <w:tcW w:w="1007" w:type="pct"/>
            <w:shd w:val="clear" w:color="auto" w:fill="F4F8FB"/>
            <w:tcMar>
              <w:top w:w="70" w:type="dxa"/>
              <w:left w:w="80" w:type="dxa"/>
              <w:bottom w:w="70" w:type="dxa"/>
              <w:right w:w="80" w:type="dxa"/>
            </w:tcMar>
            <w:vAlign w:val="center"/>
          </w:tcPr>
          <w:p w14:paraId="70392C51" w14:textId="77777777" w:rsidR="001D65CC" w:rsidRPr="00BD77DB" w:rsidRDefault="001D65CC"/>
        </w:tc>
        <w:tc>
          <w:tcPr>
            <w:tcW w:w="694" w:type="pct"/>
            <w:shd w:val="clear" w:color="auto" w:fill="F4F8FB"/>
            <w:tcMar>
              <w:top w:w="70" w:type="dxa"/>
              <w:left w:w="80" w:type="dxa"/>
              <w:bottom w:w="70" w:type="dxa"/>
              <w:right w:w="80" w:type="dxa"/>
            </w:tcMar>
            <w:vAlign w:val="center"/>
          </w:tcPr>
          <w:p w14:paraId="5C660FF7" w14:textId="77777777" w:rsidR="001D65CC" w:rsidRPr="00BD77DB" w:rsidRDefault="001D65CC"/>
        </w:tc>
        <w:tc>
          <w:tcPr>
            <w:tcW w:w="833" w:type="pct"/>
            <w:shd w:val="clear" w:color="auto" w:fill="F4F8FB"/>
            <w:tcMar>
              <w:top w:w="70" w:type="dxa"/>
              <w:left w:w="80" w:type="dxa"/>
              <w:bottom w:w="70" w:type="dxa"/>
              <w:right w:w="80" w:type="dxa"/>
            </w:tcMar>
            <w:vAlign w:val="center"/>
          </w:tcPr>
          <w:p w14:paraId="527F7057" w14:textId="77777777" w:rsidR="001D65CC" w:rsidRPr="00BD77DB" w:rsidRDefault="001D65CC"/>
        </w:tc>
      </w:tr>
      <w:tr w:rsidR="001D65CC" w:rsidRPr="00BD77DB" w14:paraId="6BD61625" w14:textId="77777777" w:rsidTr="001F230F">
        <w:trPr>
          <w:cantSplit/>
          <w:jc w:val="center"/>
        </w:trPr>
        <w:tc>
          <w:tcPr>
            <w:tcW w:w="694" w:type="pct"/>
            <w:shd w:val="clear" w:color="auto" w:fill="F4F8FB"/>
            <w:tcMar>
              <w:top w:w="70" w:type="dxa"/>
              <w:left w:w="80" w:type="dxa"/>
              <w:bottom w:w="70" w:type="dxa"/>
              <w:right w:w="80" w:type="dxa"/>
            </w:tcMar>
            <w:vAlign w:val="center"/>
          </w:tcPr>
          <w:p w14:paraId="35D3FB26" w14:textId="77777777" w:rsidR="001D65CC" w:rsidRPr="00BD77DB" w:rsidRDefault="001D65CC"/>
        </w:tc>
        <w:tc>
          <w:tcPr>
            <w:tcW w:w="1771" w:type="pct"/>
            <w:shd w:val="clear" w:color="auto" w:fill="F4F8FB"/>
            <w:tcMar>
              <w:top w:w="70" w:type="dxa"/>
              <w:left w:w="80" w:type="dxa"/>
              <w:bottom w:w="70" w:type="dxa"/>
              <w:right w:w="80" w:type="dxa"/>
            </w:tcMar>
            <w:vAlign w:val="center"/>
          </w:tcPr>
          <w:p w14:paraId="2056B480" w14:textId="77777777" w:rsidR="001D65CC" w:rsidRPr="00BD77DB" w:rsidRDefault="001D65CC"/>
        </w:tc>
        <w:tc>
          <w:tcPr>
            <w:tcW w:w="1007" w:type="pct"/>
            <w:shd w:val="clear" w:color="auto" w:fill="F4F8FB"/>
            <w:tcMar>
              <w:top w:w="70" w:type="dxa"/>
              <w:left w:w="80" w:type="dxa"/>
              <w:bottom w:w="70" w:type="dxa"/>
              <w:right w:w="80" w:type="dxa"/>
            </w:tcMar>
            <w:vAlign w:val="center"/>
          </w:tcPr>
          <w:p w14:paraId="39576838" w14:textId="77777777" w:rsidR="001D65CC" w:rsidRPr="00BD77DB" w:rsidRDefault="001D65CC"/>
        </w:tc>
        <w:tc>
          <w:tcPr>
            <w:tcW w:w="694" w:type="pct"/>
            <w:shd w:val="clear" w:color="auto" w:fill="F4F8FB"/>
            <w:tcMar>
              <w:top w:w="70" w:type="dxa"/>
              <w:left w:w="80" w:type="dxa"/>
              <w:bottom w:w="70" w:type="dxa"/>
              <w:right w:w="80" w:type="dxa"/>
            </w:tcMar>
            <w:vAlign w:val="center"/>
          </w:tcPr>
          <w:p w14:paraId="6945FE63" w14:textId="77777777" w:rsidR="001D65CC" w:rsidRPr="00BD77DB" w:rsidRDefault="001D65CC"/>
        </w:tc>
        <w:tc>
          <w:tcPr>
            <w:tcW w:w="833" w:type="pct"/>
            <w:shd w:val="clear" w:color="auto" w:fill="F4F8FB"/>
            <w:tcMar>
              <w:top w:w="70" w:type="dxa"/>
              <w:left w:w="80" w:type="dxa"/>
              <w:bottom w:w="70" w:type="dxa"/>
              <w:right w:w="80" w:type="dxa"/>
            </w:tcMar>
            <w:vAlign w:val="center"/>
          </w:tcPr>
          <w:p w14:paraId="3D3D1832" w14:textId="77777777" w:rsidR="001D65CC" w:rsidRPr="00BD77DB" w:rsidRDefault="001D65CC"/>
        </w:tc>
      </w:tr>
      <w:tr w:rsidR="001D65CC" w:rsidRPr="00BD77DB" w14:paraId="29E8D4E2" w14:textId="77777777" w:rsidTr="001F230F">
        <w:trPr>
          <w:cantSplit/>
          <w:jc w:val="center"/>
        </w:trPr>
        <w:tc>
          <w:tcPr>
            <w:tcW w:w="694" w:type="pct"/>
            <w:shd w:val="clear" w:color="auto" w:fill="F4F8FB"/>
            <w:tcMar>
              <w:top w:w="70" w:type="dxa"/>
              <w:left w:w="80" w:type="dxa"/>
              <w:bottom w:w="70" w:type="dxa"/>
              <w:right w:w="80" w:type="dxa"/>
            </w:tcMar>
            <w:vAlign w:val="center"/>
          </w:tcPr>
          <w:p w14:paraId="0F1C7D6F" w14:textId="77777777" w:rsidR="001D65CC" w:rsidRPr="00BD77DB" w:rsidRDefault="001D65CC"/>
        </w:tc>
        <w:tc>
          <w:tcPr>
            <w:tcW w:w="1771" w:type="pct"/>
            <w:shd w:val="clear" w:color="auto" w:fill="F4F8FB"/>
            <w:tcMar>
              <w:top w:w="70" w:type="dxa"/>
              <w:left w:w="80" w:type="dxa"/>
              <w:bottom w:w="70" w:type="dxa"/>
              <w:right w:w="80" w:type="dxa"/>
            </w:tcMar>
            <w:vAlign w:val="center"/>
          </w:tcPr>
          <w:p w14:paraId="5304C5B1" w14:textId="77777777" w:rsidR="001D65CC" w:rsidRPr="00BD77DB" w:rsidRDefault="001D65CC"/>
        </w:tc>
        <w:tc>
          <w:tcPr>
            <w:tcW w:w="1007" w:type="pct"/>
            <w:shd w:val="clear" w:color="auto" w:fill="F4F8FB"/>
            <w:tcMar>
              <w:top w:w="70" w:type="dxa"/>
              <w:left w:w="80" w:type="dxa"/>
              <w:bottom w:w="70" w:type="dxa"/>
              <w:right w:w="80" w:type="dxa"/>
            </w:tcMar>
            <w:vAlign w:val="center"/>
          </w:tcPr>
          <w:p w14:paraId="7921043E" w14:textId="77777777" w:rsidR="001D65CC" w:rsidRPr="00BD77DB" w:rsidRDefault="001D65CC"/>
        </w:tc>
        <w:tc>
          <w:tcPr>
            <w:tcW w:w="694" w:type="pct"/>
            <w:shd w:val="clear" w:color="auto" w:fill="F4F8FB"/>
            <w:tcMar>
              <w:top w:w="70" w:type="dxa"/>
              <w:left w:w="80" w:type="dxa"/>
              <w:bottom w:w="70" w:type="dxa"/>
              <w:right w:w="80" w:type="dxa"/>
            </w:tcMar>
            <w:vAlign w:val="center"/>
          </w:tcPr>
          <w:p w14:paraId="02ACC2C7" w14:textId="77777777" w:rsidR="001D65CC" w:rsidRPr="00BD77DB" w:rsidRDefault="001D65CC"/>
        </w:tc>
        <w:tc>
          <w:tcPr>
            <w:tcW w:w="833" w:type="pct"/>
            <w:shd w:val="clear" w:color="auto" w:fill="F4F8FB"/>
            <w:tcMar>
              <w:top w:w="70" w:type="dxa"/>
              <w:left w:w="80" w:type="dxa"/>
              <w:bottom w:w="70" w:type="dxa"/>
              <w:right w:w="80" w:type="dxa"/>
            </w:tcMar>
            <w:vAlign w:val="center"/>
          </w:tcPr>
          <w:p w14:paraId="38B8F056" w14:textId="77777777" w:rsidR="001D65CC" w:rsidRPr="00BD77DB" w:rsidRDefault="001D65CC"/>
        </w:tc>
      </w:tr>
      <w:tr w:rsidR="001D65CC" w:rsidRPr="00BD77DB" w14:paraId="739009AE" w14:textId="77777777" w:rsidTr="001F230F">
        <w:trPr>
          <w:cantSplit/>
          <w:jc w:val="center"/>
        </w:trPr>
        <w:tc>
          <w:tcPr>
            <w:tcW w:w="694" w:type="pct"/>
            <w:shd w:val="clear" w:color="auto" w:fill="F4F8FB"/>
            <w:tcMar>
              <w:top w:w="70" w:type="dxa"/>
              <w:left w:w="80" w:type="dxa"/>
              <w:bottom w:w="70" w:type="dxa"/>
              <w:right w:w="80" w:type="dxa"/>
            </w:tcMar>
            <w:vAlign w:val="center"/>
          </w:tcPr>
          <w:p w14:paraId="643BB113" w14:textId="77777777" w:rsidR="001D65CC" w:rsidRPr="00BD77DB" w:rsidRDefault="001D65CC"/>
        </w:tc>
        <w:tc>
          <w:tcPr>
            <w:tcW w:w="1771" w:type="pct"/>
            <w:shd w:val="clear" w:color="auto" w:fill="F4F8FB"/>
            <w:tcMar>
              <w:top w:w="70" w:type="dxa"/>
              <w:left w:w="80" w:type="dxa"/>
              <w:bottom w:w="70" w:type="dxa"/>
              <w:right w:w="80" w:type="dxa"/>
            </w:tcMar>
            <w:vAlign w:val="center"/>
          </w:tcPr>
          <w:p w14:paraId="610510F9" w14:textId="77777777" w:rsidR="001D65CC" w:rsidRPr="00BD77DB" w:rsidRDefault="001D65CC"/>
        </w:tc>
        <w:tc>
          <w:tcPr>
            <w:tcW w:w="1007" w:type="pct"/>
            <w:shd w:val="clear" w:color="auto" w:fill="F4F8FB"/>
            <w:tcMar>
              <w:top w:w="70" w:type="dxa"/>
              <w:left w:w="80" w:type="dxa"/>
              <w:bottom w:w="70" w:type="dxa"/>
              <w:right w:w="80" w:type="dxa"/>
            </w:tcMar>
            <w:vAlign w:val="center"/>
          </w:tcPr>
          <w:p w14:paraId="1A690FF4" w14:textId="77777777" w:rsidR="001D65CC" w:rsidRPr="00BD77DB" w:rsidRDefault="001D65CC"/>
        </w:tc>
        <w:tc>
          <w:tcPr>
            <w:tcW w:w="694" w:type="pct"/>
            <w:shd w:val="clear" w:color="auto" w:fill="F4F8FB"/>
            <w:tcMar>
              <w:top w:w="70" w:type="dxa"/>
              <w:left w:w="80" w:type="dxa"/>
              <w:bottom w:w="70" w:type="dxa"/>
              <w:right w:w="80" w:type="dxa"/>
            </w:tcMar>
            <w:vAlign w:val="center"/>
          </w:tcPr>
          <w:p w14:paraId="4B95C1E8" w14:textId="77777777" w:rsidR="001D65CC" w:rsidRPr="00BD77DB" w:rsidRDefault="001D65CC"/>
        </w:tc>
        <w:tc>
          <w:tcPr>
            <w:tcW w:w="833" w:type="pct"/>
            <w:shd w:val="clear" w:color="auto" w:fill="F4F8FB"/>
            <w:tcMar>
              <w:top w:w="70" w:type="dxa"/>
              <w:left w:w="80" w:type="dxa"/>
              <w:bottom w:w="70" w:type="dxa"/>
              <w:right w:w="80" w:type="dxa"/>
            </w:tcMar>
            <w:vAlign w:val="center"/>
          </w:tcPr>
          <w:p w14:paraId="4B3CB8F2" w14:textId="77777777" w:rsidR="001D65CC" w:rsidRPr="00BD77DB" w:rsidRDefault="001D65CC"/>
        </w:tc>
      </w:tr>
    </w:tbl>
    <w:p w14:paraId="77D05C62" w14:textId="05C25F27" w:rsidR="001D65CC" w:rsidRPr="00BD77DB" w:rsidRDefault="003722FC" w:rsidP="00534602">
      <w:pPr>
        <w:pStyle w:val="Heading1"/>
      </w:pPr>
      <w:r w:rsidRPr="00BD77DB">
        <w:t>Applicant Declaration</w:t>
      </w:r>
    </w:p>
    <w:p w14:paraId="0F750554" w14:textId="77777777" w:rsidR="001D65CC" w:rsidRPr="00BD77DB" w:rsidRDefault="003722FC">
      <w:pPr>
        <w:spacing w:after="60" w:line="252" w:lineRule="auto"/>
      </w:pPr>
      <w:r w:rsidRPr="00BD77DB">
        <w:t>I/We declare that the information provided in this application and its supporting documentation is, to the best of my/our knowledge, accurate, complete, valid and truthful. I/We understand that the CSIR may verify the information and supporting evidence submitted and may request additional information, presentations, demonstrations, interviews or site visits as part of the evaluation process.</w:t>
      </w:r>
    </w:p>
    <w:tbl>
      <w:tblPr>
        <w:tblStyle w:val="TableGrid"/>
        <w:tblW w:w="5000" w:type="pct"/>
        <w:jc w:val="center"/>
        <w:tblLook w:val="04A0" w:firstRow="1" w:lastRow="0" w:firstColumn="1" w:lastColumn="0" w:noHBand="0" w:noVBand="1"/>
      </w:tblPr>
      <w:tblGrid>
        <w:gridCol w:w="3702"/>
        <w:gridCol w:w="7564"/>
      </w:tblGrid>
      <w:tr w:rsidR="001D65CC" w:rsidRPr="00BD77DB" w14:paraId="44D223AF" w14:textId="77777777" w:rsidTr="001F230F">
        <w:trPr>
          <w:cantSplit/>
          <w:jc w:val="center"/>
        </w:trPr>
        <w:tc>
          <w:tcPr>
            <w:tcW w:w="1643" w:type="pct"/>
            <w:shd w:val="clear" w:color="auto" w:fill="D9EAF7"/>
            <w:tcMar>
              <w:top w:w="70" w:type="dxa"/>
              <w:left w:w="80" w:type="dxa"/>
              <w:bottom w:w="70" w:type="dxa"/>
              <w:right w:w="80" w:type="dxa"/>
            </w:tcMar>
            <w:vAlign w:val="center"/>
          </w:tcPr>
          <w:p w14:paraId="175A2662" w14:textId="77777777" w:rsidR="001D65CC" w:rsidRPr="00BD77DB" w:rsidRDefault="003722FC">
            <w:r w:rsidRPr="00BD77DB">
              <w:rPr>
                <w:b/>
                <w:color w:val="1F1F1F"/>
                <w:sz w:val="17"/>
              </w:rPr>
              <w:t>Authorised representative name</w:t>
            </w:r>
          </w:p>
        </w:tc>
        <w:tc>
          <w:tcPr>
            <w:tcW w:w="3357" w:type="pct"/>
            <w:shd w:val="clear" w:color="auto" w:fill="F4F8FB"/>
            <w:tcMar>
              <w:top w:w="70" w:type="dxa"/>
              <w:left w:w="80" w:type="dxa"/>
              <w:bottom w:w="70" w:type="dxa"/>
              <w:right w:w="80" w:type="dxa"/>
            </w:tcMar>
            <w:vAlign w:val="center"/>
          </w:tcPr>
          <w:p w14:paraId="787F4049" w14:textId="2596F076" w:rsidR="001D65CC" w:rsidRPr="00BD77DB" w:rsidRDefault="001D65CC"/>
        </w:tc>
      </w:tr>
      <w:tr w:rsidR="001D65CC" w:rsidRPr="00BD77DB" w14:paraId="693B9DD2" w14:textId="77777777" w:rsidTr="001F230F">
        <w:trPr>
          <w:cantSplit/>
          <w:jc w:val="center"/>
        </w:trPr>
        <w:tc>
          <w:tcPr>
            <w:tcW w:w="1643" w:type="pct"/>
            <w:shd w:val="clear" w:color="auto" w:fill="D9EAF7"/>
            <w:tcMar>
              <w:top w:w="70" w:type="dxa"/>
              <w:left w:w="80" w:type="dxa"/>
              <w:bottom w:w="70" w:type="dxa"/>
              <w:right w:w="80" w:type="dxa"/>
            </w:tcMar>
            <w:vAlign w:val="center"/>
          </w:tcPr>
          <w:p w14:paraId="4CAFD175" w14:textId="77777777" w:rsidR="001D65CC" w:rsidRPr="00BD77DB" w:rsidRDefault="003722FC">
            <w:r w:rsidRPr="00BD77DB">
              <w:rPr>
                <w:b/>
                <w:color w:val="1F1F1F"/>
                <w:sz w:val="17"/>
              </w:rPr>
              <w:t>Position / designation</w:t>
            </w:r>
          </w:p>
        </w:tc>
        <w:tc>
          <w:tcPr>
            <w:tcW w:w="3357" w:type="pct"/>
            <w:shd w:val="clear" w:color="auto" w:fill="F4F8FB"/>
            <w:tcMar>
              <w:top w:w="70" w:type="dxa"/>
              <w:left w:w="80" w:type="dxa"/>
              <w:bottom w:w="70" w:type="dxa"/>
              <w:right w:w="80" w:type="dxa"/>
            </w:tcMar>
            <w:vAlign w:val="center"/>
          </w:tcPr>
          <w:p w14:paraId="10034A07" w14:textId="2A93A53A" w:rsidR="001D65CC" w:rsidRPr="00BD77DB" w:rsidRDefault="001D65CC"/>
        </w:tc>
      </w:tr>
      <w:tr w:rsidR="001D65CC" w:rsidRPr="00BD77DB" w14:paraId="0858C259" w14:textId="77777777" w:rsidTr="001F230F">
        <w:trPr>
          <w:cantSplit/>
          <w:jc w:val="center"/>
        </w:trPr>
        <w:tc>
          <w:tcPr>
            <w:tcW w:w="1643" w:type="pct"/>
            <w:shd w:val="clear" w:color="auto" w:fill="D9EAF7"/>
            <w:tcMar>
              <w:top w:w="70" w:type="dxa"/>
              <w:left w:w="80" w:type="dxa"/>
              <w:bottom w:w="70" w:type="dxa"/>
              <w:right w:w="80" w:type="dxa"/>
            </w:tcMar>
            <w:vAlign w:val="center"/>
          </w:tcPr>
          <w:p w14:paraId="2F2272BB" w14:textId="77777777" w:rsidR="001D65CC" w:rsidRPr="00BD77DB" w:rsidRDefault="003722FC">
            <w:r w:rsidRPr="00BD77DB">
              <w:rPr>
                <w:b/>
                <w:color w:val="1F1F1F"/>
                <w:sz w:val="17"/>
              </w:rPr>
              <w:t>Signature</w:t>
            </w:r>
          </w:p>
        </w:tc>
        <w:tc>
          <w:tcPr>
            <w:tcW w:w="3357" w:type="pct"/>
            <w:shd w:val="clear" w:color="auto" w:fill="F4F8FB"/>
            <w:tcMar>
              <w:top w:w="70" w:type="dxa"/>
              <w:left w:w="80" w:type="dxa"/>
              <w:bottom w:w="70" w:type="dxa"/>
              <w:right w:w="80" w:type="dxa"/>
            </w:tcMar>
            <w:vAlign w:val="center"/>
          </w:tcPr>
          <w:p w14:paraId="579849EC" w14:textId="7D366B0C" w:rsidR="001D65CC" w:rsidRPr="00BD77DB" w:rsidRDefault="001D65CC"/>
        </w:tc>
      </w:tr>
      <w:tr w:rsidR="001D65CC" w:rsidRPr="00BD77DB" w14:paraId="2258E216" w14:textId="77777777" w:rsidTr="001F230F">
        <w:trPr>
          <w:cantSplit/>
          <w:jc w:val="center"/>
        </w:trPr>
        <w:tc>
          <w:tcPr>
            <w:tcW w:w="1643" w:type="pct"/>
            <w:shd w:val="clear" w:color="auto" w:fill="D9EAF7"/>
            <w:tcMar>
              <w:top w:w="70" w:type="dxa"/>
              <w:left w:w="80" w:type="dxa"/>
              <w:bottom w:w="70" w:type="dxa"/>
              <w:right w:w="80" w:type="dxa"/>
            </w:tcMar>
            <w:vAlign w:val="center"/>
          </w:tcPr>
          <w:p w14:paraId="50247B1E" w14:textId="77777777" w:rsidR="001D65CC" w:rsidRPr="00BD77DB" w:rsidRDefault="003722FC">
            <w:r w:rsidRPr="00BD77DB">
              <w:rPr>
                <w:b/>
                <w:color w:val="1F1F1F"/>
                <w:sz w:val="17"/>
              </w:rPr>
              <w:t>Date</w:t>
            </w:r>
          </w:p>
        </w:tc>
        <w:tc>
          <w:tcPr>
            <w:tcW w:w="3357" w:type="pct"/>
            <w:shd w:val="clear" w:color="auto" w:fill="F4F8FB"/>
            <w:tcMar>
              <w:top w:w="70" w:type="dxa"/>
              <w:left w:w="80" w:type="dxa"/>
              <w:bottom w:w="70" w:type="dxa"/>
              <w:right w:w="80" w:type="dxa"/>
            </w:tcMar>
            <w:vAlign w:val="center"/>
          </w:tcPr>
          <w:p w14:paraId="2293FCE0" w14:textId="2BB5A86B" w:rsidR="001D65CC" w:rsidRPr="00BD77DB" w:rsidRDefault="001D65CC"/>
        </w:tc>
      </w:tr>
    </w:tbl>
    <w:p w14:paraId="302CECD7" w14:textId="77777777" w:rsidR="001D65CC" w:rsidRPr="00BD77DB" w:rsidRDefault="001D65CC">
      <w:pPr>
        <w:sectPr w:rsidR="001D65CC" w:rsidRPr="00BD77DB" w:rsidSect="004F0490">
          <w:headerReference w:type="default" r:id="rId11"/>
          <w:footerReference w:type="default" r:id="rId12"/>
          <w:pgSz w:w="12240" w:h="15840"/>
          <w:pgMar w:top="567" w:right="567" w:bottom="567" w:left="567" w:header="283" w:footer="283" w:gutter="0"/>
          <w:cols w:space="720"/>
          <w:docGrid w:linePitch="360"/>
        </w:sectPr>
      </w:pPr>
    </w:p>
    <w:p w14:paraId="4686CACC" w14:textId="230DF264" w:rsidR="001D65CC" w:rsidRPr="00BD77DB" w:rsidRDefault="003722FC" w:rsidP="00534602">
      <w:pPr>
        <w:pStyle w:val="Heading1"/>
      </w:pPr>
      <w:r w:rsidRPr="00BD77DB">
        <w:lastRenderedPageBreak/>
        <w:t>CSIR EVALUATOR USE ONLY: Evaluation Scorecard</w:t>
      </w:r>
    </w:p>
    <w:tbl>
      <w:tblPr>
        <w:tblStyle w:val="TableGrid"/>
        <w:tblW w:w="5000" w:type="pct"/>
        <w:jc w:val="center"/>
        <w:tblLook w:val="04A0" w:firstRow="1" w:lastRow="0" w:firstColumn="1" w:lastColumn="0" w:noHBand="0" w:noVBand="1"/>
      </w:tblPr>
      <w:tblGrid>
        <w:gridCol w:w="14416"/>
      </w:tblGrid>
      <w:tr w:rsidR="001D65CC" w:rsidRPr="00BD77DB" w14:paraId="05B88A7A" w14:textId="77777777" w:rsidTr="001F230F">
        <w:trPr>
          <w:jc w:val="center"/>
        </w:trPr>
        <w:tc>
          <w:tcPr>
            <w:tcW w:w="5000" w:type="pct"/>
            <w:shd w:val="clear" w:color="auto" w:fill="E7E6E6"/>
            <w:tcMar>
              <w:top w:w="70" w:type="dxa"/>
              <w:left w:w="80" w:type="dxa"/>
              <w:bottom w:w="70" w:type="dxa"/>
              <w:right w:w="80" w:type="dxa"/>
            </w:tcMar>
            <w:vAlign w:val="center"/>
          </w:tcPr>
          <w:p w14:paraId="3C1ED405" w14:textId="77777777" w:rsidR="001D65CC" w:rsidRPr="00BD77DB" w:rsidRDefault="003722FC">
            <w:r w:rsidRPr="00BD77DB">
              <w:rPr>
                <w:color w:val="1F1F1F"/>
                <w:sz w:val="17"/>
              </w:rPr>
              <w:t>Do not complete this section as a respondent. Evaluators should verify evidence and record the final score used for ranking.</w:t>
            </w:r>
          </w:p>
        </w:tc>
      </w:tr>
    </w:tbl>
    <w:p w14:paraId="2726936E" w14:textId="77777777" w:rsidR="001F230F" w:rsidRPr="00BD77DB" w:rsidRDefault="001F230F" w:rsidP="001F230F">
      <w:pPr>
        <w:pStyle w:val="NoSpacing"/>
        <w:rPr>
          <w:sz w:val="2"/>
          <w:szCs w:val="2"/>
          <w:lang w:val="en-ZA"/>
        </w:rPr>
      </w:pPr>
    </w:p>
    <w:tbl>
      <w:tblPr>
        <w:tblStyle w:val="TableGrid"/>
        <w:tblW w:w="5000" w:type="pct"/>
        <w:jc w:val="center"/>
        <w:tblLook w:val="04A0" w:firstRow="1" w:lastRow="0" w:firstColumn="1" w:lastColumn="0" w:noHBand="0" w:noVBand="1"/>
      </w:tblPr>
      <w:tblGrid>
        <w:gridCol w:w="3172"/>
        <w:gridCol w:w="11244"/>
      </w:tblGrid>
      <w:tr w:rsidR="001D65CC" w:rsidRPr="00BD77DB" w14:paraId="331B5BF9" w14:textId="77777777" w:rsidTr="001F230F">
        <w:trPr>
          <w:cantSplit/>
          <w:jc w:val="center"/>
        </w:trPr>
        <w:tc>
          <w:tcPr>
            <w:tcW w:w="1100" w:type="pct"/>
            <w:shd w:val="clear" w:color="auto" w:fill="D9EAF7"/>
            <w:tcMar>
              <w:top w:w="70" w:type="dxa"/>
              <w:left w:w="80" w:type="dxa"/>
              <w:bottom w:w="70" w:type="dxa"/>
              <w:right w:w="80" w:type="dxa"/>
            </w:tcMar>
            <w:vAlign w:val="center"/>
          </w:tcPr>
          <w:p w14:paraId="13A528D0" w14:textId="77777777" w:rsidR="001D65CC" w:rsidRPr="00BD77DB" w:rsidRDefault="003722FC">
            <w:r w:rsidRPr="00BD77DB">
              <w:rPr>
                <w:b/>
                <w:color w:val="1F1F1F"/>
                <w:sz w:val="17"/>
              </w:rPr>
              <w:t>Applicant name</w:t>
            </w:r>
          </w:p>
        </w:tc>
        <w:tc>
          <w:tcPr>
            <w:tcW w:w="3900" w:type="pct"/>
            <w:shd w:val="clear" w:color="auto" w:fill="F4F8FB"/>
            <w:tcMar>
              <w:top w:w="70" w:type="dxa"/>
              <w:left w:w="80" w:type="dxa"/>
              <w:bottom w:w="70" w:type="dxa"/>
              <w:right w:w="80" w:type="dxa"/>
            </w:tcMar>
            <w:vAlign w:val="center"/>
          </w:tcPr>
          <w:p w14:paraId="421B79C5" w14:textId="77777777" w:rsidR="001D65CC" w:rsidRPr="00BD77DB" w:rsidRDefault="003722FC">
            <w:r w:rsidRPr="00BD77DB">
              <w:rPr>
                <w:color w:val="1F1F1F"/>
                <w:sz w:val="18"/>
              </w:rPr>
              <w:t>[Insert]</w:t>
            </w:r>
          </w:p>
        </w:tc>
      </w:tr>
      <w:tr w:rsidR="001D65CC" w:rsidRPr="00BD77DB" w14:paraId="6E7AC61C" w14:textId="77777777" w:rsidTr="001F230F">
        <w:trPr>
          <w:cantSplit/>
          <w:jc w:val="center"/>
        </w:trPr>
        <w:tc>
          <w:tcPr>
            <w:tcW w:w="1100" w:type="pct"/>
            <w:shd w:val="clear" w:color="auto" w:fill="D9EAF7"/>
            <w:tcMar>
              <w:top w:w="70" w:type="dxa"/>
              <w:left w:w="80" w:type="dxa"/>
              <w:bottom w:w="70" w:type="dxa"/>
              <w:right w:w="80" w:type="dxa"/>
            </w:tcMar>
            <w:vAlign w:val="center"/>
          </w:tcPr>
          <w:p w14:paraId="3BA43E64" w14:textId="77777777" w:rsidR="001D65CC" w:rsidRPr="00BD77DB" w:rsidRDefault="003722FC">
            <w:r w:rsidRPr="00BD77DB">
              <w:rPr>
                <w:b/>
                <w:color w:val="1F1F1F"/>
                <w:sz w:val="17"/>
              </w:rPr>
              <w:t>Proposal / application ID</w:t>
            </w:r>
          </w:p>
        </w:tc>
        <w:tc>
          <w:tcPr>
            <w:tcW w:w="3900" w:type="pct"/>
            <w:shd w:val="clear" w:color="auto" w:fill="F4F8FB"/>
            <w:tcMar>
              <w:top w:w="70" w:type="dxa"/>
              <w:left w:w="80" w:type="dxa"/>
              <w:bottom w:w="70" w:type="dxa"/>
              <w:right w:w="80" w:type="dxa"/>
            </w:tcMar>
            <w:vAlign w:val="center"/>
          </w:tcPr>
          <w:p w14:paraId="26FA617D" w14:textId="77777777" w:rsidR="001D65CC" w:rsidRPr="00BD77DB" w:rsidRDefault="003722FC">
            <w:r w:rsidRPr="00BD77DB">
              <w:rPr>
                <w:color w:val="1F1F1F"/>
                <w:sz w:val="18"/>
              </w:rPr>
              <w:t>[Insert]</w:t>
            </w:r>
          </w:p>
        </w:tc>
      </w:tr>
      <w:tr w:rsidR="001D65CC" w:rsidRPr="00BD77DB" w14:paraId="274A9614" w14:textId="77777777" w:rsidTr="001F230F">
        <w:trPr>
          <w:cantSplit/>
          <w:jc w:val="center"/>
        </w:trPr>
        <w:tc>
          <w:tcPr>
            <w:tcW w:w="1100" w:type="pct"/>
            <w:shd w:val="clear" w:color="auto" w:fill="D9EAF7"/>
            <w:tcMar>
              <w:top w:w="70" w:type="dxa"/>
              <w:left w:w="80" w:type="dxa"/>
              <w:bottom w:w="70" w:type="dxa"/>
              <w:right w:w="80" w:type="dxa"/>
            </w:tcMar>
            <w:vAlign w:val="center"/>
          </w:tcPr>
          <w:p w14:paraId="770F07DF" w14:textId="77777777" w:rsidR="001D65CC" w:rsidRPr="00BD77DB" w:rsidRDefault="003722FC">
            <w:r w:rsidRPr="00BD77DB">
              <w:rPr>
                <w:b/>
                <w:color w:val="1F1F1F"/>
                <w:sz w:val="17"/>
              </w:rPr>
              <w:t>Classification</w:t>
            </w:r>
          </w:p>
        </w:tc>
        <w:tc>
          <w:tcPr>
            <w:tcW w:w="3900" w:type="pct"/>
            <w:shd w:val="clear" w:color="auto" w:fill="F4F8FB"/>
            <w:tcMar>
              <w:top w:w="70" w:type="dxa"/>
              <w:left w:w="80" w:type="dxa"/>
              <w:bottom w:w="70" w:type="dxa"/>
              <w:right w:w="80" w:type="dxa"/>
            </w:tcMar>
            <w:vAlign w:val="center"/>
          </w:tcPr>
          <w:p w14:paraId="16ADDED7" w14:textId="77777777" w:rsidR="001D65CC" w:rsidRPr="00BD77DB" w:rsidRDefault="003722FC">
            <w:r w:rsidRPr="00BD77DB">
              <w:rPr>
                <w:color w:val="1F1F1F"/>
                <w:sz w:val="18"/>
              </w:rPr>
              <w:t>SMME / Non-SMME</w:t>
            </w:r>
          </w:p>
        </w:tc>
      </w:tr>
      <w:tr w:rsidR="001D65CC" w:rsidRPr="00BD77DB" w14:paraId="1C1047C1" w14:textId="77777777" w:rsidTr="001F230F">
        <w:trPr>
          <w:cantSplit/>
          <w:jc w:val="center"/>
        </w:trPr>
        <w:tc>
          <w:tcPr>
            <w:tcW w:w="1100" w:type="pct"/>
            <w:shd w:val="clear" w:color="auto" w:fill="D9EAF7"/>
            <w:tcMar>
              <w:top w:w="70" w:type="dxa"/>
              <w:left w:w="80" w:type="dxa"/>
              <w:bottom w:w="70" w:type="dxa"/>
              <w:right w:w="80" w:type="dxa"/>
            </w:tcMar>
            <w:vAlign w:val="center"/>
          </w:tcPr>
          <w:p w14:paraId="736C4B0A" w14:textId="77777777" w:rsidR="001D65CC" w:rsidRPr="00BD77DB" w:rsidRDefault="003722FC">
            <w:r w:rsidRPr="00BD77DB">
              <w:rPr>
                <w:b/>
                <w:color w:val="1F1F1F"/>
                <w:sz w:val="17"/>
              </w:rPr>
              <w:t>Evaluator(s)</w:t>
            </w:r>
          </w:p>
        </w:tc>
        <w:tc>
          <w:tcPr>
            <w:tcW w:w="3900" w:type="pct"/>
            <w:shd w:val="clear" w:color="auto" w:fill="F4F8FB"/>
            <w:tcMar>
              <w:top w:w="70" w:type="dxa"/>
              <w:left w:w="80" w:type="dxa"/>
              <w:bottom w:w="70" w:type="dxa"/>
              <w:right w:w="80" w:type="dxa"/>
            </w:tcMar>
            <w:vAlign w:val="center"/>
          </w:tcPr>
          <w:p w14:paraId="1C87AD4E" w14:textId="77777777" w:rsidR="001D65CC" w:rsidRPr="00BD77DB" w:rsidRDefault="003722FC">
            <w:r w:rsidRPr="00BD77DB">
              <w:rPr>
                <w:color w:val="1F1F1F"/>
                <w:sz w:val="18"/>
              </w:rPr>
              <w:t>[Insert]</w:t>
            </w:r>
          </w:p>
        </w:tc>
      </w:tr>
      <w:tr w:rsidR="001D65CC" w:rsidRPr="00BD77DB" w14:paraId="52F6A944" w14:textId="77777777" w:rsidTr="001F230F">
        <w:trPr>
          <w:cantSplit/>
          <w:jc w:val="center"/>
        </w:trPr>
        <w:tc>
          <w:tcPr>
            <w:tcW w:w="1100" w:type="pct"/>
            <w:shd w:val="clear" w:color="auto" w:fill="D9EAF7"/>
            <w:tcMar>
              <w:top w:w="70" w:type="dxa"/>
              <w:left w:w="80" w:type="dxa"/>
              <w:bottom w:w="70" w:type="dxa"/>
              <w:right w:w="80" w:type="dxa"/>
            </w:tcMar>
            <w:vAlign w:val="center"/>
          </w:tcPr>
          <w:p w14:paraId="379D765B" w14:textId="77777777" w:rsidR="001D65CC" w:rsidRPr="00BD77DB" w:rsidRDefault="003722FC">
            <w:r w:rsidRPr="00BD77DB">
              <w:rPr>
                <w:b/>
                <w:color w:val="1F1F1F"/>
                <w:sz w:val="17"/>
              </w:rPr>
              <w:t>Evaluation date</w:t>
            </w:r>
          </w:p>
        </w:tc>
        <w:tc>
          <w:tcPr>
            <w:tcW w:w="3900" w:type="pct"/>
            <w:shd w:val="clear" w:color="auto" w:fill="F4F8FB"/>
            <w:tcMar>
              <w:top w:w="70" w:type="dxa"/>
              <w:left w:w="80" w:type="dxa"/>
              <w:bottom w:w="70" w:type="dxa"/>
              <w:right w:w="80" w:type="dxa"/>
            </w:tcMar>
            <w:vAlign w:val="center"/>
          </w:tcPr>
          <w:p w14:paraId="2ED24039" w14:textId="77777777" w:rsidR="001D65CC" w:rsidRPr="00BD77DB" w:rsidRDefault="003722FC">
            <w:r w:rsidRPr="00BD77DB">
              <w:rPr>
                <w:color w:val="1F1F1F"/>
                <w:sz w:val="18"/>
              </w:rPr>
              <w:t>[Insert]</w:t>
            </w:r>
          </w:p>
        </w:tc>
      </w:tr>
    </w:tbl>
    <w:p w14:paraId="5BC87862" w14:textId="726EF9B1" w:rsidR="001D65CC" w:rsidRPr="00BD77DB" w:rsidRDefault="003722FC" w:rsidP="00534602">
      <w:pPr>
        <w:pStyle w:val="Heading2"/>
      </w:pPr>
      <w:r w:rsidRPr="00BD77DB">
        <w:t>Gate assessment</w:t>
      </w:r>
    </w:p>
    <w:tbl>
      <w:tblPr>
        <w:tblStyle w:val="TableGrid"/>
        <w:tblW w:w="5000" w:type="pct"/>
        <w:jc w:val="center"/>
        <w:tblLook w:val="04A0" w:firstRow="1" w:lastRow="0" w:firstColumn="1" w:lastColumn="0" w:noHBand="0" w:noVBand="1"/>
      </w:tblPr>
      <w:tblGrid>
        <w:gridCol w:w="2021"/>
        <w:gridCol w:w="2157"/>
        <w:gridCol w:w="5792"/>
        <w:gridCol w:w="2021"/>
        <w:gridCol w:w="2425"/>
      </w:tblGrid>
      <w:tr w:rsidR="001D65CC" w:rsidRPr="00BD77DB" w14:paraId="6FCE6F0B" w14:textId="77777777" w:rsidTr="001F230F">
        <w:trPr>
          <w:jc w:val="center"/>
        </w:trPr>
        <w:tc>
          <w:tcPr>
            <w:tcW w:w="701" w:type="pct"/>
            <w:shd w:val="clear" w:color="auto" w:fill="17365D"/>
            <w:tcMar>
              <w:top w:w="70" w:type="dxa"/>
              <w:left w:w="80" w:type="dxa"/>
              <w:bottom w:w="70" w:type="dxa"/>
              <w:right w:w="80" w:type="dxa"/>
            </w:tcMar>
            <w:vAlign w:val="center"/>
          </w:tcPr>
          <w:p w14:paraId="34BF29E9" w14:textId="77777777" w:rsidR="001D65CC" w:rsidRPr="00BD77DB" w:rsidRDefault="003722FC">
            <w:pPr>
              <w:jc w:val="center"/>
            </w:pPr>
            <w:r w:rsidRPr="00BD77DB">
              <w:rPr>
                <w:b/>
                <w:color w:val="FFFFFF"/>
                <w:sz w:val="16"/>
              </w:rPr>
              <w:t>Gate</w:t>
            </w:r>
          </w:p>
        </w:tc>
        <w:tc>
          <w:tcPr>
            <w:tcW w:w="748" w:type="pct"/>
            <w:shd w:val="clear" w:color="auto" w:fill="17365D"/>
            <w:tcMar>
              <w:top w:w="70" w:type="dxa"/>
              <w:left w:w="80" w:type="dxa"/>
              <w:bottom w:w="70" w:type="dxa"/>
              <w:right w:w="80" w:type="dxa"/>
            </w:tcMar>
            <w:vAlign w:val="center"/>
          </w:tcPr>
          <w:p w14:paraId="24B78F1C" w14:textId="77777777" w:rsidR="001D65CC" w:rsidRPr="00BD77DB" w:rsidRDefault="003722FC">
            <w:pPr>
              <w:jc w:val="center"/>
            </w:pPr>
            <w:r w:rsidRPr="00BD77DB">
              <w:rPr>
                <w:b/>
                <w:color w:val="FFFFFF"/>
                <w:sz w:val="16"/>
              </w:rPr>
              <w:t>Result</w:t>
            </w:r>
          </w:p>
        </w:tc>
        <w:tc>
          <w:tcPr>
            <w:tcW w:w="2009" w:type="pct"/>
            <w:shd w:val="clear" w:color="auto" w:fill="17365D"/>
            <w:tcMar>
              <w:top w:w="70" w:type="dxa"/>
              <w:left w:w="80" w:type="dxa"/>
              <w:bottom w:w="70" w:type="dxa"/>
              <w:right w:w="80" w:type="dxa"/>
            </w:tcMar>
            <w:vAlign w:val="center"/>
          </w:tcPr>
          <w:p w14:paraId="30F9F93E" w14:textId="77777777" w:rsidR="001D65CC" w:rsidRPr="00BD77DB" w:rsidRDefault="003722FC">
            <w:pPr>
              <w:jc w:val="center"/>
            </w:pPr>
            <w:r w:rsidRPr="00BD77DB">
              <w:rPr>
                <w:b/>
                <w:color w:val="FFFFFF"/>
                <w:sz w:val="16"/>
              </w:rPr>
              <w:t>Key reason / failed criterion</w:t>
            </w:r>
          </w:p>
        </w:tc>
        <w:tc>
          <w:tcPr>
            <w:tcW w:w="701" w:type="pct"/>
            <w:shd w:val="clear" w:color="auto" w:fill="17365D"/>
            <w:tcMar>
              <w:top w:w="70" w:type="dxa"/>
              <w:left w:w="80" w:type="dxa"/>
              <w:bottom w:w="70" w:type="dxa"/>
              <w:right w:w="80" w:type="dxa"/>
            </w:tcMar>
            <w:vAlign w:val="center"/>
          </w:tcPr>
          <w:p w14:paraId="00DB91B9" w14:textId="77777777" w:rsidR="001D65CC" w:rsidRPr="00BD77DB" w:rsidRDefault="003722FC">
            <w:pPr>
              <w:jc w:val="center"/>
            </w:pPr>
            <w:r w:rsidRPr="00BD77DB">
              <w:rPr>
                <w:b/>
                <w:color w:val="FFFFFF"/>
                <w:sz w:val="16"/>
              </w:rPr>
              <w:t>Clarification required?</w:t>
            </w:r>
          </w:p>
        </w:tc>
        <w:tc>
          <w:tcPr>
            <w:tcW w:w="841" w:type="pct"/>
            <w:shd w:val="clear" w:color="auto" w:fill="17365D"/>
            <w:tcMar>
              <w:top w:w="70" w:type="dxa"/>
              <w:left w:w="80" w:type="dxa"/>
              <w:bottom w:w="70" w:type="dxa"/>
              <w:right w:w="80" w:type="dxa"/>
            </w:tcMar>
            <w:vAlign w:val="center"/>
          </w:tcPr>
          <w:p w14:paraId="027223A7" w14:textId="77777777" w:rsidR="001D65CC" w:rsidRPr="00BD77DB" w:rsidRDefault="003722FC">
            <w:pPr>
              <w:jc w:val="center"/>
            </w:pPr>
            <w:r w:rsidRPr="00BD77DB">
              <w:rPr>
                <w:b/>
                <w:color w:val="FFFFFF"/>
                <w:sz w:val="16"/>
              </w:rPr>
              <w:t>Final gate decision</w:t>
            </w:r>
          </w:p>
        </w:tc>
      </w:tr>
      <w:tr w:rsidR="001D65CC" w:rsidRPr="00BD77DB" w14:paraId="213E3B72" w14:textId="77777777" w:rsidTr="001F230F">
        <w:trPr>
          <w:jc w:val="center"/>
        </w:trPr>
        <w:tc>
          <w:tcPr>
            <w:tcW w:w="701" w:type="pct"/>
            <w:shd w:val="clear" w:color="auto" w:fill="D9EAF7"/>
            <w:tcMar>
              <w:top w:w="70" w:type="dxa"/>
              <w:left w:w="80" w:type="dxa"/>
              <w:bottom w:w="70" w:type="dxa"/>
              <w:right w:w="80" w:type="dxa"/>
            </w:tcMar>
            <w:vAlign w:val="center"/>
          </w:tcPr>
          <w:p w14:paraId="5D86F93B" w14:textId="77777777" w:rsidR="001D65CC" w:rsidRPr="00BD77DB" w:rsidRDefault="003722FC">
            <w:r w:rsidRPr="00BD77DB">
              <w:rPr>
                <w:color w:val="1F1F1F"/>
                <w:sz w:val="16"/>
              </w:rPr>
              <w:t>Qualification</w:t>
            </w:r>
          </w:p>
        </w:tc>
        <w:tc>
          <w:tcPr>
            <w:tcW w:w="748" w:type="pct"/>
            <w:shd w:val="clear" w:color="auto" w:fill="F4F8FB"/>
            <w:tcMar>
              <w:top w:w="70" w:type="dxa"/>
              <w:left w:w="80" w:type="dxa"/>
              <w:bottom w:w="70" w:type="dxa"/>
              <w:right w:w="80" w:type="dxa"/>
            </w:tcMar>
            <w:vAlign w:val="center"/>
          </w:tcPr>
          <w:p w14:paraId="1E14443F" w14:textId="77777777" w:rsidR="001D65CC" w:rsidRPr="00BD77DB" w:rsidRDefault="003722FC">
            <w:r w:rsidRPr="00BD77DB">
              <w:rPr>
                <w:color w:val="1F1F1F"/>
                <w:sz w:val="16"/>
              </w:rPr>
              <w:t>Pass / Fail / Clarify</w:t>
            </w:r>
          </w:p>
        </w:tc>
        <w:tc>
          <w:tcPr>
            <w:tcW w:w="2009" w:type="pct"/>
            <w:shd w:val="clear" w:color="auto" w:fill="F4F8FB"/>
            <w:tcMar>
              <w:top w:w="70" w:type="dxa"/>
              <w:left w:w="80" w:type="dxa"/>
              <w:bottom w:w="70" w:type="dxa"/>
              <w:right w:w="80" w:type="dxa"/>
            </w:tcMar>
            <w:vAlign w:val="center"/>
          </w:tcPr>
          <w:p w14:paraId="0A8AE960" w14:textId="77777777" w:rsidR="001D65CC" w:rsidRPr="00BD77DB" w:rsidRDefault="001D65CC"/>
        </w:tc>
        <w:tc>
          <w:tcPr>
            <w:tcW w:w="701" w:type="pct"/>
            <w:shd w:val="clear" w:color="auto" w:fill="F4F8FB"/>
            <w:tcMar>
              <w:top w:w="70" w:type="dxa"/>
              <w:left w:w="80" w:type="dxa"/>
              <w:bottom w:w="70" w:type="dxa"/>
              <w:right w:w="80" w:type="dxa"/>
            </w:tcMar>
            <w:vAlign w:val="center"/>
          </w:tcPr>
          <w:p w14:paraId="0E27BC1A" w14:textId="77777777" w:rsidR="001D65CC" w:rsidRPr="00BD77DB" w:rsidRDefault="003722FC">
            <w:r w:rsidRPr="00BD77DB">
              <w:rPr>
                <w:color w:val="1F1F1F"/>
                <w:sz w:val="16"/>
              </w:rPr>
              <w:t>Yes / No</w:t>
            </w:r>
          </w:p>
        </w:tc>
        <w:tc>
          <w:tcPr>
            <w:tcW w:w="841" w:type="pct"/>
            <w:shd w:val="clear" w:color="auto" w:fill="F4F8FB"/>
            <w:tcMar>
              <w:top w:w="70" w:type="dxa"/>
              <w:left w:w="80" w:type="dxa"/>
              <w:bottom w:w="70" w:type="dxa"/>
              <w:right w:w="80" w:type="dxa"/>
            </w:tcMar>
            <w:vAlign w:val="center"/>
          </w:tcPr>
          <w:p w14:paraId="2567FC13" w14:textId="77777777" w:rsidR="001D65CC" w:rsidRPr="00BD77DB" w:rsidRDefault="003722FC">
            <w:r w:rsidRPr="00BD77DB">
              <w:rPr>
                <w:color w:val="1F1F1F"/>
                <w:sz w:val="16"/>
              </w:rPr>
              <w:t>Proceed / Do not proceed</w:t>
            </w:r>
          </w:p>
        </w:tc>
      </w:tr>
      <w:tr w:rsidR="001D65CC" w:rsidRPr="00BD77DB" w14:paraId="48993C19" w14:textId="77777777" w:rsidTr="001F230F">
        <w:trPr>
          <w:jc w:val="center"/>
        </w:trPr>
        <w:tc>
          <w:tcPr>
            <w:tcW w:w="701" w:type="pct"/>
            <w:shd w:val="clear" w:color="auto" w:fill="D9EAF7"/>
            <w:tcMar>
              <w:top w:w="70" w:type="dxa"/>
              <w:left w:w="80" w:type="dxa"/>
              <w:bottom w:w="70" w:type="dxa"/>
              <w:right w:w="80" w:type="dxa"/>
            </w:tcMar>
            <w:vAlign w:val="center"/>
          </w:tcPr>
          <w:p w14:paraId="6B7B5662" w14:textId="77777777" w:rsidR="001D65CC" w:rsidRPr="00BD77DB" w:rsidRDefault="003722FC">
            <w:r w:rsidRPr="00BD77DB">
              <w:rPr>
                <w:color w:val="1F1F1F"/>
                <w:sz w:val="16"/>
              </w:rPr>
              <w:t>Critical factors</w:t>
            </w:r>
          </w:p>
        </w:tc>
        <w:tc>
          <w:tcPr>
            <w:tcW w:w="748" w:type="pct"/>
            <w:shd w:val="clear" w:color="auto" w:fill="F4F8FB"/>
            <w:tcMar>
              <w:top w:w="70" w:type="dxa"/>
              <w:left w:w="80" w:type="dxa"/>
              <w:bottom w:w="70" w:type="dxa"/>
              <w:right w:w="80" w:type="dxa"/>
            </w:tcMar>
            <w:vAlign w:val="center"/>
          </w:tcPr>
          <w:p w14:paraId="75ADE2DD" w14:textId="77777777" w:rsidR="001D65CC" w:rsidRPr="00BD77DB" w:rsidRDefault="003722FC">
            <w:r w:rsidRPr="00BD77DB">
              <w:rPr>
                <w:color w:val="1F1F1F"/>
                <w:sz w:val="16"/>
              </w:rPr>
              <w:t>Pass / Fail / Clarify</w:t>
            </w:r>
          </w:p>
        </w:tc>
        <w:tc>
          <w:tcPr>
            <w:tcW w:w="2009" w:type="pct"/>
            <w:shd w:val="clear" w:color="auto" w:fill="F4F8FB"/>
            <w:tcMar>
              <w:top w:w="70" w:type="dxa"/>
              <w:left w:w="80" w:type="dxa"/>
              <w:bottom w:w="70" w:type="dxa"/>
              <w:right w:w="80" w:type="dxa"/>
            </w:tcMar>
            <w:vAlign w:val="center"/>
          </w:tcPr>
          <w:p w14:paraId="2AE51C77" w14:textId="77777777" w:rsidR="001D65CC" w:rsidRPr="00BD77DB" w:rsidRDefault="001D65CC"/>
        </w:tc>
        <w:tc>
          <w:tcPr>
            <w:tcW w:w="701" w:type="pct"/>
            <w:shd w:val="clear" w:color="auto" w:fill="F4F8FB"/>
            <w:tcMar>
              <w:top w:w="70" w:type="dxa"/>
              <w:left w:w="80" w:type="dxa"/>
              <w:bottom w:w="70" w:type="dxa"/>
              <w:right w:w="80" w:type="dxa"/>
            </w:tcMar>
            <w:vAlign w:val="center"/>
          </w:tcPr>
          <w:p w14:paraId="3281D587" w14:textId="77777777" w:rsidR="001D65CC" w:rsidRPr="00BD77DB" w:rsidRDefault="003722FC">
            <w:r w:rsidRPr="00BD77DB">
              <w:rPr>
                <w:color w:val="1F1F1F"/>
                <w:sz w:val="16"/>
              </w:rPr>
              <w:t>Yes / No</w:t>
            </w:r>
          </w:p>
        </w:tc>
        <w:tc>
          <w:tcPr>
            <w:tcW w:w="841" w:type="pct"/>
            <w:shd w:val="clear" w:color="auto" w:fill="F4F8FB"/>
            <w:tcMar>
              <w:top w:w="70" w:type="dxa"/>
              <w:left w:w="80" w:type="dxa"/>
              <w:bottom w:w="70" w:type="dxa"/>
              <w:right w:w="80" w:type="dxa"/>
            </w:tcMar>
            <w:vAlign w:val="center"/>
          </w:tcPr>
          <w:p w14:paraId="39E95CC8" w14:textId="77777777" w:rsidR="001D65CC" w:rsidRPr="00BD77DB" w:rsidRDefault="003722FC">
            <w:r w:rsidRPr="00BD77DB">
              <w:rPr>
                <w:color w:val="1F1F1F"/>
                <w:sz w:val="16"/>
              </w:rPr>
              <w:t>Proceed / Do not proceed</w:t>
            </w:r>
          </w:p>
        </w:tc>
      </w:tr>
    </w:tbl>
    <w:p w14:paraId="39A363F3" w14:textId="373DCF55" w:rsidR="001D65CC" w:rsidRPr="00BD77DB" w:rsidRDefault="003722FC" w:rsidP="00534602">
      <w:pPr>
        <w:pStyle w:val="Heading2"/>
      </w:pPr>
      <w:r w:rsidRPr="00BD77DB">
        <w:t>Differentiation scoring</w:t>
      </w:r>
    </w:p>
    <w:tbl>
      <w:tblPr>
        <w:tblStyle w:val="TableGrid"/>
        <w:tblW w:w="5000" w:type="pct"/>
        <w:jc w:val="center"/>
        <w:tblLook w:val="04A0" w:firstRow="1" w:lastRow="0" w:firstColumn="1" w:lastColumn="0" w:noHBand="0" w:noVBand="1"/>
      </w:tblPr>
      <w:tblGrid>
        <w:gridCol w:w="2051"/>
        <w:gridCol w:w="2610"/>
        <w:gridCol w:w="932"/>
        <w:gridCol w:w="1056"/>
        <w:gridCol w:w="932"/>
        <w:gridCol w:w="1056"/>
        <w:gridCol w:w="1120"/>
        <w:gridCol w:w="2733"/>
        <w:gridCol w:w="1926"/>
      </w:tblGrid>
      <w:tr w:rsidR="001D65CC" w:rsidRPr="00BD77DB" w14:paraId="3BFDEE5F" w14:textId="77777777" w:rsidTr="001F230F">
        <w:trPr>
          <w:jc w:val="center"/>
        </w:trPr>
        <w:tc>
          <w:tcPr>
            <w:tcW w:w="711" w:type="pct"/>
            <w:shd w:val="clear" w:color="auto" w:fill="17365D"/>
            <w:tcMar>
              <w:top w:w="70" w:type="dxa"/>
              <w:left w:w="80" w:type="dxa"/>
              <w:bottom w:w="70" w:type="dxa"/>
              <w:right w:w="80" w:type="dxa"/>
            </w:tcMar>
            <w:vAlign w:val="center"/>
          </w:tcPr>
          <w:p w14:paraId="4C3E2516" w14:textId="77777777" w:rsidR="001D65CC" w:rsidRPr="00BD77DB" w:rsidRDefault="003722FC">
            <w:pPr>
              <w:jc w:val="center"/>
            </w:pPr>
            <w:r w:rsidRPr="00BD77DB">
              <w:rPr>
                <w:b/>
                <w:color w:val="FFFFFF"/>
                <w:sz w:val="14"/>
              </w:rPr>
              <w:t>Factor</w:t>
            </w:r>
          </w:p>
        </w:tc>
        <w:tc>
          <w:tcPr>
            <w:tcW w:w="905" w:type="pct"/>
            <w:shd w:val="clear" w:color="auto" w:fill="17365D"/>
            <w:tcMar>
              <w:top w:w="70" w:type="dxa"/>
              <w:left w:w="80" w:type="dxa"/>
              <w:bottom w:w="70" w:type="dxa"/>
              <w:right w:w="80" w:type="dxa"/>
            </w:tcMar>
            <w:vAlign w:val="center"/>
          </w:tcPr>
          <w:p w14:paraId="0721A599" w14:textId="77777777" w:rsidR="001D65CC" w:rsidRPr="00BD77DB" w:rsidRDefault="003722FC">
            <w:pPr>
              <w:jc w:val="center"/>
            </w:pPr>
            <w:r w:rsidRPr="00BD77DB">
              <w:rPr>
                <w:b/>
                <w:color w:val="FFFFFF"/>
                <w:sz w:val="14"/>
              </w:rPr>
              <w:t>Evidence verified / notes</w:t>
            </w:r>
          </w:p>
        </w:tc>
        <w:tc>
          <w:tcPr>
            <w:tcW w:w="323" w:type="pct"/>
            <w:shd w:val="clear" w:color="auto" w:fill="17365D"/>
            <w:tcMar>
              <w:top w:w="70" w:type="dxa"/>
              <w:left w:w="80" w:type="dxa"/>
              <w:bottom w:w="70" w:type="dxa"/>
              <w:right w:w="80" w:type="dxa"/>
            </w:tcMar>
            <w:vAlign w:val="center"/>
          </w:tcPr>
          <w:p w14:paraId="30DA8193" w14:textId="77777777" w:rsidR="001D65CC" w:rsidRPr="00BD77DB" w:rsidRDefault="003722FC">
            <w:pPr>
              <w:jc w:val="center"/>
            </w:pPr>
            <w:r w:rsidRPr="00BD77DB">
              <w:rPr>
                <w:b/>
                <w:color w:val="FFFFFF"/>
                <w:sz w:val="14"/>
              </w:rPr>
              <w:t>Score /10</w:t>
            </w:r>
          </w:p>
        </w:tc>
        <w:tc>
          <w:tcPr>
            <w:tcW w:w="366" w:type="pct"/>
            <w:shd w:val="clear" w:color="auto" w:fill="17365D"/>
            <w:tcMar>
              <w:top w:w="70" w:type="dxa"/>
              <w:left w:w="80" w:type="dxa"/>
              <w:bottom w:w="70" w:type="dxa"/>
              <w:right w:w="80" w:type="dxa"/>
            </w:tcMar>
            <w:vAlign w:val="center"/>
          </w:tcPr>
          <w:p w14:paraId="49A9B793" w14:textId="77777777" w:rsidR="001D65CC" w:rsidRPr="00BD77DB" w:rsidRDefault="003722FC">
            <w:pPr>
              <w:jc w:val="center"/>
            </w:pPr>
            <w:r w:rsidRPr="00BD77DB">
              <w:rPr>
                <w:b/>
                <w:color w:val="FFFFFF"/>
                <w:sz w:val="14"/>
              </w:rPr>
              <w:t xml:space="preserve">Non-SMME </w:t>
            </w:r>
            <w:proofErr w:type="spellStart"/>
            <w:r w:rsidRPr="00BD77DB">
              <w:rPr>
                <w:b/>
                <w:color w:val="FFFFFF"/>
                <w:sz w:val="14"/>
              </w:rPr>
              <w:t>wt</w:t>
            </w:r>
            <w:proofErr w:type="spellEnd"/>
            <w:r w:rsidRPr="00BD77DB">
              <w:rPr>
                <w:b/>
                <w:color w:val="FFFFFF"/>
                <w:sz w:val="14"/>
              </w:rPr>
              <w:t xml:space="preserve"> %</w:t>
            </w:r>
          </w:p>
        </w:tc>
        <w:tc>
          <w:tcPr>
            <w:tcW w:w="323" w:type="pct"/>
            <w:shd w:val="clear" w:color="auto" w:fill="17365D"/>
            <w:tcMar>
              <w:top w:w="70" w:type="dxa"/>
              <w:left w:w="80" w:type="dxa"/>
              <w:bottom w:w="70" w:type="dxa"/>
              <w:right w:w="80" w:type="dxa"/>
            </w:tcMar>
            <w:vAlign w:val="center"/>
          </w:tcPr>
          <w:p w14:paraId="0EF44DB5" w14:textId="77777777" w:rsidR="001D65CC" w:rsidRPr="00BD77DB" w:rsidRDefault="003722FC">
            <w:pPr>
              <w:jc w:val="center"/>
            </w:pPr>
            <w:r w:rsidRPr="00BD77DB">
              <w:rPr>
                <w:b/>
                <w:color w:val="FFFFFF"/>
                <w:sz w:val="14"/>
              </w:rPr>
              <w:t xml:space="preserve">SMME </w:t>
            </w:r>
            <w:proofErr w:type="spellStart"/>
            <w:r w:rsidRPr="00BD77DB">
              <w:rPr>
                <w:b/>
                <w:color w:val="FFFFFF"/>
                <w:sz w:val="14"/>
              </w:rPr>
              <w:t>wt</w:t>
            </w:r>
            <w:proofErr w:type="spellEnd"/>
            <w:r w:rsidRPr="00BD77DB">
              <w:rPr>
                <w:b/>
                <w:color w:val="FFFFFF"/>
                <w:sz w:val="14"/>
              </w:rPr>
              <w:t xml:space="preserve"> %</w:t>
            </w:r>
          </w:p>
        </w:tc>
        <w:tc>
          <w:tcPr>
            <w:tcW w:w="366" w:type="pct"/>
            <w:shd w:val="clear" w:color="auto" w:fill="17365D"/>
            <w:tcMar>
              <w:top w:w="70" w:type="dxa"/>
              <w:left w:w="80" w:type="dxa"/>
              <w:bottom w:w="70" w:type="dxa"/>
              <w:right w:w="80" w:type="dxa"/>
            </w:tcMar>
            <w:vAlign w:val="center"/>
          </w:tcPr>
          <w:p w14:paraId="4D55E149" w14:textId="77777777" w:rsidR="001D65CC" w:rsidRPr="00BD77DB" w:rsidRDefault="003722FC">
            <w:pPr>
              <w:jc w:val="center"/>
            </w:pPr>
            <w:r w:rsidRPr="00BD77DB">
              <w:rPr>
                <w:b/>
                <w:color w:val="FFFFFF"/>
                <w:sz w:val="14"/>
              </w:rPr>
              <w:t xml:space="preserve">Applicable </w:t>
            </w:r>
            <w:proofErr w:type="spellStart"/>
            <w:r w:rsidRPr="00BD77DB">
              <w:rPr>
                <w:b/>
                <w:color w:val="FFFFFF"/>
                <w:sz w:val="14"/>
              </w:rPr>
              <w:t>wt</w:t>
            </w:r>
            <w:proofErr w:type="spellEnd"/>
            <w:r w:rsidRPr="00BD77DB">
              <w:rPr>
                <w:b/>
                <w:color w:val="FFFFFF"/>
                <w:sz w:val="14"/>
              </w:rPr>
              <w:t xml:space="preserve"> %</w:t>
            </w:r>
          </w:p>
        </w:tc>
        <w:tc>
          <w:tcPr>
            <w:tcW w:w="388" w:type="pct"/>
            <w:shd w:val="clear" w:color="auto" w:fill="17365D"/>
            <w:tcMar>
              <w:top w:w="70" w:type="dxa"/>
              <w:left w:w="80" w:type="dxa"/>
              <w:bottom w:w="70" w:type="dxa"/>
              <w:right w:w="80" w:type="dxa"/>
            </w:tcMar>
            <w:vAlign w:val="center"/>
          </w:tcPr>
          <w:p w14:paraId="72B080C3" w14:textId="77777777" w:rsidR="001D65CC" w:rsidRPr="00BD77DB" w:rsidRDefault="003722FC">
            <w:pPr>
              <w:jc w:val="center"/>
            </w:pPr>
            <w:r w:rsidRPr="00BD77DB">
              <w:rPr>
                <w:b/>
                <w:color w:val="FFFFFF"/>
                <w:sz w:val="14"/>
              </w:rPr>
              <w:t>Weighted score</w:t>
            </w:r>
          </w:p>
        </w:tc>
        <w:tc>
          <w:tcPr>
            <w:tcW w:w="948" w:type="pct"/>
            <w:shd w:val="clear" w:color="auto" w:fill="17365D"/>
            <w:tcMar>
              <w:top w:w="70" w:type="dxa"/>
              <w:left w:w="80" w:type="dxa"/>
              <w:bottom w:w="70" w:type="dxa"/>
              <w:right w:w="80" w:type="dxa"/>
            </w:tcMar>
            <w:vAlign w:val="center"/>
          </w:tcPr>
          <w:p w14:paraId="7848B179" w14:textId="77777777" w:rsidR="001D65CC" w:rsidRPr="00BD77DB" w:rsidRDefault="003722FC">
            <w:pPr>
              <w:jc w:val="center"/>
            </w:pPr>
            <w:r w:rsidRPr="00BD77DB">
              <w:rPr>
                <w:b/>
                <w:color w:val="FFFFFF"/>
                <w:sz w:val="14"/>
              </w:rPr>
              <w:t>Score rationale</w:t>
            </w:r>
          </w:p>
        </w:tc>
        <w:tc>
          <w:tcPr>
            <w:tcW w:w="668" w:type="pct"/>
            <w:shd w:val="clear" w:color="auto" w:fill="17365D"/>
            <w:tcMar>
              <w:top w:w="70" w:type="dxa"/>
              <w:left w:w="80" w:type="dxa"/>
              <w:bottom w:w="70" w:type="dxa"/>
              <w:right w:w="80" w:type="dxa"/>
            </w:tcMar>
            <w:vAlign w:val="center"/>
          </w:tcPr>
          <w:p w14:paraId="17CD59E2" w14:textId="77777777" w:rsidR="001D65CC" w:rsidRPr="00BD77DB" w:rsidRDefault="003722FC">
            <w:pPr>
              <w:jc w:val="center"/>
            </w:pPr>
            <w:r w:rsidRPr="00BD77DB">
              <w:rPr>
                <w:b/>
                <w:color w:val="FFFFFF"/>
                <w:sz w:val="14"/>
              </w:rPr>
              <w:t>Clarification / risk</w:t>
            </w:r>
          </w:p>
        </w:tc>
      </w:tr>
      <w:tr w:rsidR="001D65CC" w:rsidRPr="00BD77DB" w14:paraId="27A330EB" w14:textId="77777777" w:rsidTr="001F230F">
        <w:trPr>
          <w:cantSplit/>
          <w:jc w:val="center"/>
        </w:trPr>
        <w:tc>
          <w:tcPr>
            <w:tcW w:w="711" w:type="pct"/>
            <w:shd w:val="clear" w:color="auto" w:fill="D9EAF7"/>
            <w:tcMar>
              <w:top w:w="70" w:type="dxa"/>
              <w:left w:w="80" w:type="dxa"/>
              <w:bottom w:w="70" w:type="dxa"/>
              <w:right w:w="80" w:type="dxa"/>
            </w:tcMar>
            <w:vAlign w:val="center"/>
          </w:tcPr>
          <w:p w14:paraId="17AE7FFE" w14:textId="77777777" w:rsidR="001D65CC" w:rsidRPr="00BD77DB" w:rsidRDefault="003722FC">
            <w:r w:rsidRPr="00BD77DB">
              <w:rPr>
                <w:color w:val="1F1F1F"/>
                <w:sz w:val="14"/>
              </w:rPr>
              <w:t>Experience</w:t>
            </w:r>
          </w:p>
        </w:tc>
        <w:tc>
          <w:tcPr>
            <w:tcW w:w="905" w:type="pct"/>
            <w:shd w:val="clear" w:color="auto" w:fill="F4F8FB"/>
            <w:tcMar>
              <w:top w:w="70" w:type="dxa"/>
              <w:left w:w="80" w:type="dxa"/>
              <w:bottom w:w="70" w:type="dxa"/>
              <w:right w:w="80" w:type="dxa"/>
            </w:tcMar>
            <w:vAlign w:val="center"/>
          </w:tcPr>
          <w:p w14:paraId="1C70DFB5" w14:textId="77777777" w:rsidR="001D65CC" w:rsidRPr="00BD77DB" w:rsidRDefault="001D65CC"/>
        </w:tc>
        <w:tc>
          <w:tcPr>
            <w:tcW w:w="323" w:type="pct"/>
            <w:shd w:val="clear" w:color="auto" w:fill="F4F8FB"/>
            <w:tcMar>
              <w:top w:w="70" w:type="dxa"/>
              <w:left w:w="80" w:type="dxa"/>
              <w:bottom w:w="70" w:type="dxa"/>
              <w:right w:w="80" w:type="dxa"/>
            </w:tcMar>
            <w:vAlign w:val="center"/>
          </w:tcPr>
          <w:p w14:paraId="3142F194"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703A97E6" w14:textId="77777777" w:rsidR="001D65CC" w:rsidRPr="00BD77DB" w:rsidRDefault="003722FC">
            <w:pPr>
              <w:jc w:val="center"/>
            </w:pPr>
            <w:r w:rsidRPr="00BD77DB">
              <w:rPr>
                <w:color w:val="1F1F1F"/>
                <w:sz w:val="14"/>
              </w:rPr>
              <w:t>10</w:t>
            </w:r>
          </w:p>
        </w:tc>
        <w:tc>
          <w:tcPr>
            <w:tcW w:w="323" w:type="pct"/>
            <w:shd w:val="clear" w:color="auto" w:fill="F4F8FB"/>
            <w:tcMar>
              <w:top w:w="70" w:type="dxa"/>
              <w:left w:w="80" w:type="dxa"/>
              <w:bottom w:w="70" w:type="dxa"/>
              <w:right w:w="80" w:type="dxa"/>
            </w:tcMar>
            <w:vAlign w:val="center"/>
          </w:tcPr>
          <w:p w14:paraId="12E24A4B" w14:textId="77777777" w:rsidR="001D65CC" w:rsidRPr="00BD77DB" w:rsidRDefault="003722FC">
            <w:pPr>
              <w:jc w:val="center"/>
            </w:pPr>
            <w:r w:rsidRPr="00BD77DB">
              <w:rPr>
                <w:color w:val="1F1F1F"/>
                <w:sz w:val="14"/>
              </w:rPr>
              <w:t>10</w:t>
            </w:r>
          </w:p>
        </w:tc>
        <w:tc>
          <w:tcPr>
            <w:tcW w:w="366" w:type="pct"/>
            <w:shd w:val="clear" w:color="auto" w:fill="F4F8FB"/>
            <w:tcMar>
              <w:top w:w="70" w:type="dxa"/>
              <w:left w:w="80" w:type="dxa"/>
              <w:bottom w:w="70" w:type="dxa"/>
              <w:right w:w="80" w:type="dxa"/>
            </w:tcMar>
            <w:vAlign w:val="center"/>
          </w:tcPr>
          <w:p w14:paraId="0E48DCEA"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1C4FC34B"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3B03D642" w14:textId="77777777" w:rsidR="001D65CC" w:rsidRPr="00BD77DB" w:rsidRDefault="001D65CC"/>
        </w:tc>
        <w:tc>
          <w:tcPr>
            <w:tcW w:w="668" w:type="pct"/>
            <w:shd w:val="clear" w:color="auto" w:fill="F4F8FB"/>
            <w:tcMar>
              <w:top w:w="70" w:type="dxa"/>
              <w:left w:w="80" w:type="dxa"/>
              <w:bottom w:w="70" w:type="dxa"/>
              <w:right w:w="80" w:type="dxa"/>
            </w:tcMar>
            <w:vAlign w:val="center"/>
          </w:tcPr>
          <w:p w14:paraId="1D3F7CCB" w14:textId="77777777" w:rsidR="001D65CC" w:rsidRPr="00BD77DB" w:rsidRDefault="001D65CC"/>
        </w:tc>
      </w:tr>
      <w:tr w:rsidR="001D65CC" w:rsidRPr="00BD77DB" w14:paraId="19F21B4B" w14:textId="77777777" w:rsidTr="001F230F">
        <w:trPr>
          <w:cantSplit/>
          <w:jc w:val="center"/>
        </w:trPr>
        <w:tc>
          <w:tcPr>
            <w:tcW w:w="711" w:type="pct"/>
            <w:shd w:val="clear" w:color="auto" w:fill="D9EAF7"/>
            <w:tcMar>
              <w:top w:w="70" w:type="dxa"/>
              <w:left w:w="80" w:type="dxa"/>
              <w:bottom w:w="70" w:type="dxa"/>
              <w:right w:w="80" w:type="dxa"/>
            </w:tcMar>
            <w:vAlign w:val="center"/>
          </w:tcPr>
          <w:p w14:paraId="3A98718D" w14:textId="77777777" w:rsidR="001D65CC" w:rsidRPr="00BD77DB" w:rsidRDefault="003722FC">
            <w:r w:rsidRPr="00BD77DB">
              <w:rPr>
                <w:color w:val="1F1F1F"/>
                <w:sz w:val="14"/>
              </w:rPr>
              <w:t>Product design &amp; engineering</w:t>
            </w:r>
          </w:p>
        </w:tc>
        <w:tc>
          <w:tcPr>
            <w:tcW w:w="905" w:type="pct"/>
            <w:shd w:val="clear" w:color="auto" w:fill="F4F8FB"/>
            <w:tcMar>
              <w:top w:w="70" w:type="dxa"/>
              <w:left w:w="80" w:type="dxa"/>
              <w:bottom w:w="70" w:type="dxa"/>
              <w:right w:w="80" w:type="dxa"/>
            </w:tcMar>
            <w:vAlign w:val="center"/>
          </w:tcPr>
          <w:p w14:paraId="05490152" w14:textId="77777777" w:rsidR="001D65CC" w:rsidRPr="00BD77DB" w:rsidRDefault="001D65CC"/>
        </w:tc>
        <w:tc>
          <w:tcPr>
            <w:tcW w:w="323" w:type="pct"/>
            <w:shd w:val="clear" w:color="auto" w:fill="F4F8FB"/>
            <w:tcMar>
              <w:top w:w="70" w:type="dxa"/>
              <w:left w:w="80" w:type="dxa"/>
              <w:bottom w:w="70" w:type="dxa"/>
              <w:right w:w="80" w:type="dxa"/>
            </w:tcMar>
            <w:vAlign w:val="center"/>
          </w:tcPr>
          <w:p w14:paraId="5CC46B1F"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764E7746" w14:textId="77777777" w:rsidR="001D65CC" w:rsidRPr="00BD77DB" w:rsidRDefault="003722FC">
            <w:pPr>
              <w:jc w:val="center"/>
            </w:pPr>
            <w:r w:rsidRPr="00BD77DB">
              <w:rPr>
                <w:color w:val="1F1F1F"/>
                <w:sz w:val="14"/>
              </w:rPr>
              <w:t>10</w:t>
            </w:r>
          </w:p>
        </w:tc>
        <w:tc>
          <w:tcPr>
            <w:tcW w:w="323" w:type="pct"/>
            <w:shd w:val="clear" w:color="auto" w:fill="F4F8FB"/>
            <w:tcMar>
              <w:top w:w="70" w:type="dxa"/>
              <w:left w:w="80" w:type="dxa"/>
              <w:bottom w:w="70" w:type="dxa"/>
              <w:right w:w="80" w:type="dxa"/>
            </w:tcMar>
            <w:vAlign w:val="center"/>
          </w:tcPr>
          <w:p w14:paraId="3B42B1AA" w14:textId="77777777" w:rsidR="001D65CC" w:rsidRPr="00BD77DB" w:rsidRDefault="003722FC">
            <w:pPr>
              <w:jc w:val="center"/>
            </w:pPr>
            <w:r w:rsidRPr="00BD77DB">
              <w:rPr>
                <w:color w:val="1F1F1F"/>
                <w:sz w:val="14"/>
              </w:rPr>
              <w:t>10</w:t>
            </w:r>
          </w:p>
        </w:tc>
        <w:tc>
          <w:tcPr>
            <w:tcW w:w="366" w:type="pct"/>
            <w:shd w:val="clear" w:color="auto" w:fill="F4F8FB"/>
            <w:tcMar>
              <w:top w:w="70" w:type="dxa"/>
              <w:left w:w="80" w:type="dxa"/>
              <w:bottom w:w="70" w:type="dxa"/>
              <w:right w:w="80" w:type="dxa"/>
            </w:tcMar>
            <w:vAlign w:val="center"/>
          </w:tcPr>
          <w:p w14:paraId="08A69CB4"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7AD665FA"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0E1317B1" w14:textId="77777777" w:rsidR="001D65CC" w:rsidRPr="00BD77DB" w:rsidRDefault="001D65CC"/>
        </w:tc>
        <w:tc>
          <w:tcPr>
            <w:tcW w:w="668" w:type="pct"/>
            <w:shd w:val="clear" w:color="auto" w:fill="F4F8FB"/>
            <w:tcMar>
              <w:top w:w="70" w:type="dxa"/>
              <w:left w:w="80" w:type="dxa"/>
              <w:bottom w:w="70" w:type="dxa"/>
              <w:right w:w="80" w:type="dxa"/>
            </w:tcMar>
            <w:vAlign w:val="center"/>
          </w:tcPr>
          <w:p w14:paraId="0D809C1F" w14:textId="77777777" w:rsidR="001D65CC" w:rsidRPr="00BD77DB" w:rsidRDefault="001D65CC"/>
        </w:tc>
      </w:tr>
      <w:tr w:rsidR="001D65CC" w:rsidRPr="00BD77DB" w14:paraId="541DA40D" w14:textId="77777777" w:rsidTr="001F230F">
        <w:trPr>
          <w:cantSplit/>
          <w:jc w:val="center"/>
        </w:trPr>
        <w:tc>
          <w:tcPr>
            <w:tcW w:w="711" w:type="pct"/>
            <w:shd w:val="clear" w:color="auto" w:fill="D9EAF7"/>
            <w:tcMar>
              <w:top w:w="70" w:type="dxa"/>
              <w:left w:w="80" w:type="dxa"/>
              <w:bottom w:w="70" w:type="dxa"/>
              <w:right w:w="80" w:type="dxa"/>
            </w:tcMar>
            <w:vAlign w:val="center"/>
          </w:tcPr>
          <w:p w14:paraId="780DD167" w14:textId="77777777" w:rsidR="001D65CC" w:rsidRPr="00BD77DB" w:rsidRDefault="003722FC">
            <w:r w:rsidRPr="00BD77DB">
              <w:rPr>
                <w:color w:val="1F1F1F"/>
                <w:sz w:val="14"/>
              </w:rPr>
              <w:t>Black ownership %</w:t>
            </w:r>
          </w:p>
        </w:tc>
        <w:tc>
          <w:tcPr>
            <w:tcW w:w="905" w:type="pct"/>
            <w:shd w:val="clear" w:color="auto" w:fill="F4F8FB"/>
            <w:tcMar>
              <w:top w:w="70" w:type="dxa"/>
              <w:left w:w="80" w:type="dxa"/>
              <w:bottom w:w="70" w:type="dxa"/>
              <w:right w:w="80" w:type="dxa"/>
            </w:tcMar>
            <w:vAlign w:val="center"/>
          </w:tcPr>
          <w:p w14:paraId="45274F5C" w14:textId="77777777" w:rsidR="001D65CC" w:rsidRPr="00BD77DB" w:rsidRDefault="001D65CC"/>
        </w:tc>
        <w:tc>
          <w:tcPr>
            <w:tcW w:w="323" w:type="pct"/>
            <w:shd w:val="clear" w:color="auto" w:fill="F4F8FB"/>
            <w:tcMar>
              <w:top w:w="70" w:type="dxa"/>
              <w:left w:w="80" w:type="dxa"/>
              <w:bottom w:w="70" w:type="dxa"/>
              <w:right w:w="80" w:type="dxa"/>
            </w:tcMar>
            <w:vAlign w:val="center"/>
          </w:tcPr>
          <w:p w14:paraId="101C487A"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281531CF" w14:textId="77777777" w:rsidR="001D65CC" w:rsidRPr="00BD77DB" w:rsidRDefault="003722FC">
            <w:pPr>
              <w:jc w:val="center"/>
            </w:pPr>
            <w:r w:rsidRPr="00BD77DB">
              <w:rPr>
                <w:color w:val="1F1F1F"/>
                <w:sz w:val="14"/>
              </w:rPr>
              <w:t>10</w:t>
            </w:r>
          </w:p>
        </w:tc>
        <w:tc>
          <w:tcPr>
            <w:tcW w:w="323" w:type="pct"/>
            <w:shd w:val="clear" w:color="auto" w:fill="F4F8FB"/>
            <w:tcMar>
              <w:top w:w="70" w:type="dxa"/>
              <w:left w:w="80" w:type="dxa"/>
              <w:bottom w:w="70" w:type="dxa"/>
              <w:right w:w="80" w:type="dxa"/>
            </w:tcMar>
            <w:vAlign w:val="center"/>
          </w:tcPr>
          <w:p w14:paraId="5024A299" w14:textId="77777777" w:rsidR="001D65CC" w:rsidRPr="00BD77DB" w:rsidRDefault="003722FC">
            <w:pPr>
              <w:jc w:val="center"/>
            </w:pPr>
            <w:r w:rsidRPr="00BD77DB">
              <w:rPr>
                <w:color w:val="1F1F1F"/>
                <w:sz w:val="14"/>
              </w:rPr>
              <w:t>15</w:t>
            </w:r>
          </w:p>
        </w:tc>
        <w:tc>
          <w:tcPr>
            <w:tcW w:w="366" w:type="pct"/>
            <w:shd w:val="clear" w:color="auto" w:fill="F4F8FB"/>
            <w:tcMar>
              <w:top w:w="70" w:type="dxa"/>
              <w:left w:w="80" w:type="dxa"/>
              <w:bottom w:w="70" w:type="dxa"/>
              <w:right w:w="80" w:type="dxa"/>
            </w:tcMar>
            <w:vAlign w:val="center"/>
          </w:tcPr>
          <w:p w14:paraId="287E9D9A"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1C70E481"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31FAEE40" w14:textId="77777777" w:rsidR="001D65CC" w:rsidRPr="00BD77DB" w:rsidRDefault="001D65CC"/>
        </w:tc>
        <w:tc>
          <w:tcPr>
            <w:tcW w:w="668" w:type="pct"/>
            <w:shd w:val="clear" w:color="auto" w:fill="F4F8FB"/>
            <w:tcMar>
              <w:top w:w="70" w:type="dxa"/>
              <w:left w:w="80" w:type="dxa"/>
              <w:bottom w:w="70" w:type="dxa"/>
              <w:right w:w="80" w:type="dxa"/>
            </w:tcMar>
            <w:vAlign w:val="center"/>
          </w:tcPr>
          <w:p w14:paraId="0292C85F" w14:textId="77777777" w:rsidR="001D65CC" w:rsidRPr="00BD77DB" w:rsidRDefault="001D65CC"/>
        </w:tc>
      </w:tr>
      <w:tr w:rsidR="001D65CC" w:rsidRPr="00BD77DB" w14:paraId="20C8A169" w14:textId="77777777" w:rsidTr="001F230F">
        <w:trPr>
          <w:cantSplit/>
          <w:jc w:val="center"/>
        </w:trPr>
        <w:tc>
          <w:tcPr>
            <w:tcW w:w="711" w:type="pct"/>
            <w:shd w:val="clear" w:color="auto" w:fill="D9EAF7"/>
            <w:tcMar>
              <w:top w:w="70" w:type="dxa"/>
              <w:left w:w="80" w:type="dxa"/>
              <w:bottom w:w="70" w:type="dxa"/>
              <w:right w:w="80" w:type="dxa"/>
            </w:tcMar>
            <w:vAlign w:val="center"/>
          </w:tcPr>
          <w:p w14:paraId="102B61C4" w14:textId="77777777" w:rsidR="001D65CC" w:rsidRPr="00BD77DB" w:rsidRDefault="003722FC">
            <w:r w:rsidRPr="00BD77DB">
              <w:rPr>
                <w:color w:val="1F1F1F"/>
                <w:sz w:val="14"/>
              </w:rPr>
              <w:t>B-BBEE level</w:t>
            </w:r>
          </w:p>
        </w:tc>
        <w:tc>
          <w:tcPr>
            <w:tcW w:w="905" w:type="pct"/>
            <w:shd w:val="clear" w:color="auto" w:fill="F4F8FB"/>
            <w:tcMar>
              <w:top w:w="70" w:type="dxa"/>
              <w:left w:w="80" w:type="dxa"/>
              <w:bottom w:w="70" w:type="dxa"/>
              <w:right w:w="80" w:type="dxa"/>
            </w:tcMar>
            <w:vAlign w:val="center"/>
          </w:tcPr>
          <w:p w14:paraId="6B525AEA" w14:textId="77777777" w:rsidR="001D65CC" w:rsidRPr="00BD77DB" w:rsidRDefault="001D65CC"/>
        </w:tc>
        <w:tc>
          <w:tcPr>
            <w:tcW w:w="323" w:type="pct"/>
            <w:shd w:val="clear" w:color="auto" w:fill="F4F8FB"/>
            <w:tcMar>
              <w:top w:w="70" w:type="dxa"/>
              <w:left w:w="80" w:type="dxa"/>
              <w:bottom w:w="70" w:type="dxa"/>
              <w:right w:w="80" w:type="dxa"/>
            </w:tcMar>
            <w:vAlign w:val="center"/>
          </w:tcPr>
          <w:p w14:paraId="5176C47C"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545C9E17" w14:textId="77777777" w:rsidR="001D65CC" w:rsidRPr="00BD77DB" w:rsidRDefault="003722FC">
            <w:pPr>
              <w:jc w:val="center"/>
            </w:pPr>
            <w:r w:rsidRPr="00BD77DB">
              <w:rPr>
                <w:color w:val="1F1F1F"/>
                <w:sz w:val="14"/>
              </w:rPr>
              <w:t>10</w:t>
            </w:r>
          </w:p>
        </w:tc>
        <w:tc>
          <w:tcPr>
            <w:tcW w:w="323" w:type="pct"/>
            <w:shd w:val="clear" w:color="auto" w:fill="F4F8FB"/>
            <w:tcMar>
              <w:top w:w="70" w:type="dxa"/>
              <w:left w:w="80" w:type="dxa"/>
              <w:bottom w:w="70" w:type="dxa"/>
              <w:right w:w="80" w:type="dxa"/>
            </w:tcMar>
            <w:vAlign w:val="center"/>
          </w:tcPr>
          <w:p w14:paraId="0029B86B" w14:textId="77777777" w:rsidR="001D65CC" w:rsidRPr="00BD77DB" w:rsidRDefault="003722FC">
            <w:pPr>
              <w:jc w:val="center"/>
            </w:pPr>
            <w:r w:rsidRPr="00BD77DB">
              <w:rPr>
                <w:color w:val="1F1F1F"/>
                <w:sz w:val="14"/>
              </w:rPr>
              <w:t>10</w:t>
            </w:r>
          </w:p>
        </w:tc>
        <w:tc>
          <w:tcPr>
            <w:tcW w:w="366" w:type="pct"/>
            <w:shd w:val="clear" w:color="auto" w:fill="F4F8FB"/>
            <w:tcMar>
              <w:top w:w="70" w:type="dxa"/>
              <w:left w:w="80" w:type="dxa"/>
              <w:bottom w:w="70" w:type="dxa"/>
              <w:right w:w="80" w:type="dxa"/>
            </w:tcMar>
            <w:vAlign w:val="center"/>
          </w:tcPr>
          <w:p w14:paraId="5B948F1A"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6D42B50E"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3328D5CB" w14:textId="77777777" w:rsidR="001D65CC" w:rsidRPr="00BD77DB" w:rsidRDefault="001D65CC"/>
        </w:tc>
        <w:tc>
          <w:tcPr>
            <w:tcW w:w="668" w:type="pct"/>
            <w:shd w:val="clear" w:color="auto" w:fill="F4F8FB"/>
            <w:tcMar>
              <w:top w:w="70" w:type="dxa"/>
              <w:left w:w="80" w:type="dxa"/>
              <w:bottom w:w="70" w:type="dxa"/>
              <w:right w:w="80" w:type="dxa"/>
            </w:tcMar>
            <w:vAlign w:val="center"/>
          </w:tcPr>
          <w:p w14:paraId="409EA264" w14:textId="77777777" w:rsidR="001D65CC" w:rsidRPr="00BD77DB" w:rsidRDefault="001D65CC"/>
        </w:tc>
      </w:tr>
      <w:tr w:rsidR="001D65CC" w:rsidRPr="00BD77DB" w14:paraId="0E6F8167" w14:textId="77777777" w:rsidTr="001F230F">
        <w:trPr>
          <w:cantSplit/>
          <w:jc w:val="center"/>
        </w:trPr>
        <w:tc>
          <w:tcPr>
            <w:tcW w:w="711" w:type="pct"/>
            <w:shd w:val="clear" w:color="auto" w:fill="D9EAF7"/>
            <w:tcMar>
              <w:top w:w="70" w:type="dxa"/>
              <w:left w:w="80" w:type="dxa"/>
              <w:bottom w:w="70" w:type="dxa"/>
              <w:right w:w="80" w:type="dxa"/>
            </w:tcMar>
            <w:vAlign w:val="center"/>
          </w:tcPr>
          <w:p w14:paraId="4BE4ECC5" w14:textId="77777777" w:rsidR="001D65CC" w:rsidRPr="00BD77DB" w:rsidRDefault="003722FC">
            <w:r w:rsidRPr="00BD77DB">
              <w:rPr>
                <w:color w:val="1F1F1F"/>
                <w:sz w:val="14"/>
              </w:rPr>
              <w:t>OEM / product supply</w:t>
            </w:r>
          </w:p>
        </w:tc>
        <w:tc>
          <w:tcPr>
            <w:tcW w:w="905" w:type="pct"/>
            <w:shd w:val="clear" w:color="auto" w:fill="F4F8FB"/>
            <w:tcMar>
              <w:top w:w="70" w:type="dxa"/>
              <w:left w:w="80" w:type="dxa"/>
              <w:bottom w:w="70" w:type="dxa"/>
              <w:right w:w="80" w:type="dxa"/>
            </w:tcMar>
            <w:vAlign w:val="center"/>
          </w:tcPr>
          <w:p w14:paraId="285C212D" w14:textId="77777777" w:rsidR="001D65CC" w:rsidRPr="00BD77DB" w:rsidRDefault="001D65CC"/>
        </w:tc>
        <w:tc>
          <w:tcPr>
            <w:tcW w:w="323" w:type="pct"/>
            <w:shd w:val="clear" w:color="auto" w:fill="F4F8FB"/>
            <w:tcMar>
              <w:top w:w="70" w:type="dxa"/>
              <w:left w:w="80" w:type="dxa"/>
              <w:bottom w:w="70" w:type="dxa"/>
              <w:right w:w="80" w:type="dxa"/>
            </w:tcMar>
            <w:vAlign w:val="center"/>
          </w:tcPr>
          <w:p w14:paraId="71718C7E"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2C27B31D" w14:textId="77777777" w:rsidR="001D65CC" w:rsidRPr="00BD77DB" w:rsidRDefault="003722FC">
            <w:pPr>
              <w:jc w:val="center"/>
            </w:pPr>
            <w:r w:rsidRPr="00BD77DB">
              <w:rPr>
                <w:color w:val="1F1F1F"/>
                <w:sz w:val="14"/>
              </w:rPr>
              <w:t>15</w:t>
            </w:r>
          </w:p>
        </w:tc>
        <w:tc>
          <w:tcPr>
            <w:tcW w:w="323" w:type="pct"/>
            <w:shd w:val="clear" w:color="auto" w:fill="F4F8FB"/>
            <w:tcMar>
              <w:top w:w="70" w:type="dxa"/>
              <w:left w:w="80" w:type="dxa"/>
              <w:bottom w:w="70" w:type="dxa"/>
              <w:right w:w="80" w:type="dxa"/>
            </w:tcMar>
            <w:vAlign w:val="center"/>
          </w:tcPr>
          <w:p w14:paraId="0A0F2466" w14:textId="77777777" w:rsidR="001D65CC" w:rsidRPr="00BD77DB" w:rsidRDefault="003722FC">
            <w:pPr>
              <w:jc w:val="center"/>
            </w:pPr>
            <w:r w:rsidRPr="00BD77DB">
              <w:rPr>
                <w:color w:val="1F1F1F"/>
                <w:sz w:val="14"/>
              </w:rPr>
              <w:t>20</w:t>
            </w:r>
          </w:p>
        </w:tc>
        <w:tc>
          <w:tcPr>
            <w:tcW w:w="366" w:type="pct"/>
            <w:shd w:val="clear" w:color="auto" w:fill="F4F8FB"/>
            <w:tcMar>
              <w:top w:w="70" w:type="dxa"/>
              <w:left w:w="80" w:type="dxa"/>
              <w:bottom w:w="70" w:type="dxa"/>
              <w:right w:w="80" w:type="dxa"/>
            </w:tcMar>
            <w:vAlign w:val="center"/>
          </w:tcPr>
          <w:p w14:paraId="01F40DC3"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0AC0A7DE"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1BF4A1B5" w14:textId="77777777" w:rsidR="001D65CC" w:rsidRPr="00BD77DB" w:rsidRDefault="001D65CC"/>
        </w:tc>
        <w:tc>
          <w:tcPr>
            <w:tcW w:w="668" w:type="pct"/>
            <w:shd w:val="clear" w:color="auto" w:fill="F4F8FB"/>
            <w:tcMar>
              <w:top w:w="70" w:type="dxa"/>
              <w:left w:w="80" w:type="dxa"/>
              <w:bottom w:w="70" w:type="dxa"/>
              <w:right w:w="80" w:type="dxa"/>
            </w:tcMar>
            <w:vAlign w:val="center"/>
          </w:tcPr>
          <w:p w14:paraId="12EC4DC0" w14:textId="77777777" w:rsidR="001D65CC" w:rsidRPr="00BD77DB" w:rsidRDefault="001D65CC"/>
        </w:tc>
      </w:tr>
      <w:tr w:rsidR="001D65CC" w:rsidRPr="00BD77DB" w14:paraId="7A18941B" w14:textId="77777777" w:rsidTr="001F230F">
        <w:trPr>
          <w:cantSplit/>
          <w:jc w:val="center"/>
        </w:trPr>
        <w:tc>
          <w:tcPr>
            <w:tcW w:w="711" w:type="pct"/>
            <w:shd w:val="clear" w:color="auto" w:fill="D9EAF7"/>
            <w:tcMar>
              <w:top w:w="70" w:type="dxa"/>
              <w:left w:w="80" w:type="dxa"/>
              <w:bottom w:w="70" w:type="dxa"/>
              <w:right w:w="80" w:type="dxa"/>
            </w:tcMar>
            <w:vAlign w:val="center"/>
          </w:tcPr>
          <w:p w14:paraId="66C4028D" w14:textId="77777777" w:rsidR="001D65CC" w:rsidRPr="00BD77DB" w:rsidRDefault="003722FC">
            <w:r w:rsidRPr="00BD77DB">
              <w:rPr>
                <w:color w:val="1F1F1F"/>
                <w:sz w:val="14"/>
              </w:rPr>
              <w:t>Technology readiness / industrialisation</w:t>
            </w:r>
          </w:p>
        </w:tc>
        <w:tc>
          <w:tcPr>
            <w:tcW w:w="905" w:type="pct"/>
            <w:shd w:val="clear" w:color="auto" w:fill="F4F8FB"/>
            <w:tcMar>
              <w:top w:w="70" w:type="dxa"/>
              <w:left w:w="80" w:type="dxa"/>
              <w:bottom w:w="70" w:type="dxa"/>
              <w:right w:w="80" w:type="dxa"/>
            </w:tcMar>
            <w:vAlign w:val="center"/>
          </w:tcPr>
          <w:p w14:paraId="08A2D147" w14:textId="77777777" w:rsidR="001D65CC" w:rsidRPr="00BD77DB" w:rsidRDefault="001D65CC"/>
        </w:tc>
        <w:tc>
          <w:tcPr>
            <w:tcW w:w="323" w:type="pct"/>
            <w:shd w:val="clear" w:color="auto" w:fill="F4F8FB"/>
            <w:tcMar>
              <w:top w:w="70" w:type="dxa"/>
              <w:left w:w="80" w:type="dxa"/>
              <w:bottom w:w="70" w:type="dxa"/>
              <w:right w:w="80" w:type="dxa"/>
            </w:tcMar>
            <w:vAlign w:val="center"/>
          </w:tcPr>
          <w:p w14:paraId="694337C1"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52BED256" w14:textId="77777777" w:rsidR="001D65CC" w:rsidRPr="00BD77DB" w:rsidRDefault="003722FC">
            <w:pPr>
              <w:jc w:val="center"/>
            </w:pPr>
            <w:r w:rsidRPr="00BD77DB">
              <w:rPr>
                <w:color w:val="1F1F1F"/>
                <w:sz w:val="14"/>
              </w:rPr>
              <w:t>10</w:t>
            </w:r>
          </w:p>
        </w:tc>
        <w:tc>
          <w:tcPr>
            <w:tcW w:w="323" w:type="pct"/>
            <w:shd w:val="clear" w:color="auto" w:fill="F4F8FB"/>
            <w:tcMar>
              <w:top w:w="70" w:type="dxa"/>
              <w:left w:w="80" w:type="dxa"/>
              <w:bottom w:w="70" w:type="dxa"/>
              <w:right w:w="80" w:type="dxa"/>
            </w:tcMar>
            <w:vAlign w:val="center"/>
          </w:tcPr>
          <w:p w14:paraId="7D98044E" w14:textId="77777777" w:rsidR="001D65CC" w:rsidRPr="00BD77DB" w:rsidRDefault="003722FC">
            <w:pPr>
              <w:jc w:val="center"/>
            </w:pPr>
            <w:r w:rsidRPr="00BD77DB">
              <w:rPr>
                <w:color w:val="1F1F1F"/>
                <w:sz w:val="14"/>
              </w:rPr>
              <w:t>10</w:t>
            </w:r>
          </w:p>
        </w:tc>
        <w:tc>
          <w:tcPr>
            <w:tcW w:w="366" w:type="pct"/>
            <w:shd w:val="clear" w:color="auto" w:fill="F4F8FB"/>
            <w:tcMar>
              <w:top w:w="70" w:type="dxa"/>
              <w:left w:w="80" w:type="dxa"/>
              <w:bottom w:w="70" w:type="dxa"/>
              <w:right w:w="80" w:type="dxa"/>
            </w:tcMar>
            <w:vAlign w:val="center"/>
          </w:tcPr>
          <w:p w14:paraId="4BEA2716"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70EA4F7B"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67F80F60" w14:textId="77777777" w:rsidR="001D65CC" w:rsidRPr="00BD77DB" w:rsidRDefault="001D65CC"/>
        </w:tc>
        <w:tc>
          <w:tcPr>
            <w:tcW w:w="668" w:type="pct"/>
            <w:shd w:val="clear" w:color="auto" w:fill="F4F8FB"/>
            <w:tcMar>
              <w:top w:w="70" w:type="dxa"/>
              <w:left w:w="80" w:type="dxa"/>
              <w:bottom w:w="70" w:type="dxa"/>
              <w:right w:w="80" w:type="dxa"/>
            </w:tcMar>
            <w:vAlign w:val="center"/>
          </w:tcPr>
          <w:p w14:paraId="3272D315" w14:textId="77777777" w:rsidR="001D65CC" w:rsidRPr="00BD77DB" w:rsidRDefault="001D65CC"/>
        </w:tc>
      </w:tr>
      <w:tr w:rsidR="001D65CC" w:rsidRPr="00BD77DB" w14:paraId="0A3C315A" w14:textId="77777777" w:rsidTr="001F230F">
        <w:trPr>
          <w:cantSplit/>
          <w:jc w:val="center"/>
        </w:trPr>
        <w:tc>
          <w:tcPr>
            <w:tcW w:w="711" w:type="pct"/>
            <w:shd w:val="clear" w:color="auto" w:fill="D9EAF7"/>
            <w:tcMar>
              <w:top w:w="70" w:type="dxa"/>
              <w:left w:w="80" w:type="dxa"/>
              <w:bottom w:w="70" w:type="dxa"/>
              <w:right w:w="80" w:type="dxa"/>
            </w:tcMar>
            <w:vAlign w:val="center"/>
          </w:tcPr>
          <w:p w14:paraId="1BF6DAF4" w14:textId="77777777" w:rsidR="001D65CC" w:rsidRPr="00BD77DB" w:rsidRDefault="003722FC">
            <w:r w:rsidRPr="00BD77DB">
              <w:rPr>
                <w:color w:val="1F1F1F"/>
                <w:sz w:val="14"/>
              </w:rPr>
              <w:t>Innovation / technology development</w:t>
            </w:r>
          </w:p>
        </w:tc>
        <w:tc>
          <w:tcPr>
            <w:tcW w:w="905" w:type="pct"/>
            <w:shd w:val="clear" w:color="auto" w:fill="F4F8FB"/>
            <w:tcMar>
              <w:top w:w="70" w:type="dxa"/>
              <w:left w:w="80" w:type="dxa"/>
              <w:bottom w:w="70" w:type="dxa"/>
              <w:right w:w="80" w:type="dxa"/>
            </w:tcMar>
            <w:vAlign w:val="center"/>
          </w:tcPr>
          <w:p w14:paraId="683A81F4" w14:textId="77777777" w:rsidR="001D65CC" w:rsidRPr="00BD77DB" w:rsidRDefault="001D65CC"/>
        </w:tc>
        <w:tc>
          <w:tcPr>
            <w:tcW w:w="323" w:type="pct"/>
            <w:shd w:val="clear" w:color="auto" w:fill="F4F8FB"/>
            <w:tcMar>
              <w:top w:w="70" w:type="dxa"/>
              <w:left w:w="80" w:type="dxa"/>
              <w:bottom w:w="70" w:type="dxa"/>
              <w:right w:w="80" w:type="dxa"/>
            </w:tcMar>
            <w:vAlign w:val="center"/>
          </w:tcPr>
          <w:p w14:paraId="27985A23"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1AC6CB28" w14:textId="77777777" w:rsidR="001D65CC" w:rsidRPr="00BD77DB" w:rsidRDefault="003722FC">
            <w:pPr>
              <w:jc w:val="center"/>
            </w:pPr>
            <w:r w:rsidRPr="00BD77DB">
              <w:rPr>
                <w:color w:val="1F1F1F"/>
                <w:sz w:val="14"/>
              </w:rPr>
              <w:t>10</w:t>
            </w:r>
          </w:p>
        </w:tc>
        <w:tc>
          <w:tcPr>
            <w:tcW w:w="323" w:type="pct"/>
            <w:shd w:val="clear" w:color="auto" w:fill="F4F8FB"/>
            <w:tcMar>
              <w:top w:w="70" w:type="dxa"/>
              <w:left w:w="80" w:type="dxa"/>
              <w:bottom w:w="70" w:type="dxa"/>
              <w:right w:w="80" w:type="dxa"/>
            </w:tcMar>
            <w:vAlign w:val="center"/>
          </w:tcPr>
          <w:p w14:paraId="576C7A39" w14:textId="77777777" w:rsidR="001D65CC" w:rsidRPr="00BD77DB" w:rsidRDefault="003722FC">
            <w:pPr>
              <w:jc w:val="center"/>
            </w:pPr>
            <w:r w:rsidRPr="00BD77DB">
              <w:rPr>
                <w:color w:val="1F1F1F"/>
                <w:sz w:val="14"/>
              </w:rPr>
              <w:t>10</w:t>
            </w:r>
          </w:p>
        </w:tc>
        <w:tc>
          <w:tcPr>
            <w:tcW w:w="366" w:type="pct"/>
            <w:shd w:val="clear" w:color="auto" w:fill="F4F8FB"/>
            <w:tcMar>
              <w:top w:w="70" w:type="dxa"/>
              <w:left w:w="80" w:type="dxa"/>
              <w:bottom w:w="70" w:type="dxa"/>
              <w:right w:w="80" w:type="dxa"/>
            </w:tcMar>
            <w:vAlign w:val="center"/>
          </w:tcPr>
          <w:p w14:paraId="7799BB7D"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5FBAA1FE"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15E58995" w14:textId="77777777" w:rsidR="001D65CC" w:rsidRPr="00BD77DB" w:rsidRDefault="001D65CC"/>
        </w:tc>
        <w:tc>
          <w:tcPr>
            <w:tcW w:w="668" w:type="pct"/>
            <w:shd w:val="clear" w:color="auto" w:fill="F4F8FB"/>
            <w:tcMar>
              <w:top w:w="70" w:type="dxa"/>
              <w:left w:w="80" w:type="dxa"/>
              <w:bottom w:w="70" w:type="dxa"/>
              <w:right w:w="80" w:type="dxa"/>
            </w:tcMar>
            <w:vAlign w:val="center"/>
          </w:tcPr>
          <w:p w14:paraId="21DBD9B8" w14:textId="77777777" w:rsidR="001D65CC" w:rsidRPr="00BD77DB" w:rsidRDefault="001D65CC"/>
        </w:tc>
      </w:tr>
      <w:tr w:rsidR="001D65CC" w:rsidRPr="00BD77DB" w14:paraId="78E18D46" w14:textId="77777777" w:rsidTr="001F230F">
        <w:trPr>
          <w:cantSplit/>
          <w:jc w:val="center"/>
        </w:trPr>
        <w:tc>
          <w:tcPr>
            <w:tcW w:w="711" w:type="pct"/>
            <w:shd w:val="clear" w:color="auto" w:fill="D9EAF7"/>
            <w:tcMar>
              <w:top w:w="70" w:type="dxa"/>
              <w:left w:w="80" w:type="dxa"/>
              <w:bottom w:w="70" w:type="dxa"/>
              <w:right w:w="80" w:type="dxa"/>
            </w:tcMar>
            <w:vAlign w:val="center"/>
          </w:tcPr>
          <w:p w14:paraId="423E0470" w14:textId="77777777" w:rsidR="001D65CC" w:rsidRPr="00BD77DB" w:rsidRDefault="003722FC">
            <w:r w:rsidRPr="00BD77DB">
              <w:rPr>
                <w:color w:val="1F1F1F"/>
                <w:sz w:val="14"/>
              </w:rPr>
              <w:t>SMME support (non-SMME only)</w:t>
            </w:r>
          </w:p>
        </w:tc>
        <w:tc>
          <w:tcPr>
            <w:tcW w:w="905" w:type="pct"/>
            <w:shd w:val="clear" w:color="auto" w:fill="F4F8FB"/>
            <w:tcMar>
              <w:top w:w="70" w:type="dxa"/>
              <w:left w:w="80" w:type="dxa"/>
              <w:bottom w:w="70" w:type="dxa"/>
              <w:right w:w="80" w:type="dxa"/>
            </w:tcMar>
            <w:vAlign w:val="center"/>
          </w:tcPr>
          <w:p w14:paraId="603D261C" w14:textId="77777777" w:rsidR="001D65CC" w:rsidRPr="00BD77DB" w:rsidRDefault="001D65CC"/>
        </w:tc>
        <w:tc>
          <w:tcPr>
            <w:tcW w:w="323" w:type="pct"/>
            <w:shd w:val="clear" w:color="auto" w:fill="F4F8FB"/>
            <w:tcMar>
              <w:top w:w="70" w:type="dxa"/>
              <w:left w:w="80" w:type="dxa"/>
              <w:bottom w:w="70" w:type="dxa"/>
              <w:right w:w="80" w:type="dxa"/>
            </w:tcMar>
            <w:vAlign w:val="center"/>
          </w:tcPr>
          <w:p w14:paraId="24EBEFD1"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0A5BF122" w14:textId="77777777" w:rsidR="001D65CC" w:rsidRPr="00BD77DB" w:rsidRDefault="003722FC">
            <w:pPr>
              <w:jc w:val="center"/>
            </w:pPr>
            <w:r w:rsidRPr="00BD77DB">
              <w:rPr>
                <w:color w:val="1F1F1F"/>
                <w:sz w:val="14"/>
              </w:rPr>
              <w:t>10</w:t>
            </w:r>
          </w:p>
        </w:tc>
        <w:tc>
          <w:tcPr>
            <w:tcW w:w="323" w:type="pct"/>
            <w:shd w:val="clear" w:color="auto" w:fill="F4F8FB"/>
            <w:tcMar>
              <w:top w:w="70" w:type="dxa"/>
              <w:left w:w="80" w:type="dxa"/>
              <w:bottom w:w="70" w:type="dxa"/>
              <w:right w:w="80" w:type="dxa"/>
            </w:tcMar>
            <w:vAlign w:val="center"/>
          </w:tcPr>
          <w:p w14:paraId="043E4E6B" w14:textId="77777777" w:rsidR="001D65CC" w:rsidRPr="00BD77DB" w:rsidRDefault="003722FC">
            <w:pPr>
              <w:jc w:val="center"/>
            </w:pPr>
            <w:r w:rsidRPr="00BD77DB">
              <w:rPr>
                <w:color w:val="1F1F1F"/>
                <w:sz w:val="14"/>
              </w:rPr>
              <w:t>0</w:t>
            </w:r>
          </w:p>
        </w:tc>
        <w:tc>
          <w:tcPr>
            <w:tcW w:w="366" w:type="pct"/>
            <w:shd w:val="clear" w:color="auto" w:fill="F4F8FB"/>
            <w:tcMar>
              <w:top w:w="70" w:type="dxa"/>
              <w:left w:w="80" w:type="dxa"/>
              <w:bottom w:w="70" w:type="dxa"/>
              <w:right w:w="80" w:type="dxa"/>
            </w:tcMar>
            <w:vAlign w:val="center"/>
          </w:tcPr>
          <w:p w14:paraId="655300A9"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3C4D5086"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7D170B8E" w14:textId="77777777" w:rsidR="001D65CC" w:rsidRPr="00BD77DB" w:rsidRDefault="001D65CC"/>
        </w:tc>
        <w:tc>
          <w:tcPr>
            <w:tcW w:w="668" w:type="pct"/>
            <w:shd w:val="clear" w:color="auto" w:fill="F4F8FB"/>
            <w:tcMar>
              <w:top w:w="70" w:type="dxa"/>
              <w:left w:w="80" w:type="dxa"/>
              <w:bottom w:w="70" w:type="dxa"/>
              <w:right w:w="80" w:type="dxa"/>
            </w:tcMar>
            <w:vAlign w:val="center"/>
          </w:tcPr>
          <w:p w14:paraId="78232F7C" w14:textId="77777777" w:rsidR="001D65CC" w:rsidRPr="00BD77DB" w:rsidRDefault="001D65CC"/>
        </w:tc>
      </w:tr>
      <w:tr w:rsidR="001D65CC" w:rsidRPr="00BD77DB" w14:paraId="300C31C7" w14:textId="77777777" w:rsidTr="001F230F">
        <w:trPr>
          <w:cantSplit/>
          <w:jc w:val="center"/>
        </w:trPr>
        <w:tc>
          <w:tcPr>
            <w:tcW w:w="711" w:type="pct"/>
            <w:shd w:val="clear" w:color="auto" w:fill="D9EAF7"/>
            <w:tcMar>
              <w:top w:w="70" w:type="dxa"/>
              <w:left w:w="80" w:type="dxa"/>
              <w:bottom w:w="70" w:type="dxa"/>
              <w:right w:w="80" w:type="dxa"/>
            </w:tcMar>
            <w:vAlign w:val="center"/>
          </w:tcPr>
          <w:p w14:paraId="7FF59F8D" w14:textId="77777777" w:rsidR="001D65CC" w:rsidRPr="00BD77DB" w:rsidRDefault="003722FC">
            <w:r w:rsidRPr="00BD77DB">
              <w:rPr>
                <w:color w:val="1F1F1F"/>
                <w:sz w:val="14"/>
              </w:rPr>
              <w:t>Facilities &amp; equipment access</w:t>
            </w:r>
          </w:p>
        </w:tc>
        <w:tc>
          <w:tcPr>
            <w:tcW w:w="905" w:type="pct"/>
            <w:shd w:val="clear" w:color="auto" w:fill="F4F8FB"/>
            <w:tcMar>
              <w:top w:w="70" w:type="dxa"/>
              <w:left w:w="80" w:type="dxa"/>
              <w:bottom w:w="70" w:type="dxa"/>
              <w:right w:w="80" w:type="dxa"/>
            </w:tcMar>
            <w:vAlign w:val="center"/>
          </w:tcPr>
          <w:p w14:paraId="0CF6DE6F" w14:textId="77777777" w:rsidR="001D65CC" w:rsidRPr="00BD77DB" w:rsidRDefault="001D65CC"/>
        </w:tc>
        <w:tc>
          <w:tcPr>
            <w:tcW w:w="323" w:type="pct"/>
            <w:shd w:val="clear" w:color="auto" w:fill="F4F8FB"/>
            <w:tcMar>
              <w:top w:w="70" w:type="dxa"/>
              <w:left w:w="80" w:type="dxa"/>
              <w:bottom w:w="70" w:type="dxa"/>
              <w:right w:w="80" w:type="dxa"/>
            </w:tcMar>
            <w:vAlign w:val="center"/>
          </w:tcPr>
          <w:p w14:paraId="75C005B0" w14:textId="77777777" w:rsidR="001D65CC" w:rsidRPr="00BD77DB" w:rsidRDefault="001D65CC">
            <w:pPr>
              <w:jc w:val="center"/>
            </w:pPr>
          </w:p>
        </w:tc>
        <w:tc>
          <w:tcPr>
            <w:tcW w:w="366" w:type="pct"/>
            <w:shd w:val="clear" w:color="auto" w:fill="F4F8FB"/>
            <w:tcMar>
              <w:top w:w="70" w:type="dxa"/>
              <w:left w:w="80" w:type="dxa"/>
              <w:bottom w:w="70" w:type="dxa"/>
              <w:right w:w="80" w:type="dxa"/>
            </w:tcMar>
            <w:vAlign w:val="center"/>
          </w:tcPr>
          <w:p w14:paraId="62A72812" w14:textId="77777777" w:rsidR="001D65CC" w:rsidRPr="00BD77DB" w:rsidRDefault="003722FC">
            <w:pPr>
              <w:jc w:val="center"/>
            </w:pPr>
            <w:r w:rsidRPr="00BD77DB">
              <w:rPr>
                <w:color w:val="1F1F1F"/>
                <w:sz w:val="14"/>
              </w:rPr>
              <w:t>15</w:t>
            </w:r>
          </w:p>
        </w:tc>
        <w:tc>
          <w:tcPr>
            <w:tcW w:w="323" w:type="pct"/>
            <w:shd w:val="clear" w:color="auto" w:fill="F4F8FB"/>
            <w:tcMar>
              <w:top w:w="70" w:type="dxa"/>
              <w:left w:w="80" w:type="dxa"/>
              <w:bottom w:w="70" w:type="dxa"/>
              <w:right w:w="80" w:type="dxa"/>
            </w:tcMar>
            <w:vAlign w:val="center"/>
          </w:tcPr>
          <w:p w14:paraId="41B9338C" w14:textId="77777777" w:rsidR="001D65CC" w:rsidRPr="00BD77DB" w:rsidRDefault="003722FC">
            <w:pPr>
              <w:jc w:val="center"/>
            </w:pPr>
            <w:r w:rsidRPr="00BD77DB">
              <w:rPr>
                <w:color w:val="1F1F1F"/>
                <w:sz w:val="14"/>
              </w:rPr>
              <w:t>15</w:t>
            </w:r>
          </w:p>
        </w:tc>
        <w:tc>
          <w:tcPr>
            <w:tcW w:w="366" w:type="pct"/>
            <w:shd w:val="clear" w:color="auto" w:fill="F4F8FB"/>
            <w:tcMar>
              <w:top w:w="70" w:type="dxa"/>
              <w:left w:w="80" w:type="dxa"/>
              <w:bottom w:w="70" w:type="dxa"/>
              <w:right w:w="80" w:type="dxa"/>
            </w:tcMar>
            <w:vAlign w:val="center"/>
          </w:tcPr>
          <w:p w14:paraId="78FB691B" w14:textId="77777777" w:rsidR="001D65CC" w:rsidRPr="00BD77DB" w:rsidRDefault="001D65CC">
            <w:pPr>
              <w:jc w:val="center"/>
            </w:pPr>
          </w:p>
        </w:tc>
        <w:tc>
          <w:tcPr>
            <w:tcW w:w="388" w:type="pct"/>
            <w:shd w:val="clear" w:color="auto" w:fill="F4F8FB"/>
            <w:tcMar>
              <w:top w:w="70" w:type="dxa"/>
              <w:left w:w="80" w:type="dxa"/>
              <w:bottom w:w="70" w:type="dxa"/>
              <w:right w:w="80" w:type="dxa"/>
            </w:tcMar>
            <w:vAlign w:val="center"/>
          </w:tcPr>
          <w:p w14:paraId="5FFC3C8C" w14:textId="77777777" w:rsidR="001D65CC" w:rsidRPr="00BD77DB" w:rsidRDefault="001D65CC">
            <w:pPr>
              <w:jc w:val="center"/>
            </w:pPr>
          </w:p>
        </w:tc>
        <w:tc>
          <w:tcPr>
            <w:tcW w:w="948" w:type="pct"/>
            <w:shd w:val="clear" w:color="auto" w:fill="F4F8FB"/>
            <w:tcMar>
              <w:top w:w="70" w:type="dxa"/>
              <w:left w:w="80" w:type="dxa"/>
              <w:bottom w:w="70" w:type="dxa"/>
              <w:right w:w="80" w:type="dxa"/>
            </w:tcMar>
            <w:vAlign w:val="center"/>
          </w:tcPr>
          <w:p w14:paraId="6AABBDEB" w14:textId="77777777" w:rsidR="001D65CC" w:rsidRPr="00BD77DB" w:rsidRDefault="001D65CC"/>
        </w:tc>
        <w:tc>
          <w:tcPr>
            <w:tcW w:w="668" w:type="pct"/>
            <w:shd w:val="clear" w:color="auto" w:fill="F4F8FB"/>
            <w:tcMar>
              <w:top w:w="70" w:type="dxa"/>
              <w:left w:w="80" w:type="dxa"/>
              <w:bottom w:w="70" w:type="dxa"/>
              <w:right w:w="80" w:type="dxa"/>
            </w:tcMar>
            <w:vAlign w:val="center"/>
          </w:tcPr>
          <w:p w14:paraId="59A1D243" w14:textId="77777777" w:rsidR="001D65CC" w:rsidRPr="00BD77DB" w:rsidRDefault="001D65CC"/>
        </w:tc>
      </w:tr>
      <w:tr w:rsidR="001D65CC" w:rsidRPr="00BD77DB" w14:paraId="39FB5018" w14:textId="77777777" w:rsidTr="001F230F">
        <w:trPr>
          <w:jc w:val="center"/>
        </w:trPr>
        <w:tc>
          <w:tcPr>
            <w:tcW w:w="711" w:type="pct"/>
            <w:shd w:val="clear" w:color="auto" w:fill="E7E6E6"/>
            <w:tcMar>
              <w:top w:w="70" w:type="dxa"/>
              <w:left w:w="80" w:type="dxa"/>
              <w:bottom w:w="70" w:type="dxa"/>
              <w:right w:w="80" w:type="dxa"/>
            </w:tcMar>
            <w:vAlign w:val="center"/>
          </w:tcPr>
          <w:p w14:paraId="5EDE662C" w14:textId="77777777" w:rsidR="001D65CC" w:rsidRPr="00BD77DB" w:rsidRDefault="003722FC">
            <w:r w:rsidRPr="00BD77DB">
              <w:rPr>
                <w:b/>
                <w:color w:val="1F1F1F"/>
                <w:sz w:val="15"/>
              </w:rPr>
              <w:t>TOTAL</w:t>
            </w:r>
          </w:p>
        </w:tc>
        <w:tc>
          <w:tcPr>
            <w:tcW w:w="905" w:type="pct"/>
            <w:shd w:val="clear" w:color="auto" w:fill="E7E6E6"/>
            <w:tcMar>
              <w:top w:w="70" w:type="dxa"/>
              <w:left w:w="80" w:type="dxa"/>
              <w:bottom w:w="70" w:type="dxa"/>
              <w:right w:w="80" w:type="dxa"/>
            </w:tcMar>
            <w:vAlign w:val="center"/>
          </w:tcPr>
          <w:p w14:paraId="15029FBF" w14:textId="77777777" w:rsidR="001D65CC" w:rsidRPr="00BD77DB" w:rsidRDefault="001D65CC"/>
        </w:tc>
        <w:tc>
          <w:tcPr>
            <w:tcW w:w="323" w:type="pct"/>
            <w:shd w:val="clear" w:color="auto" w:fill="E7E6E6"/>
            <w:tcMar>
              <w:top w:w="70" w:type="dxa"/>
              <w:left w:w="80" w:type="dxa"/>
              <w:bottom w:w="70" w:type="dxa"/>
              <w:right w:w="80" w:type="dxa"/>
            </w:tcMar>
            <w:vAlign w:val="center"/>
          </w:tcPr>
          <w:p w14:paraId="20B71C3C" w14:textId="77777777" w:rsidR="001D65CC" w:rsidRPr="00BD77DB" w:rsidRDefault="001D65CC">
            <w:pPr>
              <w:jc w:val="center"/>
            </w:pPr>
          </w:p>
        </w:tc>
        <w:tc>
          <w:tcPr>
            <w:tcW w:w="366" w:type="pct"/>
            <w:shd w:val="clear" w:color="auto" w:fill="E7E6E6"/>
            <w:tcMar>
              <w:top w:w="70" w:type="dxa"/>
              <w:left w:w="80" w:type="dxa"/>
              <w:bottom w:w="70" w:type="dxa"/>
              <w:right w:w="80" w:type="dxa"/>
            </w:tcMar>
            <w:vAlign w:val="center"/>
          </w:tcPr>
          <w:p w14:paraId="2BC2E5F7" w14:textId="77777777" w:rsidR="001D65CC" w:rsidRPr="00BD77DB" w:rsidRDefault="003722FC">
            <w:pPr>
              <w:jc w:val="center"/>
            </w:pPr>
            <w:r w:rsidRPr="00BD77DB">
              <w:rPr>
                <w:b/>
                <w:color w:val="1F1F1F"/>
                <w:sz w:val="15"/>
              </w:rPr>
              <w:t>100</w:t>
            </w:r>
          </w:p>
        </w:tc>
        <w:tc>
          <w:tcPr>
            <w:tcW w:w="323" w:type="pct"/>
            <w:shd w:val="clear" w:color="auto" w:fill="E7E6E6"/>
            <w:tcMar>
              <w:top w:w="70" w:type="dxa"/>
              <w:left w:w="80" w:type="dxa"/>
              <w:bottom w:w="70" w:type="dxa"/>
              <w:right w:w="80" w:type="dxa"/>
            </w:tcMar>
            <w:vAlign w:val="center"/>
          </w:tcPr>
          <w:p w14:paraId="6EFD0919" w14:textId="77777777" w:rsidR="001D65CC" w:rsidRPr="00BD77DB" w:rsidRDefault="003722FC">
            <w:pPr>
              <w:jc w:val="center"/>
            </w:pPr>
            <w:r w:rsidRPr="00BD77DB">
              <w:rPr>
                <w:b/>
                <w:color w:val="1F1F1F"/>
                <w:sz w:val="15"/>
              </w:rPr>
              <w:t>100</w:t>
            </w:r>
          </w:p>
        </w:tc>
        <w:tc>
          <w:tcPr>
            <w:tcW w:w="366" w:type="pct"/>
            <w:shd w:val="clear" w:color="auto" w:fill="E7E6E6"/>
            <w:tcMar>
              <w:top w:w="70" w:type="dxa"/>
              <w:left w:w="80" w:type="dxa"/>
              <w:bottom w:w="70" w:type="dxa"/>
              <w:right w:w="80" w:type="dxa"/>
            </w:tcMar>
            <w:vAlign w:val="center"/>
          </w:tcPr>
          <w:p w14:paraId="7C52F226" w14:textId="77777777" w:rsidR="001D65CC" w:rsidRPr="00BD77DB" w:rsidRDefault="001D65CC">
            <w:pPr>
              <w:jc w:val="center"/>
            </w:pPr>
          </w:p>
        </w:tc>
        <w:tc>
          <w:tcPr>
            <w:tcW w:w="388" w:type="pct"/>
            <w:shd w:val="clear" w:color="auto" w:fill="E7E6E6"/>
            <w:tcMar>
              <w:top w:w="70" w:type="dxa"/>
              <w:left w:w="80" w:type="dxa"/>
              <w:bottom w:w="70" w:type="dxa"/>
              <w:right w:w="80" w:type="dxa"/>
            </w:tcMar>
            <w:vAlign w:val="center"/>
          </w:tcPr>
          <w:p w14:paraId="15209591" w14:textId="77777777" w:rsidR="001D65CC" w:rsidRPr="00BD77DB" w:rsidRDefault="003722FC">
            <w:pPr>
              <w:jc w:val="center"/>
            </w:pPr>
            <w:r w:rsidRPr="00BD77DB">
              <w:rPr>
                <w:b/>
                <w:color w:val="1F1F1F"/>
                <w:sz w:val="15"/>
              </w:rPr>
              <w:t>/100</w:t>
            </w:r>
          </w:p>
        </w:tc>
        <w:tc>
          <w:tcPr>
            <w:tcW w:w="948" w:type="pct"/>
            <w:shd w:val="clear" w:color="auto" w:fill="E7E6E6"/>
            <w:tcMar>
              <w:top w:w="70" w:type="dxa"/>
              <w:left w:w="80" w:type="dxa"/>
              <w:bottom w:w="70" w:type="dxa"/>
              <w:right w:w="80" w:type="dxa"/>
            </w:tcMar>
            <w:vAlign w:val="center"/>
          </w:tcPr>
          <w:p w14:paraId="1E169599" w14:textId="77777777" w:rsidR="001D65CC" w:rsidRPr="00BD77DB" w:rsidRDefault="001D65CC"/>
        </w:tc>
        <w:tc>
          <w:tcPr>
            <w:tcW w:w="668" w:type="pct"/>
            <w:shd w:val="clear" w:color="auto" w:fill="E7E6E6"/>
            <w:tcMar>
              <w:top w:w="70" w:type="dxa"/>
              <w:left w:w="80" w:type="dxa"/>
              <w:bottom w:w="70" w:type="dxa"/>
              <w:right w:w="80" w:type="dxa"/>
            </w:tcMar>
            <w:vAlign w:val="center"/>
          </w:tcPr>
          <w:p w14:paraId="6375D1B7" w14:textId="77777777" w:rsidR="001D65CC" w:rsidRPr="00BD77DB" w:rsidRDefault="001D65CC"/>
        </w:tc>
      </w:tr>
    </w:tbl>
    <w:p w14:paraId="793C70CC" w14:textId="77777777" w:rsidR="001D65CC" w:rsidRPr="00BD77DB" w:rsidRDefault="003722FC">
      <w:pPr>
        <w:spacing w:after="60" w:line="252" w:lineRule="auto"/>
      </w:pPr>
      <w:r w:rsidRPr="00BD77DB">
        <w:rPr>
          <w:b/>
        </w:rPr>
        <w:t>Weighted score formula:</w:t>
      </w:r>
      <w:r w:rsidRPr="00BD77DB">
        <w:t xml:space="preserve"> (Score ÷ 10) × Applicable Weight. Minimum qualifying total weighted score: 65/100.</w:t>
      </w:r>
    </w:p>
    <w:p w14:paraId="1EC03846" w14:textId="154D3453" w:rsidR="001D65CC" w:rsidRPr="00BD77DB" w:rsidRDefault="003722FC" w:rsidP="00534602">
      <w:pPr>
        <w:pStyle w:val="Heading2"/>
      </w:pPr>
      <w:r w:rsidRPr="00BD77DB">
        <w:lastRenderedPageBreak/>
        <w:t>Final recommendation</w:t>
      </w:r>
    </w:p>
    <w:tbl>
      <w:tblPr>
        <w:tblStyle w:val="TableGrid"/>
        <w:tblW w:w="5000" w:type="pct"/>
        <w:jc w:val="center"/>
        <w:tblLook w:val="04A0" w:firstRow="1" w:lastRow="0" w:firstColumn="1" w:lastColumn="0" w:noHBand="0" w:noVBand="1"/>
      </w:tblPr>
      <w:tblGrid>
        <w:gridCol w:w="2482"/>
        <w:gridCol w:w="4498"/>
        <w:gridCol w:w="2710"/>
        <w:gridCol w:w="4726"/>
      </w:tblGrid>
      <w:tr w:rsidR="001D65CC" w:rsidRPr="00BD77DB" w14:paraId="0985EAFA" w14:textId="77777777" w:rsidTr="001F230F">
        <w:trPr>
          <w:jc w:val="center"/>
        </w:trPr>
        <w:tc>
          <w:tcPr>
            <w:tcW w:w="861" w:type="pct"/>
            <w:shd w:val="clear" w:color="auto" w:fill="D9EAF7"/>
            <w:tcMar>
              <w:top w:w="70" w:type="dxa"/>
              <w:left w:w="80" w:type="dxa"/>
              <w:bottom w:w="70" w:type="dxa"/>
              <w:right w:w="80" w:type="dxa"/>
            </w:tcMar>
            <w:vAlign w:val="center"/>
          </w:tcPr>
          <w:p w14:paraId="4F3B9A23" w14:textId="77777777" w:rsidR="001D65CC" w:rsidRPr="00BD77DB" w:rsidRDefault="003722FC">
            <w:r w:rsidRPr="00BD77DB">
              <w:rPr>
                <w:b/>
                <w:color w:val="1F1F1F"/>
                <w:sz w:val="16"/>
              </w:rPr>
              <w:t>Total weighted score</w:t>
            </w:r>
          </w:p>
        </w:tc>
        <w:tc>
          <w:tcPr>
            <w:tcW w:w="1560" w:type="pct"/>
            <w:shd w:val="clear" w:color="auto" w:fill="F4F8FB"/>
            <w:tcMar>
              <w:top w:w="70" w:type="dxa"/>
              <w:left w:w="80" w:type="dxa"/>
              <w:bottom w:w="70" w:type="dxa"/>
              <w:right w:w="80" w:type="dxa"/>
            </w:tcMar>
            <w:vAlign w:val="center"/>
          </w:tcPr>
          <w:p w14:paraId="3C952035" w14:textId="77777777" w:rsidR="001D65CC" w:rsidRPr="00BD77DB" w:rsidRDefault="003722FC">
            <w:r w:rsidRPr="00BD77DB">
              <w:rPr>
                <w:color w:val="1F1F1F"/>
                <w:sz w:val="16"/>
              </w:rPr>
              <w:t>____ /100</w:t>
            </w:r>
          </w:p>
        </w:tc>
        <w:tc>
          <w:tcPr>
            <w:tcW w:w="940" w:type="pct"/>
            <w:shd w:val="clear" w:color="auto" w:fill="D9EAF7"/>
            <w:tcMar>
              <w:top w:w="70" w:type="dxa"/>
              <w:left w:w="80" w:type="dxa"/>
              <w:bottom w:w="70" w:type="dxa"/>
              <w:right w:w="80" w:type="dxa"/>
            </w:tcMar>
            <w:vAlign w:val="center"/>
          </w:tcPr>
          <w:p w14:paraId="400175E2" w14:textId="77777777" w:rsidR="001D65CC" w:rsidRPr="00BD77DB" w:rsidRDefault="003722FC">
            <w:r w:rsidRPr="00BD77DB">
              <w:rPr>
                <w:b/>
                <w:color w:val="1F1F1F"/>
                <w:sz w:val="16"/>
              </w:rPr>
              <w:t>Meets minimum 65/100?</w:t>
            </w:r>
          </w:p>
        </w:tc>
        <w:tc>
          <w:tcPr>
            <w:tcW w:w="1639" w:type="pct"/>
            <w:shd w:val="clear" w:color="auto" w:fill="F4F8FB"/>
            <w:tcMar>
              <w:top w:w="70" w:type="dxa"/>
              <w:left w:w="80" w:type="dxa"/>
              <w:bottom w:w="70" w:type="dxa"/>
              <w:right w:w="80" w:type="dxa"/>
            </w:tcMar>
            <w:vAlign w:val="center"/>
          </w:tcPr>
          <w:p w14:paraId="131436C5" w14:textId="77777777" w:rsidR="001D65CC" w:rsidRPr="00BD77DB" w:rsidRDefault="003722FC">
            <w:r w:rsidRPr="00BD77DB">
              <w:rPr>
                <w:color w:val="1F1F1F"/>
                <w:sz w:val="16"/>
              </w:rPr>
              <w:t>Yes / No</w:t>
            </w:r>
          </w:p>
        </w:tc>
      </w:tr>
      <w:tr w:rsidR="001D65CC" w:rsidRPr="00BD77DB" w14:paraId="15320D32" w14:textId="77777777" w:rsidTr="001F230F">
        <w:trPr>
          <w:jc w:val="center"/>
        </w:trPr>
        <w:tc>
          <w:tcPr>
            <w:tcW w:w="861" w:type="pct"/>
            <w:shd w:val="clear" w:color="auto" w:fill="D9EAF7"/>
            <w:tcMar>
              <w:top w:w="70" w:type="dxa"/>
              <w:left w:w="80" w:type="dxa"/>
              <w:bottom w:w="70" w:type="dxa"/>
              <w:right w:w="80" w:type="dxa"/>
            </w:tcMar>
            <w:vAlign w:val="center"/>
          </w:tcPr>
          <w:p w14:paraId="71943044" w14:textId="77777777" w:rsidR="001D65CC" w:rsidRPr="00BD77DB" w:rsidRDefault="003722FC">
            <w:r w:rsidRPr="00BD77DB">
              <w:rPr>
                <w:b/>
                <w:color w:val="1F1F1F"/>
                <w:sz w:val="16"/>
              </w:rPr>
              <w:t>Recommended outcome</w:t>
            </w:r>
          </w:p>
        </w:tc>
        <w:tc>
          <w:tcPr>
            <w:tcW w:w="1560" w:type="pct"/>
            <w:shd w:val="clear" w:color="auto" w:fill="F4F8FB"/>
            <w:tcMar>
              <w:top w:w="70" w:type="dxa"/>
              <w:left w:w="80" w:type="dxa"/>
              <w:bottom w:w="70" w:type="dxa"/>
              <w:right w:w="80" w:type="dxa"/>
            </w:tcMar>
            <w:vAlign w:val="center"/>
          </w:tcPr>
          <w:p w14:paraId="5D0C8A6D" w14:textId="77777777" w:rsidR="001D65CC" w:rsidRPr="00BD77DB" w:rsidRDefault="003722FC">
            <w:r w:rsidRPr="00BD77DB">
              <w:rPr>
                <w:color w:val="1F1F1F"/>
                <w:sz w:val="16"/>
              </w:rPr>
              <w:t>Shortlist / Reserve / Do not shortlist</w:t>
            </w:r>
          </w:p>
        </w:tc>
        <w:tc>
          <w:tcPr>
            <w:tcW w:w="940" w:type="pct"/>
            <w:shd w:val="clear" w:color="auto" w:fill="D9EAF7"/>
            <w:tcMar>
              <w:top w:w="70" w:type="dxa"/>
              <w:left w:w="80" w:type="dxa"/>
              <w:bottom w:w="70" w:type="dxa"/>
              <w:right w:w="80" w:type="dxa"/>
            </w:tcMar>
            <w:vAlign w:val="center"/>
          </w:tcPr>
          <w:p w14:paraId="45275CD3" w14:textId="77777777" w:rsidR="001D65CC" w:rsidRPr="00BD77DB" w:rsidRDefault="003722FC">
            <w:r w:rsidRPr="00BD77DB">
              <w:rPr>
                <w:b/>
                <w:color w:val="1F1F1F"/>
                <w:sz w:val="16"/>
              </w:rPr>
              <w:t>Site visit / presentation required?</w:t>
            </w:r>
          </w:p>
        </w:tc>
        <w:tc>
          <w:tcPr>
            <w:tcW w:w="1639" w:type="pct"/>
            <w:shd w:val="clear" w:color="auto" w:fill="F4F8FB"/>
            <w:tcMar>
              <w:top w:w="70" w:type="dxa"/>
              <w:left w:w="80" w:type="dxa"/>
              <w:bottom w:w="70" w:type="dxa"/>
              <w:right w:w="80" w:type="dxa"/>
            </w:tcMar>
            <w:vAlign w:val="center"/>
          </w:tcPr>
          <w:p w14:paraId="1220F3B4" w14:textId="77777777" w:rsidR="001D65CC" w:rsidRPr="00BD77DB" w:rsidRDefault="003722FC">
            <w:r w:rsidRPr="00BD77DB">
              <w:rPr>
                <w:color w:val="1F1F1F"/>
                <w:sz w:val="16"/>
              </w:rPr>
              <w:t>Yes / No</w:t>
            </w:r>
          </w:p>
        </w:tc>
      </w:tr>
      <w:tr w:rsidR="001D65CC" w:rsidRPr="00BD77DB" w14:paraId="619A17E7" w14:textId="77777777" w:rsidTr="001F230F">
        <w:trPr>
          <w:jc w:val="center"/>
        </w:trPr>
        <w:tc>
          <w:tcPr>
            <w:tcW w:w="861" w:type="pct"/>
            <w:shd w:val="clear" w:color="auto" w:fill="D9EAF7"/>
            <w:tcMar>
              <w:top w:w="70" w:type="dxa"/>
              <w:left w:w="80" w:type="dxa"/>
              <w:bottom w:w="70" w:type="dxa"/>
              <w:right w:w="80" w:type="dxa"/>
            </w:tcMar>
            <w:vAlign w:val="center"/>
          </w:tcPr>
          <w:p w14:paraId="3C30F19C" w14:textId="77777777" w:rsidR="001D65CC" w:rsidRPr="00BD77DB" w:rsidRDefault="003722FC">
            <w:r w:rsidRPr="00BD77DB">
              <w:rPr>
                <w:b/>
                <w:color w:val="1F1F1F"/>
                <w:sz w:val="16"/>
              </w:rPr>
              <w:t>Principal strengths</w:t>
            </w:r>
          </w:p>
        </w:tc>
        <w:tc>
          <w:tcPr>
            <w:tcW w:w="1560" w:type="pct"/>
            <w:shd w:val="clear" w:color="auto" w:fill="F4F8FB"/>
            <w:tcMar>
              <w:top w:w="70" w:type="dxa"/>
              <w:left w:w="80" w:type="dxa"/>
              <w:bottom w:w="70" w:type="dxa"/>
              <w:right w:w="80" w:type="dxa"/>
            </w:tcMar>
            <w:vAlign w:val="center"/>
          </w:tcPr>
          <w:p w14:paraId="3CB1BB39" w14:textId="77777777" w:rsidR="001D65CC" w:rsidRPr="00BD77DB" w:rsidRDefault="001D65CC"/>
        </w:tc>
        <w:tc>
          <w:tcPr>
            <w:tcW w:w="940" w:type="pct"/>
            <w:shd w:val="clear" w:color="auto" w:fill="D9EAF7"/>
            <w:tcMar>
              <w:top w:w="70" w:type="dxa"/>
              <w:left w:w="80" w:type="dxa"/>
              <w:bottom w:w="70" w:type="dxa"/>
              <w:right w:w="80" w:type="dxa"/>
            </w:tcMar>
            <w:vAlign w:val="center"/>
          </w:tcPr>
          <w:p w14:paraId="0968537A" w14:textId="77777777" w:rsidR="001D65CC" w:rsidRPr="00BD77DB" w:rsidRDefault="003722FC">
            <w:r w:rsidRPr="00BD77DB">
              <w:rPr>
                <w:b/>
                <w:color w:val="1F1F1F"/>
                <w:sz w:val="16"/>
              </w:rPr>
              <w:t>Principal risks / gaps</w:t>
            </w:r>
          </w:p>
        </w:tc>
        <w:tc>
          <w:tcPr>
            <w:tcW w:w="1639" w:type="pct"/>
            <w:shd w:val="clear" w:color="auto" w:fill="F4F8FB"/>
            <w:tcMar>
              <w:top w:w="70" w:type="dxa"/>
              <w:left w:w="80" w:type="dxa"/>
              <w:bottom w:w="70" w:type="dxa"/>
              <w:right w:w="80" w:type="dxa"/>
            </w:tcMar>
            <w:vAlign w:val="center"/>
          </w:tcPr>
          <w:p w14:paraId="025713AA" w14:textId="77777777" w:rsidR="001D65CC" w:rsidRPr="00BD77DB" w:rsidRDefault="001D65CC"/>
        </w:tc>
      </w:tr>
      <w:tr w:rsidR="001D65CC" w:rsidRPr="00BD77DB" w14:paraId="1B02271C" w14:textId="77777777" w:rsidTr="001F230F">
        <w:trPr>
          <w:jc w:val="center"/>
        </w:trPr>
        <w:tc>
          <w:tcPr>
            <w:tcW w:w="861" w:type="pct"/>
            <w:shd w:val="clear" w:color="auto" w:fill="D9EAF7"/>
            <w:tcMar>
              <w:top w:w="70" w:type="dxa"/>
              <w:left w:w="80" w:type="dxa"/>
              <w:bottom w:w="70" w:type="dxa"/>
              <w:right w:w="80" w:type="dxa"/>
            </w:tcMar>
            <w:vAlign w:val="center"/>
          </w:tcPr>
          <w:p w14:paraId="6F93ED22" w14:textId="77777777" w:rsidR="001D65CC" w:rsidRPr="00BD77DB" w:rsidRDefault="003722FC">
            <w:r w:rsidRPr="00BD77DB">
              <w:rPr>
                <w:b/>
                <w:color w:val="1F1F1F"/>
                <w:sz w:val="16"/>
              </w:rPr>
              <w:t>Evaluator recommendation and conditions</w:t>
            </w:r>
          </w:p>
        </w:tc>
        <w:tc>
          <w:tcPr>
            <w:tcW w:w="1560" w:type="pct"/>
            <w:shd w:val="clear" w:color="auto" w:fill="F4F8FB"/>
            <w:tcMar>
              <w:top w:w="70" w:type="dxa"/>
              <w:left w:w="80" w:type="dxa"/>
              <w:bottom w:w="70" w:type="dxa"/>
              <w:right w:w="80" w:type="dxa"/>
            </w:tcMar>
            <w:vAlign w:val="center"/>
          </w:tcPr>
          <w:p w14:paraId="18FD17A2" w14:textId="77777777" w:rsidR="001D65CC" w:rsidRPr="00BD77DB" w:rsidRDefault="001D65CC"/>
        </w:tc>
        <w:tc>
          <w:tcPr>
            <w:tcW w:w="940" w:type="pct"/>
            <w:shd w:val="clear" w:color="auto" w:fill="D9EAF7"/>
            <w:tcMar>
              <w:top w:w="70" w:type="dxa"/>
              <w:left w:w="80" w:type="dxa"/>
              <w:bottom w:w="70" w:type="dxa"/>
              <w:right w:w="80" w:type="dxa"/>
            </w:tcMar>
            <w:vAlign w:val="center"/>
          </w:tcPr>
          <w:p w14:paraId="40805314" w14:textId="77777777" w:rsidR="001D65CC" w:rsidRPr="00BD77DB" w:rsidRDefault="001D65CC"/>
        </w:tc>
        <w:tc>
          <w:tcPr>
            <w:tcW w:w="1639" w:type="pct"/>
            <w:shd w:val="clear" w:color="auto" w:fill="F4F8FB"/>
            <w:tcMar>
              <w:top w:w="70" w:type="dxa"/>
              <w:left w:w="80" w:type="dxa"/>
              <w:bottom w:w="70" w:type="dxa"/>
              <w:right w:w="80" w:type="dxa"/>
            </w:tcMar>
            <w:vAlign w:val="center"/>
          </w:tcPr>
          <w:p w14:paraId="16000D12" w14:textId="77777777" w:rsidR="001D65CC" w:rsidRPr="00BD77DB" w:rsidRDefault="001D65CC"/>
        </w:tc>
      </w:tr>
    </w:tbl>
    <w:p w14:paraId="3CA32029" w14:textId="0C5CE35A" w:rsidR="001D65CC" w:rsidRPr="00BD77DB" w:rsidRDefault="003722FC" w:rsidP="00534602">
      <w:pPr>
        <w:pStyle w:val="Heading2"/>
      </w:pPr>
      <w:r w:rsidRPr="00BD77DB">
        <w:t>Comparison-ready summary</w:t>
      </w:r>
    </w:p>
    <w:p w14:paraId="59158734" w14:textId="77777777" w:rsidR="001D65CC" w:rsidRDefault="003722FC">
      <w:pPr>
        <w:spacing w:after="60" w:line="252" w:lineRule="auto"/>
      </w:pPr>
      <w:r w:rsidRPr="00BD77DB">
        <w:t>Transfer the following fields to the master comparison sheet: Applicant; SMME/Non-SMME; Gate result; total weighted score; technology readiness; facilities access; OEM/product score; innovation score; localisation/supplier development notes; key risk; recommendation.</w:t>
      </w:r>
    </w:p>
    <w:sectPr w:rsidR="001D65CC" w:rsidSect="00EF73BA">
      <w:headerReference w:type="default" r:id="rId13"/>
      <w:footerReference w:type="default" r:id="rId14"/>
      <w:pgSz w:w="15840" w:h="12240" w:orient="landscape"/>
      <w:pgMar w:top="720" w:right="792" w:bottom="720"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BC185" w14:textId="77777777" w:rsidR="004274EF" w:rsidRPr="00BD77DB" w:rsidRDefault="004274EF">
      <w:r w:rsidRPr="00BD77DB">
        <w:separator/>
      </w:r>
    </w:p>
  </w:endnote>
  <w:endnote w:type="continuationSeparator" w:id="0">
    <w:p w14:paraId="777848E4" w14:textId="77777777" w:rsidR="004274EF" w:rsidRPr="00BD77DB" w:rsidRDefault="004274EF">
      <w:r w:rsidRPr="00BD77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4EEEA" w14:textId="77777777" w:rsidR="001D65CC" w:rsidRPr="00BD77DB" w:rsidRDefault="003722FC">
    <w:pPr>
      <w:pStyle w:val="Footer"/>
      <w:jc w:val="center"/>
    </w:pPr>
    <w:r w:rsidRPr="00BD77DB">
      <w:rPr>
        <w:color w:val="666666"/>
        <w:sz w:val="14"/>
      </w:rPr>
      <w:t>EoI No. CSIR/MFG/AMM/ADVT/2026/0001/A  |  Respondent Application Template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876BB" w14:textId="77777777" w:rsidR="001D65CC" w:rsidRPr="00BD77DB" w:rsidRDefault="003722FC">
    <w:pPr>
      <w:pStyle w:val="Footer"/>
      <w:jc w:val="center"/>
    </w:pPr>
    <w:r w:rsidRPr="00BD77DB">
      <w:rPr>
        <w:color w:val="666666"/>
        <w:sz w:val="14"/>
      </w:rPr>
      <w:t>EoI No. CSIR/MFG/AMM/ADVT/2026/0001/A | Evaluation Scorecard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1F22B" w14:textId="77777777" w:rsidR="004274EF" w:rsidRPr="00BD77DB" w:rsidRDefault="004274EF">
      <w:r w:rsidRPr="00BD77DB">
        <w:separator/>
      </w:r>
    </w:p>
  </w:footnote>
  <w:footnote w:type="continuationSeparator" w:id="0">
    <w:p w14:paraId="146591F3" w14:textId="77777777" w:rsidR="004274EF" w:rsidRPr="00BD77DB" w:rsidRDefault="004274EF">
      <w:r w:rsidRPr="00BD77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9C0FB" w14:textId="77777777" w:rsidR="001D65CC" w:rsidRPr="00BD77DB" w:rsidRDefault="003722FC">
    <w:pPr>
      <w:pStyle w:val="Header"/>
      <w:jc w:val="right"/>
    </w:pPr>
    <w:r w:rsidRPr="00BD77DB">
      <w:rPr>
        <w:color w:val="1F4E79"/>
        <w:sz w:val="15"/>
      </w:rPr>
      <w:t>CSIR | Product Design and Development of Castings | Respondent Template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E02B8" w14:textId="77777777" w:rsidR="001D65CC" w:rsidRPr="00BD77DB" w:rsidRDefault="003722FC">
    <w:pPr>
      <w:pStyle w:val="Header"/>
      <w:jc w:val="right"/>
    </w:pPr>
    <w:r w:rsidRPr="00BD77DB">
      <w:rPr>
        <w:color w:val="1F4E79"/>
        <w:sz w:val="15"/>
      </w:rPr>
      <w:t>CSIR | EOI Evaluation Scorecard | CSIR EVALUATOR USE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0C6D48"/>
    <w:multiLevelType w:val="multilevel"/>
    <w:tmpl w:val="1C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76055510">
    <w:abstractNumId w:val="3"/>
  </w:num>
  <w:num w:numId="2" w16cid:durableId="124011174">
    <w:abstractNumId w:val="7"/>
  </w:num>
  <w:num w:numId="3" w16cid:durableId="1244340562">
    <w:abstractNumId w:val="4"/>
  </w:num>
  <w:num w:numId="4" w16cid:durableId="1551451677">
    <w:abstractNumId w:val="2"/>
  </w:num>
  <w:num w:numId="5" w16cid:durableId="237717437">
    <w:abstractNumId w:val="5"/>
  </w:num>
  <w:num w:numId="6" w16cid:durableId="335113435">
    <w:abstractNumId w:val="6"/>
  </w:num>
  <w:num w:numId="7" w16cid:durableId="417213027">
    <w:abstractNumId w:val="0"/>
  </w:num>
  <w:num w:numId="8" w16cid:durableId="623774452">
    <w:abstractNumId w:val="1"/>
  </w:num>
  <w:num w:numId="9" w16cid:durableId="652487608">
    <w:abstractNumId w:val="8"/>
  </w:num>
  <w:num w:numId="10" w16cid:durableId="701291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5B2F"/>
    <w:rsid w:val="00034616"/>
    <w:rsid w:val="000544A9"/>
    <w:rsid w:val="0006063C"/>
    <w:rsid w:val="000F030F"/>
    <w:rsid w:val="0015074B"/>
    <w:rsid w:val="001D65CC"/>
    <w:rsid w:val="001E44F9"/>
    <w:rsid w:val="001F230F"/>
    <w:rsid w:val="0029639D"/>
    <w:rsid w:val="00326F90"/>
    <w:rsid w:val="003722FC"/>
    <w:rsid w:val="003D40C9"/>
    <w:rsid w:val="004274EF"/>
    <w:rsid w:val="00432412"/>
    <w:rsid w:val="00481326"/>
    <w:rsid w:val="004B68C1"/>
    <w:rsid w:val="004F0490"/>
    <w:rsid w:val="00534602"/>
    <w:rsid w:val="00630E8F"/>
    <w:rsid w:val="00697DB5"/>
    <w:rsid w:val="006B79AD"/>
    <w:rsid w:val="006E319E"/>
    <w:rsid w:val="007B4E56"/>
    <w:rsid w:val="007D7DDB"/>
    <w:rsid w:val="007E4374"/>
    <w:rsid w:val="007F75E7"/>
    <w:rsid w:val="00806464"/>
    <w:rsid w:val="00844097"/>
    <w:rsid w:val="008E440F"/>
    <w:rsid w:val="009E62E6"/>
    <w:rsid w:val="00A1695E"/>
    <w:rsid w:val="00A91F03"/>
    <w:rsid w:val="00AA1D8D"/>
    <w:rsid w:val="00AF7F30"/>
    <w:rsid w:val="00B261FF"/>
    <w:rsid w:val="00B47730"/>
    <w:rsid w:val="00BB257B"/>
    <w:rsid w:val="00BD77DB"/>
    <w:rsid w:val="00C74747"/>
    <w:rsid w:val="00CB0664"/>
    <w:rsid w:val="00D04A94"/>
    <w:rsid w:val="00E043FE"/>
    <w:rsid w:val="00E77EDF"/>
    <w:rsid w:val="00EF73BA"/>
    <w:rsid w:val="00F150B2"/>
    <w:rsid w:val="00FC693F"/>
    <w:rsid w:val="5D2AFA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F09664C-5262-4984-90A7-6BF0AFAD6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E56"/>
    <w:pPr>
      <w:spacing w:after="0" w:line="240" w:lineRule="auto"/>
    </w:pPr>
    <w:rPr>
      <w:rFonts w:ascii="Arial" w:hAnsi="Arial"/>
      <w:sz w:val="19"/>
      <w:lang w:val="en-ZA"/>
    </w:rPr>
  </w:style>
  <w:style w:type="paragraph" w:styleId="Heading1">
    <w:name w:val="heading 1"/>
    <w:basedOn w:val="Normal"/>
    <w:next w:val="Normal"/>
    <w:link w:val="Heading1Char"/>
    <w:uiPriority w:val="9"/>
    <w:qFormat/>
    <w:rsid w:val="007E4374"/>
    <w:pPr>
      <w:keepNext/>
      <w:keepLines/>
      <w:numPr>
        <w:numId w:val="10"/>
      </w:numPr>
      <w:spacing w:before="120" w:after="120"/>
      <w:ind w:left="425" w:hanging="425"/>
      <w:outlineLvl w:val="0"/>
    </w:pPr>
    <w:rPr>
      <w:rFonts w:asciiTheme="majorHAnsi" w:eastAsiaTheme="majorEastAsia" w:hAnsiTheme="majorHAnsi" w:cstheme="majorBidi"/>
      <w:b/>
      <w:bCs/>
      <w:color w:val="244061" w:themeColor="accent1" w:themeShade="80"/>
      <w:sz w:val="28"/>
      <w:szCs w:val="28"/>
    </w:rPr>
  </w:style>
  <w:style w:type="paragraph" w:styleId="Heading2">
    <w:name w:val="heading 2"/>
    <w:basedOn w:val="Normal"/>
    <w:next w:val="Normal"/>
    <w:link w:val="Heading2Char"/>
    <w:uiPriority w:val="9"/>
    <w:unhideWhenUsed/>
    <w:qFormat/>
    <w:rsid w:val="007E4374"/>
    <w:pPr>
      <w:keepNext/>
      <w:keepLines/>
      <w:numPr>
        <w:ilvl w:val="1"/>
        <w:numId w:val="10"/>
      </w:numPr>
      <w:spacing w:before="120" w:after="120"/>
      <w:ind w:left="567" w:hanging="567"/>
      <w:outlineLvl w:val="1"/>
    </w:pPr>
    <w:rPr>
      <w:rFonts w:asciiTheme="majorHAnsi" w:eastAsiaTheme="majorEastAsia" w:hAnsiTheme="majorHAnsi" w:cstheme="majorBidi"/>
      <w:b/>
      <w:bCs/>
      <w:color w:val="365F91" w:themeColor="accent1" w:themeShade="BF"/>
      <w:sz w:val="26"/>
      <w:szCs w:val="26"/>
    </w:rPr>
  </w:style>
  <w:style w:type="paragraph" w:styleId="Heading3">
    <w:name w:val="heading 3"/>
    <w:basedOn w:val="Normal"/>
    <w:next w:val="Normal"/>
    <w:link w:val="Heading3Char"/>
    <w:uiPriority w:val="9"/>
    <w:unhideWhenUsed/>
    <w:qFormat/>
    <w:rsid w:val="007B4E56"/>
    <w:pPr>
      <w:keepNext/>
      <w:keepLines/>
      <w:numPr>
        <w:ilvl w:val="2"/>
        <w:numId w:val="10"/>
      </w:numPr>
      <w:spacing w:before="120" w:after="120"/>
      <w:ind w:left="709" w:hanging="709"/>
      <w:outlineLvl w:val="2"/>
    </w:pPr>
    <w:rPr>
      <w:rFonts w:asciiTheme="majorHAnsi" w:eastAsiaTheme="majorEastAsia" w:hAnsiTheme="majorHAnsi" w:cstheme="majorBidi"/>
      <w:b/>
      <w:bCs/>
      <w:color w:val="365F91" w:themeColor="accent1" w:themeShade="BF"/>
    </w:rPr>
  </w:style>
  <w:style w:type="paragraph" w:styleId="Heading4">
    <w:name w:val="heading 4"/>
    <w:basedOn w:val="Normal"/>
    <w:next w:val="Normal"/>
    <w:link w:val="Heading4Char"/>
    <w:uiPriority w:val="9"/>
    <w:semiHidden/>
    <w:unhideWhenUsed/>
    <w:qFormat/>
    <w:rsid w:val="00FC693F"/>
    <w:pPr>
      <w:keepNext/>
      <w:keepLines/>
      <w:numPr>
        <w:ilvl w:val="3"/>
        <w:numId w:val="10"/>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numPr>
        <w:ilvl w:val="7"/>
        <w:numId w:val="10"/>
      </w:numPr>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7E4374"/>
    <w:rPr>
      <w:rFonts w:asciiTheme="majorHAnsi" w:eastAsiaTheme="majorEastAsia" w:hAnsiTheme="majorHAnsi" w:cstheme="majorBidi"/>
      <w:b/>
      <w:bCs/>
      <w:color w:val="244061" w:themeColor="accent1" w:themeShade="80"/>
      <w:sz w:val="28"/>
      <w:szCs w:val="28"/>
      <w:lang w:val="en-ZA"/>
    </w:rPr>
  </w:style>
  <w:style w:type="character" w:customStyle="1" w:styleId="Heading2Char">
    <w:name w:val="Heading 2 Char"/>
    <w:basedOn w:val="DefaultParagraphFont"/>
    <w:link w:val="Heading2"/>
    <w:uiPriority w:val="9"/>
    <w:rsid w:val="007E4374"/>
    <w:rPr>
      <w:rFonts w:asciiTheme="majorHAnsi" w:eastAsiaTheme="majorEastAsia" w:hAnsiTheme="majorHAnsi" w:cstheme="majorBidi"/>
      <w:b/>
      <w:bCs/>
      <w:color w:val="365F91" w:themeColor="accent1" w:themeShade="BF"/>
      <w:sz w:val="26"/>
      <w:szCs w:val="26"/>
      <w:lang w:val="en-ZA"/>
    </w:rPr>
  </w:style>
  <w:style w:type="character" w:customStyle="1" w:styleId="Heading3Char">
    <w:name w:val="Heading 3 Char"/>
    <w:basedOn w:val="DefaultParagraphFont"/>
    <w:link w:val="Heading3"/>
    <w:uiPriority w:val="9"/>
    <w:rsid w:val="007B4E56"/>
    <w:rPr>
      <w:rFonts w:asciiTheme="majorHAnsi" w:eastAsiaTheme="majorEastAsia" w:hAnsiTheme="majorHAnsi" w:cstheme="majorBidi"/>
      <w:b/>
      <w:bCs/>
      <w:color w:val="365F91" w:themeColor="accent1" w:themeShade="BF"/>
      <w:sz w:val="19"/>
      <w:lang w:val="en-ZA"/>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9"/>
      </w:numPr>
      <w:contextualSpacing/>
    </w:pPr>
    <w:rPr>
      <w:sz w:val="18"/>
    </w:rPr>
  </w:style>
  <w:style w:type="paragraph" w:styleId="ListBullet2">
    <w:name w:val="List Bullet 2"/>
    <w:basedOn w:val="Normal"/>
    <w:uiPriority w:val="99"/>
    <w:unhideWhenUsed/>
    <w:rsid w:val="00326F90"/>
    <w:pPr>
      <w:numPr>
        <w:numId w:val="6"/>
      </w:numPr>
      <w:contextualSpacing/>
    </w:pPr>
    <w:rPr>
      <w:sz w:val="18"/>
    </w:r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2"/>
      </w:numPr>
      <w:contextualSpacing/>
    </w:pPr>
  </w:style>
  <w:style w:type="paragraph" w:styleId="ListNumber2">
    <w:name w:val="List Number 2"/>
    <w:basedOn w:val="Normal"/>
    <w:uiPriority w:val="99"/>
    <w:unhideWhenUsed/>
    <w:rsid w:val="0029639D"/>
    <w:pPr>
      <w:numPr>
        <w:numId w:val="1"/>
      </w:numPr>
      <w:contextualSpacing/>
    </w:pPr>
  </w:style>
  <w:style w:type="paragraph" w:styleId="ListNumber3">
    <w:name w:val="List Number 3"/>
    <w:basedOn w:val="Normal"/>
    <w:uiPriority w:val="99"/>
    <w:unhideWhenUsed/>
    <w:rsid w:val="0029639D"/>
    <w:pPr>
      <w:numPr>
        <w:numId w:val="4"/>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2a72f4c-e78e-4ef9-bd7f-31bcc36a63c1">
      <Terms xmlns="http://schemas.microsoft.com/office/infopath/2007/PartnerControls"/>
    </lcf76f155ced4ddcb4097134ff3c332f>
    <TaxCatchAll xmlns="71366654-e2f4-4584-a16c-4b027d9ab43e" xsi:nil="true"/>
    <_dlc_DocId xmlns="71366654-e2f4-4584-a16c-4b027d9ab43e">FVC6RMY3TC36-630214637-77</_dlc_DocId>
    <_dlc_DocIdUrl xmlns="71366654-e2f4-4584-a16c-4b027d9ab43e">
      <Url>https://csircoza.sharepoint.com/sites/ccdm/_layouts/15/DocIdRedir.aspx?ID=FVC6RMY3TC36-630214637-77</Url>
      <Description>FVC6RMY3TC36-630214637-77</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F48FE13D6C824B92D2D08473492F9D" ma:contentTypeVersion="11" ma:contentTypeDescription="Create a new document." ma:contentTypeScope="" ma:versionID="3dd86dc8323806aca049e1482af0cdcd">
  <xsd:schema xmlns:xsd="http://www.w3.org/2001/XMLSchema" xmlns:xs="http://www.w3.org/2001/XMLSchema" xmlns:p="http://schemas.microsoft.com/office/2006/metadata/properties" xmlns:ns2="71366654-e2f4-4584-a16c-4b027d9ab43e" xmlns:ns3="02a72f4c-e78e-4ef9-bd7f-31bcc36a63c1" targetNamespace="http://schemas.microsoft.com/office/2006/metadata/properties" ma:root="true" ma:fieldsID="4b0c3e7d92f774bc8589c599bdbe27f1" ns2:_="" ns3:_="">
    <xsd:import namespace="71366654-e2f4-4584-a16c-4b027d9ab43e"/>
    <xsd:import namespace="02a72f4c-e78e-4ef9-bd7f-31bcc36a63c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366654-e2f4-4584-a16c-4b027d9ab43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e8a27ef5-0bae-4ddf-b023-47cf780755b5}" ma:internalName="TaxCatchAll" ma:showField="CatchAllData" ma:web="71366654-e2f4-4584-a16c-4b027d9ab43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2a72f4c-e78e-4ef9-bd7f-31bcc36a63c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879faba-27b2-4363-9c33-4960f0c9181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6D8BA-8C04-4B1D-9FB7-4DCB224ECE5B}">
  <ds:schemaRefs>
    <ds:schemaRef ds:uri="http://schemas.microsoft.com/office/2006/metadata/properties"/>
    <ds:schemaRef ds:uri="http://schemas.microsoft.com/office/infopath/2007/PartnerControls"/>
    <ds:schemaRef ds:uri="02a72f4c-e78e-4ef9-bd7f-31bcc36a63c1"/>
    <ds:schemaRef ds:uri="71366654-e2f4-4584-a16c-4b027d9ab43e"/>
  </ds:schemaRefs>
</ds:datastoreItem>
</file>

<file path=customXml/itemProps2.xml><?xml version="1.0" encoding="utf-8"?>
<ds:datastoreItem xmlns:ds="http://schemas.openxmlformats.org/officeDocument/2006/customXml" ds:itemID="{036CD37C-1C11-4281-9CBA-61E739743820}">
  <ds:schemaRefs>
    <ds:schemaRef ds:uri="http://schemas.microsoft.com/sharepoint/events"/>
  </ds:schemaRefs>
</ds:datastoreItem>
</file>

<file path=customXml/itemProps3.xml><?xml version="1.0" encoding="utf-8"?>
<ds:datastoreItem xmlns:ds="http://schemas.openxmlformats.org/officeDocument/2006/customXml" ds:itemID="{21624842-2FF1-4860-9C62-65C8AB40827E}">
  <ds:schemaRefs>
    <ds:schemaRef ds:uri="http://schemas.microsoft.com/sharepoint/v3/contenttype/forms"/>
  </ds:schemaRefs>
</ds:datastoreItem>
</file>

<file path=customXml/itemProps4.xml><?xml version="1.0" encoding="utf-8"?>
<ds:datastoreItem xmlns:ds="http://schemas.openxmlformats.org/officeDocument/2006/customXml" ds:itemID="{BB8368B1-A3E1-4C9D-929F-E46E41FAD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366654-e2f4-4584-a16c-4b027d9ab43e"/>
    <ds:schemaRef ds:uri="02a72f4c-e78e-4ef9-bd7f-31bcc36a63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3191</Words>
  <Characters>18192</Characters>
  <Application>Microsoft Office Word</Application>
  <DocSecurity>0</DocSecurity>
  <Lines>151</Lines>
  <Paragraphs>42</Paragraphs>
  <ScaleCrop>false</ScaleCrop>
  <Manager/>
  <Company/>
  <LinksUpToDate>false</LinksUpToDate>
  <CharactersWithSpaces>21341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CSIR EOI Respondent Application and Evaluation Template</dc:title>
  <dc:subject>Product Design and Development of Castings</dc:subject>
  <dc:creator>CSIR Advanced Casting Technologies</dc:creator>
  <cp:keywords/>
  <dc:description>generated by python-docx</dc:description>
  <cp:lastModifiedBy>Innocent Monareng</cp:lastModifiedBy>
  <cp:revision>23</cp:revision>
  <dcterms:created xsi:type="dcterms:W3CDTF">2013-12-23T23:15:00Z</dcterms:created>
  <dcterms:modified xsi:type="dcterms:W3CDTF">2026-09-09T08:12:00Z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0x01010025F48FE13D6C824B92D2D08473492F9D</vt:lpwstr>
  </property>
  <property fmtid="{D5CDD505-2E9C-101B-9397-08002B2CF9AE}" pid="3" name="_dlc_DocIdItemGuid">
    <vt:lpwstr>623d09b4-fdb4-436f-8e0c-6ba02f801b96</vt:lpwstr>
  </property>
  <property fmtid="{D5CDD505-2E9C-101B-9397-08002B2CF9AE}" pid="4" name="MediaServiceImageTags">
    <vt:lpwstr/>
  </property>
</Properties>
</file>